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0"/>
        <w:tblW w:w="10064" w:type="dxa"/>
        <w:tblInd w:w="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59"/>
        <w:gridCol w:w="4905"/>
      </w:tblGrid>
      <w:tr w:rsidR="008A314B" w:rsidRPr="00D263F5" w:rsidTr="00AF630E">
        <w:trPr>
          <w:cantSplit/>
        </w:trPr>
        <w:tc>
          <w:tcPr>
            <w:tcW w:w="5159" w:type="dxa"/>
            <w:tcMar>
              <w:top w:w="65" w:type="dxa"/>
              <w:left w:w="65" w:type="dxa"/>
              <w:bottom w:w="65" w:type="dxa"/>
              <w:right w:w="65" w:type="dxa"/>
            </w:tcMar>
          </w:tcPr>
          <w:p w:rsidR="007738AC" w:rsidRPr="00AF630E" w:rsidRDefault="007738AC" w:rsidP="00D72F4B">
            <w:pPr>
              <w:jc w:val="center"/>
              <w:rPr>
                <w:b/>
                <w:sz w:val="23"/>
                <w:szCs w:val="23"/>
              </w:rPr>
            </w:pPr>
            <w:r w:rsidRPr="00AF630E">
              <w:rPr>
                <w:b/>
                <w:sz w:val="23"/>
                <w:szCs w:val="23"/>
              </w:rPr>
              <w:t>Tarlan Astana объектілеріндегі жарнама алаңдарын жалға алу туралы</w:t>
            </w:r>
          </w:p>
          <w:p w:rsidR="008A314B" w:rsidRPr="00AF630E" w:rsidRDefault="007738AC" w:rsidP="00D72F4B">
            <w:pPr>
              <w:jc w:val="center"/>
              <w:rPr>
                <w:b/>
                <w:sz w:val="23"/>
                <w:szCs w:val="23"/>
              </w:rPr>
            </w:pPr>
            <w:r w:rsidRPr="00AF630E">
              <w:rPr>
                <w:b/>
                <w:sz w:val="23"/>
                <w:szCs w:val="23"/>
              </w:rPr>
              <w:t>№ ___ ШАРТ</w:t>
            </w:r>
          </w:p>
        </w:tc>
        <w:tc>
          <w:tcPr>
            <w:tcW w:w="4905" w:type="dxa"/>
            <w:tcMar>
              <w:top w:w="65" w:type="dxa"/>
              <w:left w:w="65" w:type="dxa"/>
              <w:bottom w:w="65" w:type="dxa"/>
              <w:right w:w="65" w:type="dxa"/>
            </w:tcMar>
          </w:tcPr>
          <w:p w:rsidR="007738AC" w:rsidRPr="00AF630E" w:rsidRDefault="007738AC" w:rsidP="00D72F4B">
            <w:pPr>
              <w:jc w:val="center"/>
              <w:rPr>
                <w:b/>
                <w:sz w:val="23"/>
                <w:szCs w:val="23"/>
                <w:lang w:val="ru-RU"/>
              </w:rPr>
            </w:pPr>
            <w:r w:rsidRPr="00AF630E">
              <w:rPr>
                <w:b/>
                <w:sz w:val="23"/>
                <w:szCs w:val="23"/>
                <w:lang w:val="ru-RU"/>
              </w:rPr>
              <w:t>ДОГОВОР № ___</w:t>
            </w:r>
          </w:p>
          <w:p w:rsidR="008A314B" w:rsidRPr="00AF630E" w:rsidRDefault="007738AC" w:rsidP="00D72F4B">
            <w:pPr>
              <w:jc w:val="center"/>
              <w:rPr>
                <w:b/>
                <w:sz w:val="23"/>
                <w:szCs w:val="23"/>
                <w:lang w:val="ru-RU"/>
              </w:rPr>
            </w:pPr>
            <w:r w:rsidRPr="00AF630E">
              <w:rPr>
                <w:b/>
                <w:sz w:val="23"/>
                <w:szCs w:val="23"/>
                <w:lang w:val="ru-RU"/>
              </w:rPr>
              <w:t xml:space="preserve">аренды рекламных площадей на объектах </w:t>
            </w:r>
            <w:r w:rsidRPr="00AF630E">
              <w:rPr>
                <w:b/>
                <w:sz w:val="23"/>
                <w:szCs w:val="23"/>
              </w:rPr>
              <w:t>Tarlan</w:t>
            </w:r>
            <w:r w:rsidRPr="00AF630E">
              <w:rPr>
                <w:b/>
                <w:sz w:val="23"/>
                <w:szCs w:val="23"/>
                <w:lang w:val="ru-RU"/>
              </w:rPr>
              <w:t> </w:t>
            </w:r>
            <w:r w:rsidRPr="00AF630E">
              <w:rPr>
                <w:b/>
                <w:sz w:val="23"/>
                <w:szCs w:val="23"/>
              </w:rPr>
              <w:t>Astana</w:t>
            </w:r>
          </w:p>
        </w:tc>
      </w:tr>
      <w:tr w:rsidR="008A314B" w:rsidRPr="00D263F5" w:rsidTr="00AF630E">
        <w:trPr>
          <w:cantSplit/>
        </w:trPr>
        <w:tc>
          <w:tcPr>
            <w:tcW w:w="5159" w:type="dxa"/>
            <w:tcMar>
              <w:top w:w="65" w:type="dxa"/>
              <w:left w:w="65" w:type="dxa"/>
              <w:bottom w:w="65" w:type="dxa"/>
              <w:right w:w="65" w:type="dxa"/>
            </w:tcMar>
          </w:tcPr>
          <w:p w:rsidR="008A314B" w:rsidRPr="00AF630E" w:rsidRDefault="008A314B" w:rsidP="00D72F4B">
            <w:pPr>
              <w:jc w:val="center"/>
              <w:rPr>
                <w:b/>
                <w:sz w:val="23"/>
                <w:szCs w:val="23"/>
                <w:lang w:val="ru-RU"/>
              </w:rPr>
            </w:pPr>
          </w:p>
        </w:tc>
        <w:tc>
          <w:tcPr>
            <w:tcW w:w="4905" w:type="dxa"/>
            <w:tcMar>
              <w:top w:w="65" w:type="dxa"/>
              <w:left w:w="65" w:type="dxa"/>
              <w:bottom w:w="65" w:type="dxa"/>
              <w:right w:w="65" w:type="dxa"/>
            </w:tcMar>
          </w:tcPr>
          <w:p w:rsidR="008A314B" w:rsidRPr="00AF630E" w:rsidRDefault="008A314B" w:rsidP="00D72F4B">
            <w:pPr>
              <w:jc w:val="center"/>
              <w:rPr>
                <w:b/>
                <w:sz w:val="23"/>
                <w:szCs w:val="23"/>
                <w:lang w:val="ru-RU"/>
              </w:rPr>
            </w:pPr>
          </w:p>
        </w:tc>
      </w:tr>
      <w:tr w:rsidR="008A314B" w:rsidRPr="00AF630E" w:rsidTr="00AF630E">
        <w:trPr>
          <w:cantSplit/>
        </w:trPr>
        <w:tc>
          <w:tcPr>
            <w:tcW w:w="5159" w:type="dxa"/>
            <w:tcMar>
              <w:top w:w="65" w:type="dxa"/>
              <w:left w:w="65" w:type="dxa"/>
              <w:bottom w:w="65" w:type="dxa"/>
              <w:right w:w="65" w:type="dxa"/>
            </w:tcMar>
          </w:tcPr>
          <w:p w:rsidR="008A314B" w:rsidRPr="00AF630E" w:rsidRDefault="007738AC" w:rsidP="00D72F4B">
            <w:pPr>
              <w:jc w:val="center"/>
              <w:rPr>
                <w:sz w:val="23"/>
                <w:szCs w:val="23"/>
              </w:rPr>
            </w:pPr>
            <w:r w:rsidRPr="00AF630E">
              <w:rPr>
                <w:sz w:val="23"/>
                <w:szCs w:val="23"/>
              </w:rPr>
              <w:t xml:space="preserve">Астана қ.  </w:t>
            </w:r>
            <w:r w:rsidRPr="00AF630E">
              <w:rPr>
                <w:sz w:val="23"/>
                <w:szCs w:val="23"/>
              </w:rPr>
              <w:tab/>
            </w:r>
            <w:r w:rsidRPr="00AF630E">
              <w:rPr>
                <w:sz w:val="23"/>
                <w:szCs w:val="23"/>
              </w:rPr>
              <w:tab/>
              <w:t>2026 ж. «___» ________</w:t>
            </w:r>
          </w:p>
          <w:p w:rsidR="002F189F" w:rsidRPr="00AF630E" w:rsidRDefault="002F189F" w:rsidP="00D72F4B">
            <w:pPr>
              <w:jc w:val="center"/>
              <w:rPr>
                <w:sz w:val="23"/>
                <w:szCs w:val="23"/>
              </w:rPr>
            </w:pPr>
          </w:p>
        </w:tc>
        <w:tc>
          <w:tcPr>
            <w:tcW w:w="4905" w:type="dxa"/>
            <w:tcMar>
              <w:top w:w="65" w:type="dxa"/>
              <w:left w:w="65" w:type="dxa"/>
              <w:bottom w:w="65" w:type="dxa"/>
              <w:right w:w="65" w:type="dxa"/>
            </w:tcMar>
          </w:tcPr>
          <w:p w:rsidR="008A314B" w:rsidRPr="00AF630E" w:rsidRDefault="007738AC" w:rsidP="00D72F4B">
            <w:pPr>
              <w:jc w:val="center"/>
              <w:rPr>
                <w:sz w:val="23"/>
                <w:szCs w:val="23"/>
              </w:rPr>
            </w:pPr>
            <w:r w:rsidRPr="00AF630E">
              <w:rPr>
                <w:sz w:val="23"/>
                <w:szCs w:val="23"/>
              </w:rPr>
              <w:t xml:space="preserve">г. Астана  </w:t>
            </w:r>
            <w:r w:rsidR="00D72F4B" w:rsidRPr="00AF630E">
              <w:rPr>
                <w:sz w:val="23"/>
                <w:szCs w:val="23"/>
              </w:rPr>
              <w:tab/>
            </w:r>
            <w:r w:rsidR="00D72F4B" w:rsidRPr="00AF630E">
              <w:rPr>
                <w:sz w:val="23"/>
                <w:szCs w:val="23"/>
              </w:rPr>
              <w:tab/>
              <w:t xml:space="preserve">  </w:t>
            </w:r>
            <w:r w:rsidRPr="00AF630E">
              <w:rPr>
                <w:sz w:val="23"/>
                <w:szCs w:val="23"/>
              </w:rPr>
              <w:t>«___»</w:t>
            </w:r>
            <w:r w:rsidR="002F189F" w:rsidRPr="00AF630E">
              <w:rPr>
                <w:sz w:val="23"/>
                <w:szCs w:val="23"/>
              </w:rPr>
              <w:t xml:space="preserve"> </w:t>
            </w:r>
            <w:r w:rsidRPr="00AF630E">
              <w:rPr>
                <w:sz w:val="23"/>
                <w:szCs w:val="23"/>
              </w:rPr>
              <w:t>________ 2026 г.</w:t>
            </w:r>
          </w:p>
        </w:tc>
      </w:tr>
      <w:tr w:rsidR="008A314B" w:rsidRPr="00D263F5" w:rsidTr="00AF630E">
        <w:trPr>
          <w:cantSplit/>
        </w:trPr>
        <w:tc>
          <w:tcPr>
            <w:tcW w:w="5159" w:type="dxa"/>
            <w:tcMar>
              <w:top w:w="65" w:type="dxa"/>
              <w:left w:w="65" w:type="dxa"/>
              <w:bottom w:w="65" w:type="dxa"/>
              <w:right w:w="65" w:type="dxa"/>
            </w:tcMar>
          </w:tcPr>
          <w:p w:rsidR="002F189F" w:rsidRPr="00AF630E" w:rsidRDefault="002F189F" w:rsidP="00D72F4B">
            <w:pPr>
              <w:ind w:firstLine="329"/>
              <w:jc w:val="both"/>
              <w:rPr>
                <w:sz w:val="23"/>
                <w:szCs w:val="23"/>
              </w:rPr>
            </w:pPr>
            <w:r w:rsidRPr="00AF630E">
              <w:rPr>
                <w:sz w:val="23"/>
                <w:szCs w:val="23"/>
              </w:rPr>
              <w:t xml:space="preserve">2026 </w:t>
            </w:r>
            <w:r w:rsidRPr="00AF630E">
              <w:rPr>
                <w:sz w:val="23"/>
                <w:szCs w:val="23"/>
                <w:lang w:val="ru-RU"/>
              </w:rPr>
              <w:t>жылғы</w:t>
            </w:r>
            <w:r w:rsidRPr="00AF630E">
              <w:rPr>
                <w:sz w:val="23"/>
                <w:szCs w:val="23"/>
              </w:rPr>
              <w:t xml:space="preserve"> 1 </w:t>
            </w:r>
            <w:r w:rsidRPr="00AF630E">
              <w:rPr>
                <w:sz w:val="23"/>
                <w:szCs w:val="23"/>
                <w:lang w:val="ru-RU"/>
              </w:rPr>
              <w:t>қаңтардағы</w:t>
            </w:r>
            <w:r w:rsidRPr="00AF630E">
              <w:rPr>
                <w:sz w:val="23"/>
                <w:szCs w:val="23"/>
              </w:rPr>
              <w:t xml:space="preserve"> № 1 </w:t>
            </w:r>
            <w:r w:rsidRPr="00AF630E">
              <w:rPr>
                <w:sz w:val="23"/>
                <w:szCs w:val="23"/>
                <w:lang w:val="ru-RU"/>
              </w:rPr>
              <w:t>сенімхат</w:t>
            </w:r>
            <w:r w:rsidRPr="00AF630E">
              <w:rPr>
                <w:sz w:val="23"/>
                <w:szCs w:val="23"/>
              </w:rPr>
              <w:t xml:space="preserve"> </w:t>
            </w:r>
            <w:r w:rsidRPr="00AF630E">
              <w:rPr>
                <w:sz w:val="23"/>
                <w:szCs w:val="23"/>
                <w:lang w:val="ru-RU"/>
              </w:rPr>
              <w:t>негізінде</w:t>
            </w:r>
            <w:r w:rsidRPr="00AF630E">
              <w:rPr>
                <w:sz w:val="23"/>
                <w:szCs w:val="23"/>
              </w:rPr>
              <w:t xml:space="preserve"> </w:t>
            </w:r>
            <w:r w:rsidRPr="00AF630E">
              <w:rPr>
                <w:sz w:val="23"/>
                <w:szCs w:val="23"/>
                <w:lang w:val="ru-RU"/>
              </w:rPr>
              <w:t>әрекет</w:t>
            </w:r>
            <w:r w:rsidRPr="00AF630E">
              <w:rPr>
                <w:sz w:val="23"/>
                <w:szCs w:val="23"/>
              </w:rPr>
              <w:t xml:space="preserve"> </w:t>
            </w:r>
            <w:r w:rsidRPr="00AF630E">
              <w:rPr>
                <w:sz w:val="23"/>
                <w:szCs w:val="23"/>
                <w:lang w:val="ru-RU"/>
              </w:rPr>
              <w:t>ететін</w:t>
            </w:r>
            <w:r w:rsidR="0022238F" w:rsidRPr="0022238F">
              <w:rPr>
                <w:sz w:val="23"/>
                <w:szCs w:val="23"/>
              </w:rPr>
              <w:t xml:space="preserve"> ___________________________________</w:t>
            </w:r>
            <w:r w:rsidRPr="00AF630E">
              <w:rPr>
                <w:sz w:val="23"/>
                <w:szCs w:val="23"/>
                <w:lang w:val="ru-RU"/>
              </w:rPr>
              <w:t>тұлғасындағы</w:t>
            </w:r>
            <w:r w:rsidRPr="00AF630E">
              <w:rPr>
                <w:sz w:val="23"/>
                <w:szCs w:val="23"/>
              </w:rPr>
              <w:t xml:space="preserve">, </w:t>
            </w:r>
            <w:r w:rsidRPr="00AF630E">
              <w:rPr>
                <w:sz w:val="23"/>
                <w:szCs w:val="23"/>
                <w:lang w:val="ru-RU"/>
              </w:rPr>
              <w:t>бұдан</w:t>
            </w:r>
            <w:r w:rsidRPr="00AF630E">
              <w:rPr>
                <w:sz w:val="23"/>
                <w:szCs w:val="23"/>
              </w:rPr>
              <w:t xml:space="preserve"> </w:t>
            </w:r>
            <w:r w:rsidRPr="00AF630E">
              <w:rPr>
                <w:sz w:val="23"/>
                <w:szCs w:val="23"/>
                <w:lang w:val="ru-RU"/>
              </w:rPr>
              <w:t>әрі</w:t>
            </w:r>
            <w:r w:rsidRPr="00AF630E">
              <w:rPr>
                <w:sz w:val="23"/>
                <w:szCs w:val="23"/>
              </w:rPr>
              <w:t xml:space="preserve"> «</w:t>
            </w:r>
            <w:r w:rsidRPr="00AF630E">
              <w:rPr>
                <w:sz w:val="23"/>
                <w:szCs w:val="23"/>
                <w:lang w:val="ru-RU"/>
              </w:rPr>
              <w:t>Жалға</w:t>
            </w:r>
            <w:r w:rsidRPr="00AF630E">
              <w:rPr>
                <w:sz w:val="23"/>
                <w:szCs w:val="23"/>
              </w:rPr>
              <w:t xml:space="preserve"> </w:t>
            </w:r>
            <w:r w:rsidRPr="00AF630E">
              <w:rPr>
                <w:sz w:val="23"/>
                <w:szCs w:val="23"/>
                <w:lang w:val="ru-RU"/>
              </w:rPr>
              <w:t>беруші</w:t>
            </w:r>
            <w:r w:rsidRPr="00AF630E">
              <w:rPr>
                <w:sz w:val="23"/>
                <w:szCs w:val="23"/>
              </w:rPr>
              <w:t xml:space="preserve">» </w:t>
            </w:r>
            <w:r w:rsidRPr="00AF630E">
              <w:rPr>
                <w:sz w:val="23"/>
                <w:szCs w:val="23"/>
                <w:lang w:val="ru-RU"/>
              </w:rPr>
              <w:t>деп</w:t>
            </w:r>
            <w:r w:rsidRPr="00AF630E">
              <w:rPr>
                <w:sz w:val="23"/>
                <w:szCs w:val="23"/>
              </w:rPr>
              <w:t xml:space="preserve"> </w:t>
            </w:r>
            <w:r w:rsidRPr="00AF630E">
              <w:rPr>
                <w:sz w:val="23"/>
                <w:szCs w:val="23"/>
                <w:lang w:val="ru-RU"/>
              </w:rPr>
              <w:t>аталатын</w:t>
            </w:r>
            <w:r w:rsidRPr="00AF630E">
              <w:rPr>
                <w:sz w:val="23"/>
                <w:szCs w:val="23"/>
              </w:rPr>
              <w:t xml:space="preserve"> «City Transportation Systems» </w:t>
            </w:r>
            <w:r w:rsidRPr="00AF630E">
              <w:rPr>
                <w:sz w:val="23"/>
                <w:szCs w:val="23"/>
                <w:lang w:val="ru-RU"/>
              </w:rPr>
              <w:t>жауапкершілігі</w:t>
            </w:r>
            <w:r w:rsidRPr="00AF630E">
              <w:rPr>
                <w:sz w:val="23"/>
                <w:szCs w:val="23"/>
              </w:rPr>
              <w:t xml:space="preserve"> </w:t>
            </w:r>
            <w:r w:rsidRPr="00AF630E">
              <w:rPr>
                <w:sz w:val="23"/>
                <w:szCs w:val="23"/>
                <w:lang w:val="ru-RU"/>
              </w:rPr>
              <w:t>шектеулі</w:t>
            </w:r>
            <w:r w:rsidRPr="00AF630E">
              <w:rPr>
                <w:sz w:val="23"/>
                <w:szCs w:val="23"/>
              </w:rPr>
              <w:t xml:space="preserve"> </w:t>
            </w:r>
            <w:r w:rsidRPr="00AF630E">
              <w:rPr>
                <w:sz w:val="23"/>
                <w:szCs w:val="23"/>
                <w:lang w:val="ru-RU"/>
              </w:rPr>
              <w:t>серіктестігі</w:t>
            </w:r>
            <w:r w:rsidRPr="00AF630E">
              <w:rPr>
                <w:sz w:val="23"/>
                <w:szCs w:val="23"/>
              </w:rPr>
              <w:t xml:space="preserve"> </w:t>
            </w:r>
            <w:r w:rsidRPr="00AF630E">
              <w:rPr>
                <w:sz w:val="23"/>
                <w:szCs w:val="23"/>
                <w:lang w:val="ru-RU"/>
              </w:rPr>
              <w:t>бір</w:t>
            </w:r>
            <w:r w:rsidRPr="00AF630E">
              <w:rPr>
                <w:sz w:val="23"/>
                <w:szCs w:val="23"/>
              </w:rPr>
              <w:t xml:space="preserve"> </w:t>
            </w:r>
            <w:r w:rsidRPr="00AF630E">
              <w:rPr>
                <w:sz w:val="23"/>
                <w:szCs w:val="23"/>
                <w:lang w:val="ru-RU"/>
              </w:rPr>
              <w:t>тараптан</w:t>
            </w:r>
            <w:r w:rsidRPr="00AF630E">
              <w:rPr>
                <w:sz w:val="23"/>
                <w:szCs w:val="23"/>
              </w:rPr>
              <w:t xml:space="preserve">, </w:t>
            </w:r>
            <w:r w:rsidRPr="00AF630E">
              <w:rPr>
                <w:sz w:val="23"/>
                <w:szCs w:val="23"/>
                <w:lang w:val="ru-RU"/>
              </w:rPr>
              <w:t>және</w:t>
            </w:r>
            <w:r w:rsidRPr="00AF630E">
              <w:rPr>
                <w:sz w:val="23"/>
                <w:szCs w:val="23"/>
              </w:rPr>
              <w:t xml:space="preserve"> </w:t>
            </w:r>
            <w:r w:rsidRPr="00AF630E">
              <w:rPr>
                <w:sz w:val="23"/>
                <w:szCs w:val="23"/>
                <w:lang w:val="ru-RU"/>
              </w:rPr>
              <w:t>Жарғы</w:t>
            </w:r>
            <w:r w:rsidRPr="00AF630E">
              <w:rPr>
                <w:sz w:val="23"/>
                <w:szCs w:val="23"/>
              </w:rPr>
              <w:t xml:space="preserve"> </w:t>
            </w:r>
            <w:r w:rsidRPr="00AF630E">
              <w:rPr>
                <w:sz w:val="23"/>
                <w:szCs w:val="23"/>
                <w:lang w:val="ru-RU"/>
              </w:rPr>
              <w:t>негізінде</w:t>
            </w:r>
            <w:r w:rsidRPr="00AF630E">
              <w:rPr>
                <w:sz w:val="23"/>
                <w:szCs w:val="23"/>
              </w:rPr>
              <w:t xml:space="preserve"> </w:t>
            </w:r>
            <w:r w:rsidRPr="00AF630E">
              <w:rPr>
                <w:sz w:val="23"/>
                <w:szCs w:val="23"/>
                <w:lang w:val="ru-RU"/>
              </w:rPr>
              <w:t>әрекет</w:t>
            </w:r>
            <w:r w:rsidRPr="00AF630E">
              <w:rPr>
                <w:sz w:val="23"/>
                <w:szCs w:val="23"/>
              </w:rPr>
              <w:t xml:space="preserve"> </w:t>
            </w:r>
            <w:r w:rsidRPr="00AF630E">
              <w:rPr>
                <w:sz w:val="23"/>
                <w:szCs w:val="23"/>
                <w:lang w:val="ru-RU"/>
              </w:rPr>
              <w:t>ететін</w:t>
            </w:r>
            <w:r w:rsidRPr="00AF630E">
              <w:rPr>
                <w:sz w:val="23"/>
                <w:szCs w:val="23"/>
              </w:rPr>
              <w:t xml:space="preserve"> </w:t>
            </w:r>
            <w:r w:rsidR="00AB1DB9" w:rsidRPr="00AB1DB9">
              <w:rPr>
                <w:sz w:val="23"/>
                <w:szCs w:val="23"/>
              </w:rPr>
              <w:t>_____________________</w:t>
            </w:r>
            <w:r w:rsidRPr="00AF630E">
              <w:rPr>
                <w:sz w:val="23"/>
                <w:szCs w:val="23"/>
              </w:rPr>
              <w:t xml:space="preserve"> </w:t>
            </w:r>
            <w:r w:rsidRPr="00AF630E">
              <w:rPr>
                <w:sz w:val="23"/>
                <w:szCs w:val="23"/>
                <w:lang w:val="ru-RU"/>
              </w:rPr>
              <w:t>тұлғасындағы</w:t>
            </w:r>
            <w:r w:rsidRPr="00AF630E">
              <w:rPr>
                <w:sz w:val="23"/>
                <w:szCs w:val="23"/>
              </w:rPr>
              <w:t xml:space="preserve">, </w:t>
            </w:r>
            <w:r w:rsidRPr="00AF630E">
              <w:rPr>
                <w:sz w:val="23"/>
                <w:szCs w:val="23"/>
                <w:lang w:val="ru-RU"/>
              </w:rPr>
              <w:t>бұдан</w:t>
            </w:r>
            <w:r w:rsidRPr="00AF630E">
              <w:rPr>
                <w:sz w:val="23"/>
                <w:szCs w:val="23"/>
              </w:rPr>
              <w:t xml:space="preserve"> </w:t>
            </w:r>
            <w:r w:rsidRPr="00AF630E">
              <w:rPr>
                <w:sz w:val="23"/>
                <w:szCs w:val="23"/>
                <w:lang w:val="ru-RU"/>
              </w:rPr>
              <w:t>әрі</w:t>
            </w:r>
            <w:r w:rsidRPr="00AF630E">
              <w:rPr>
                <w:sz w:val="23"/>
                <w:szCs w:val="23"/>
              </w:rPr>
              <w:t xml:space="preserve"> «</w:t>
            </w:r>
            <w:r w:rsidRPr="00AF630E">
              <w:rPr>
                <w:sz w:val="23"/>
                <w:szCs w:val="23"/>
                <w:lang w:val="ru-RU"/>
              </w:rPr>
              <w:t>Жалға</w:t>
            </w:r>
            <w:r w:rsidRPr="00AF630E">
              <w:rPr>
                <w:sz w:val="23"/>
                <w:szCs w:val="23"/>
              </w:rPr>
              <w:t xml:space="preserve"> </w:t>
            </w:r>
            <w:r w:rsidRPr="00AF630E">
              <w:rPr>
                <w:sz w:val="23"/>
                <w:szCs w:val="23"/>
                <w:lang w:val="ru-RU"/>
              </w:rPr>
              <w:t>алушы</w:t>
            </w:r>
            <w:r w:rsidRPr="00AF630E">
              <w:rPr>
                <w:sz w:val="23"/>
                <w:szCs w:val="23"/>
              </w:rPr>
              <w:t xml:space="preserve">» </w:t>
            </w:r>
            <w:r w:rsidRPr="00AF630E">
              <w:rPr>
                <w:sz w:val="23"/>
                <w:szCs w:val="23"/>
                <w:lang w:val="ru-RU"/>
              </w:rPr>
              <w:t>деп</w:t>
            </w:r>
            <w:r w:rsidRPr="00AF630E">
              <w:rPr>
                <w:sz w:val="23"/>
                <w:szCs w:val="23"/>
              </w:rPr>
              <w:t xml:space="preserve"> </w:t>
            </w:r>
            <w:r w:rsidRPr="00AF630E">
              <w:rPr>
                <w:sz w:val="23"/>
                <w:szCs w:val="23"/>
                <w:lang w:val="ru-RU"/>
              </w:rPr>
              <w:t>аталатын</w:t>
            </w:r>
            <w:r w:rsidRPr="00AF630E">
              <w:rPr>
                <w:sz w:val="23"/>
                <w:szCs w:val="23"/>
              </w:rPr>
              <w:t xml:space="preserve"> «</w:t>
            </w:r>
            <w:r w:rsidR="00AB1DB9" w:rsidRPr="00AB1DB9">
              <w:rPr>
                <w:sz w:val="23"/>
                <w:szCs w:val="23"/>
              </w:rPr>
              <w:t>____________</w:t>
            </w:r>
            <w:r w:rsidRPr="00AF630E">
              <w:rPr>
                <w:sz w:val="23"/>
                <w:szCs w:val="23"/>
              </w:rPr>
              <w:t xml:space="preserve">» </w:t>
            </w:r>
            <w:r w:rsidRPr="00AF630E">
              <w:rPr>
                <w:sz w:val="23"/>
                <w:szCs w:val="23"/>
                <w:lang w:val="ru-RU"/>
              </w:rPr>
              <w:t>жауапкершілігі</w:t>
            </w:r>
            <w:r w:rsidRPr="00AF630E">
              <w:rPr>
                <w:sz w:val="23"/>
                <w:szCs w:val="23"/>
              </w:rPr>
              <w:t xml:space="preserve"> </w:t>
            </w:r>
            <w:r w:rsidRPr="00AF630E">
              <w:rPr>
                <w:sz w:val="23"/>
                <w:szCs w:val="23"/>
                <w:lang w:val="ru-RU"/>
              </w:rPr>
              <w:t>шектеулі</w:t>
            </w:r>
            <w:r w:rsidRPr="00AF630E">
              <w:rPr>
                <w:sz w:val="23"/>
                <w:szCs w:val="23"/>
              </w:rPr>
              <w:t xml:space="preserve"> </w:t>
            </w:r>
            <w:r w:rsidRPr="00AF630E">
              <w:rPr>
                <w:sz w:val="23"/>
                <w:szCs w:val="23"/>
                <w:lang w:val="ru-RU"/>
              </w:rPr>
              <w:t>серіктестігі</w:t>
            </w:r>
            <w:r w:rsidRPr="00AF630E">
              <w:rPr>
                <w:sz w:val="23"/>
                <w:szCs w:val="23"/>
              </w:rPr>
              <w:t xml:space="preserve"> </w:t>
            </w:r>
            <w:r w:rsidRPr="00AF630E">
              <w:rPr>
                <w:sz w:val="23"/>
                <w:szCs w:val="23"/>
                <w:lang w:val="ru-RU"/>
              </w:rPr>
              <w:t>екінші</w:t>
            </w:r>
            <w:r w:rsidRPr="00AF630E">
              <w:rPr>
                <w:sz w:val="23"/>
                <w:szCs w:val="23"/>
              </w:rPr>
              <w:t xml:space="preserve"> </w:t>
            </w:r>
            <w:r w:rsidRPr="00AF630E">
              <w:rPr>
                <w:sz w:val="23"/>
                <w:szCs w:val="23"/>
                <w:lang w:val="ru-RU"/>
              </w:rPr>
              <w:t>тараптан</w:t>
            </w:r>
            <w:r w:rsidRPr="00AF630E">
              <w:rPr>
                <w:sz w:val="23"/>
                <w:szCs w:val="23"/>
              </w:rPr>
              <w:t xml:space="preserve">, </w:t>
            </w:r>
            <w:r w:rsidRPr="00AF630E">
              <w:rPr>
                <w:sz w:val="23"/>
                <w:szCs w:val="23"/>
                <w:lang w:val="ru-RU"/>
              </w:rPr>
              <w:t>бұдан</w:t>
            </w:r>
            <w:r w:rsidRPr="00AF630E">
              <w:rPr>
                <w:sz w:val="23"/>
                <w:szCs w:val="23"/>
              </w:rPr>
              <w:t xml:space="preserve"> </w:t>
            </w:r>
            <w:r w:rsidRPr="00AF630E">
              <w:rPr>
                <w:sz w:val="23"/>
                <w:szCs w:val="23"/>
                <w:lang w:val="ru-RU"/>
              </w:rPr>
              <w:t>әрі</w:t>
            </w:r>
            <w:r w:rsidRPr="00AF630E">
              <w:rPr>
                <w:sz w:val="23"/>
                <w:szCs w:val="23"/>
              </w:rPr>
              <w:t xml:space="preserve"> </w:t>
            </w:r>
            <w:r w:rsidRPr="00AF630E">
              <w:rPr>
                <w:sz w:val="23"/>
                <w:szCs w:val="23"/>
                <w:lang w:val="ru-RU"/>
              </w:rPr>
              <w:t>бірлесіп</w:t>
            </w:r>
            <w:r w:rsidRPr="00AF630E">
              <w:rPr>
                <w:sz w:val="23"/>
                <w:szCs w:val="23"/>
              </w:rPr>
              <w:t xml:space="preserve"> «</w:t>
            </w:r>
            <w:r w:rsidRPr="00AF630E">
              <w:rPr>
                <w:sz w:val="23"/>
                <w:szCs w:val="23"/>
                <w:lang w:val="ru-RU"/>
              </w:rPr>
              <w:t>Тараптар</w:t>
            </w:r>
            <w:r w:rsidRPr="00AF630E">
              <w:rPr>
                <w:sz w:val="23"/>
                <w:szCs w:val="23"/>
              </w:rPr>
              <w:t xml:space="preserve">», </w:t>
            </w:r>
            <w:r w:rsidRPr="00AF630E">
              <w:rPr>
                <w:sz w:val="23"/>
                <w:szCs w:val="23"/>
                <w:lang w:val="ru-RU"/>
              </w:rPr>
              <w:t>ал</w:t>
            </w:r>
            <w:r w:rsidRPr="00AF630E">
              <w:rPr>
                <w:sz w:val="23"/>
                <w:szCs w:val="23"/>
              </w:rPr>
              <w:t xml:space="preserve"> </w:t>
            </w:r>
            <w:r w:rsidRPr="00AF630E">
              <w:rPr>
                <w:sz w:val="23"/>
                <w:szCs w:val="23"/>
                <w:lang w:val="ru-RU"/>
              </w:rPr>
              <w:t>жеке</w:t>
            </w:r>
            <w:r w:rsidRPr="00AF630E">
              <w:rPr>
                <w:sz w:val="23"/>
                <w:szCs w:val="23"/>
              </w:rPr>
              <w:t>-</w:t>
            </w:r>
            <w:r w:rsidRPr="00AF630E">
              <w:rPr>
                <w:sz w:val="23"/>
                <w:szCs w:val="23"/>
                <w:lang w:val="ru-RU"/>
              </w:rPr>
              <w:t>жеке</w:t>
            </w:r>
            <w:r w:rsidRPr="00AF630E">
              <w:rPr>
                <w:sz w:val="23"/>
                <w:szCs w:val="23"/>
              </w:rPr>
              <w:t xml:space="preserve"> «</w:t>
            </w:r>
            <w:r w:rsidRPr="00AF630E">
              <w:rPr>
                <w:sz w:val="23"/>
                <w:szCs w:val="23"/>
                <w:lang w:val="ru-RU"/>
              </w:rPr>
              <w:t>Тарап</w:t>
            </w:r>
            <w:r w:rsidRPr="00AF630E">
              <w:rPr>
                <w:sz w:val="23"/>
                <w:szCs w:val="23"/>
              </w:rPr>
              <w:t xml:space="preserve">» </w:t>
            </w:r>
            <w:r w:rsidRPr="00AF630E">
              <w:rPr>
                <w:sz w:val="23"/>
                <w:szCs w:val="23"/>
                <w:lang w:val="ru-RU"/>
              </w:rPr>
              <w:t>деп</w:t>
            </w:r>
            <w:r w:rsidRPr="00AF630E">
              <w:rPr>
                <w:sz w:val="23"/>
                <w:szCs w:val="23"/>
              </w:rPr>
              <w:t xml:space="preserve"> </w:t>
            </w:r>
            <w:r w:rsidRPr="00AF630E">
              <w:rPr>
                <w:sz w:val="23"/>
                <w:szCs w:val="23"/>
                <w:lang w:val="ru-RU"/>
              </w:rPr>
              <w:t>аталатындар</w:t>
            </w:r>
            <w:r w:rsidRPr="00AF630E">
              <w:rPr>
                <w:sz w:val="23"/>
                <w:szCs w:val="23"/>
              </w:rPr>
              <w:t xml:space="preserve">, 2026 </w:t>
            </w:r>
            <w:r w:rsidRPr="00AF630E">
              <w:rPr>
                <w:sz w:val="23"/>
                <w:szCs w:val="23"/>
                <w:lang w:val="ru-RU"/>
              </w:rPr>
              <w:t>жылғы</w:t>
            </w:r>
            <w:r w:rsidRPr="00AF630E">
              <w:rPr>
                <w:sz w:val="23"/>
                <w:szCs w:val="23"/>
              </w:rPr>
              <w:t xml:space="preserve"> </w:t>
            </w:r>
            <w:r w:rsidR="00AB1DB9" w:rsidRPr="00AB1DB9">
              <w:rPr>
                <w:sz w:val="23"/>
                <w:szCs w:val="23"/>
              </w:rPr>
              <w:t>___________</w:t>
            </w:r>
            <w:r w:rsidRPr="00AF630E">
              <w:rPr>
                <w:sz w:val="23"/>
                <w:szCs w:val="23"/>
              </w:rPr>
              <w:t xml:space="preserve"> № </w:t>
            </w:r>
            <w:r w:rsidR="00AB1DB9" w:rsidRPr="00AB1DB9">
              <w:rPr>
                <w:sz w:val="23"/>
                <w:szCs w:val="23"/>
              </w:rPr>
              <w:t>____</w:t>
            </w:r>
            <w:r w:rsidRPr="00AF630E">
              <w:rPr>
                <w:sz w:val="23"/>
                <w:szCs w:val="23"/>
              </w:rPr>
              <w:t xml:space="preserve"> </w:t>
            </w:r>
            <w:r w:rsidRPr="00AF630E">
              <w:rPr>
                <w:sz w:val="23"/>
                <w:szCs w:val="23"/>
                <w:lang w:val="ru-RU"/>
              </w:rPr>
              <w:t>конкурстық</w:t>
            </w:r>
            <w:r w:rsidRPr="00AF630E">
              <w:rPr>
                <w:sz w:val="23"/>
                <w:szCs w:val="23"/>
              </w:rPr>
              <w:t xml:space="preserve"> </w:t>
            </w:r>
            <w:r w:rsidRPr="00AF630E">
              <w:rPr>
                <w:sz w:val="23"/>
                <w:szCs w:val="23"/>
                <w:lang w:val="ru-RU"/>
              </w:rPr>
              <w:t>комиссия</w:t>
            </w:r>
            <w:r w:rsidRPr="00AF630E">
              <w:rPr>
                <w:sz w:val="23"/>
                <w:szCs w:val="23"/>
              </w:rPr>
              <w:t xml:space="preserve"> </w:t>
            </w:r>
            <w:r w:rsidRPr="00AF630E">
              <w:rPr>
                <w:sz w:val="23"/>
                <w:szCs w:val="23"/>
                <w:lang w:val="ru-RU"/>
              </w:rPr>
              <w:t>хаттамасымен</w:t>
            </w:r>
            <w:r w:rsidRPr="00AF630E">
              <w:rPr>
                <w:sz w:val="23"/>
                <w:szCs w:val="23"/>
              </w:rPr>
              <w:t xml:space="preserve"> </w:t>
            </w:r>
            <w:r w:rsidRPr="00AF630E">
              <w:rPr>
                <w:sz w:val="23"/>
                <w:szCs w:val="23"/>
                <w:lang w:val="ru-RU"/>
              </w:rPr>
              <w:t>ресімделген</w:t>
            </w:r>
            <w:r w:rsidRPr="00AF630E">
              <w:rPr>
                <w:sz w:val="23"/>
                <w:szCs w:val="23"/>
              </w:rPr>
              <w:t xml:space="preserve"> Tarlan Astana </w:t>
            </w:r>
            <w:r w:rsidRPr="00AF630E">
              <w:rPr>
                <w:sz w:val="23"/>
                <w:szCs w:val="23"/>
                <w:lang w:val="ru-RU"/>
              </w:rPr>
              <w:t>объектілеріндегі</w:t>
            </w:r>
            <w:r w:rsidRPr="00AF630E">
              <w:rPr>
                <w:sz w:val="23"/>
                <w:szCs w:val="23"/>
              </w:rPr>
              <w:t xml:space="preserve"> </w:t>
            </w:r>
            <w:r w:rsidRPr="00AF630E">
              <w:rPr>
                <w:sz w:val="23"/>
                <w:szCs w:val="23"/>
                <w:lang w:val="ru-RU"/>
              </w:rPr>
              <w:t>жарнама</w:t>
            </w:r>
            <w:r w:rsidRPr="00AF630E">
              <w:rPr>
                <w:sz w:val="23"/>
                <w:szCs w:val="23"/>
              </w:rPr>
              <w:t xml:space="preserve"> </w:t>
            </w:r>
            <w:r w:rsidRPr="00AF630E">
              <w:rPr>
                <w:sz w:val="23"/>
                <w:szCs w:val="23"/>
                <w:lang w:val="ru-RU"/>
              </w:rPr>
              <w:t>алаңдарын</w:t>
            </w:r>
            <w:r w:rsidRPr="00AF630E">
              <w:rPr>
                <w:sz w:val="23"/>
                <w:szCs w:val="23"/>
              </w:rPr>
              <w:t xml:space="preserve"> </w:t>
            </w:r>
            <w:r w:rsidRPr="00AF630E">
              <w:rPr>
                <w:sz w:val="23"/>
                <w:szCs w:val="23"/>
                <w:lang w:val="ru-RU"/>
              </w:rPr>
              <w:t>жалға</w:t>
            </w:r>
            <w:r w:rsidRPr="00AF630E">
              <w:rPr>
                <w:sz w:val="23"/>
                <w:szCs w:val="23"/>
              </w:rPr>
              <w:t xml:space="preserve"> </w:t>
            </w:r>
            <w:r w:rsidRPr="00AF630E">
              <w:rPr>
                <w:sz w:val="23"/>
                <w:szCs w:val="23"/>
                <w:lang w:val="ru-RU"/>
              </w:rPr>
              <w:t>беру</w:t>
            </w:r>
            <w:r w:rsidRPr="00AF630E">
              <w:rPr>
                <w:sz w:val="23"/>
                <w:szCs w:val="23"/>
              </w:rPr>
              <w:t xml:space="preserve"> </w:t>
            </w:r>
            <w:r w:rsidRPr="00AF630E">
              <w:rPr>
                <w:sz w:val="23"/>
                <w:szCs w:val="23"/>
                <w:lang w:val="ru-RU"/>
              </w:rPr>
              <w:t>жөніндегі</w:t>
            </w:r>
            <w:r w:rsidRPr="00AF630E">
              <w:rPr>
                <w:sz w:val="23"/>
                <w:szCs w:val="23"/>
              </w:rPr>
              <w:t xml:space="preserve"> </w:t>
            </w:r>
            <w:r w:rsidRPr="00AF630E">
              <w:rPr>
                <w:sz w:val="23"/>
                <w:szCs w:val="23"/>
                <w:lang w:val="ru-RU"/>
              </w:rPr>
              <w:t>конкурс</w:t>
            </w:r>
            <w:r w:rsidRPr="00AF630E">
              <w:rPr>
                <w:sz w:val="23"/>
                <w:szCs w:val="23"/>
              </w:rPr>
              <w:t xml:space="preserve"> </w:t>
            </w:r>
            <w:r w:rsidRPr="00AF630E">
              <w:rPr>
                <w:sz w:val="23"/>
                <w:szCs w:val="23"/>
                <w:lang w:val="ru-RU"/>
              </w:rPr>
              <w:t>нәтижелерінің</w:t>
            </w:r>
            <w:r w:rsidRPr="00AF630E">
              <w:rPr>
                <w:sz w:val="23"/>
                <w:szCs w:val="23"/>
              </w:rPr>
              <w:t xml:space="preserve"> </w:t>
            </w:r>
            <w:r w:rsidRPr="00AF630E">
              <w:rPr>
                <w:sz w:val="23"/>
                <w:szCs w:val="23"/>
                <w:lang w:val="ru-RU"/>
              </w:rPr>
              <w:t>негізінде</w:t>
            </w:r>
            <w:r w:rsidRPr="00AF630E">
              <w:rPr>
                <w:sz w:val="23"/>
                <w:szCs w:val="23"/>
              </w:rPr>
              <w:t xml:space="preserve"> </w:t>
            </w:r>
            <w:r w:rsidRPr="00AF630E">
              <w:rPr>
                <w:sz w:val="23"/>
                <w:szCs w:val="23"/>
                <w:lang w:val="ru-RU"/>
              </w:rPr>
              <w:t>осы</w:t>
            </w:r>
            <w:r w:rsidRPr="00AF630E">
              <w:rPr>
                <w:sz w:val="23"/>
                <w:szCs w:val="23"/>
              </w:rPr>
              <w:t xml:space="preserve"> </w:t>
            </w:r>
            <w:r w:rsidRPr="00AF630E">
              <w:rPr>
                <w:sz w:val="23"/>
                <w:szCs w:val="23"/>
                <w:lang w:val="ru-RU"/>
              </w:rPr>
              <w:t>Жарнама</w:t>
            </w:r>
            <w:r w:rsidRPr="00AF630E">
              <w:rPr>
                <w:sz w:val="23"/>
                <w:szCs w:val="23"/>
              </w:rPr>
              <w:t xml:space="preserve"> </w:t>
            </w:r>
            <w:r w:rsidRPr="00AF630E">
              <w:rPr>
                <w:sz w:val="23"/>
                <w:szCs w:val="23"/>
                <w:lang w:val="ru-RU"/>
              </w:rPr>
              <w:t>алаңдарын</w:t>
            </w:r>
            <w:r w:rsidRPr="00AF630E">
              <w:rPr>
                <w:sz w:val="23"/>
                <w:szCs w:val="23"/>
              </w:rPr>
              <w:t xml:space="preserve"> </w:t>
            </w:r>
            <w:r w:rsidRPr="00AF630E">
              <w:rPr>
                <w:sz w:val="23"/>
                <w:szCs w:val="23"/>
                <w:lang w:val="ru-RU"/>
              </w:rPr>
              <w:t>жалға</w:t>
            </w:r>
            <w:r w:rsidRPr="00AF630E">
              <w:rPr>
                <w:sz w:val="23"/>
                <w:szCs w:val="23"/>
              </w:rPr>
              <w:t xml:space="preserve"> </w:t>
            </w:r>
            <w:r w:rsidRPr="00AF630E">
              <w:rPr>
                <w:sz w:val="23"/>
                <w:szCs w:val="23"/>
                <w:lang w:val="ru-RU"/>
              </w:rPr>
              <w:t>алу</w:t>
            </w:r>
            <w:r w:rsidRPr="00AF630E">
              <w:rPr>
                <w:sz w:val="23"/>
                <w:szCs w:val="23"/>
              </w:rPr>
              <w:t xml:space="preserve"> </w:t>
            </w:r>
            <w:r w:rsidRPr="00AF630E">
              <w:rPr>
                <w:sz w:val="23"/>
                <w:szCs w:val="23"/>
                <w:lang w:val="ru-RU"/>
              </w:rPr>
              <w:t>туралы</w:t>
            </w:r>
            <w:r w:rsidRPr="00AF630E">
              <w:rPr>
                <w:sz w:val="23"/>
                <w:szCs w:val="23"/>
              </w:rPr>
              <w:t xml:space="preserve"> </w:t>
            </w:r>
            <w:r w:rsidRPr="00AF630E">
              <w:rPr>
                <w:sz w:val="23"/>
                <w:szCs w:val="23"/>
                <w:lang w:val="ru-RU"/>
              </w:rPr>
              <w:t>шартты</w:t>
            </w:r>
            <w:r w:rsidRPr="00AF630E">
              <w:rPr>
                <w:sz w:val="23"/>
                <w:szCs w:val="23"/>
              </w:rPr>
              <w:t xml:space="preserve"> (</w:t>
            </w:r>
            <w:r w:rsidRPr="00AF630E">
              <w:rPr>
                <w:sz w:val="23"/>
                <w:szCs w:val="23"/>
                <w:lang w:val="ru-RU"/>
              </w:rPr>
              <w:t>бұдан</w:t>
            </w:r>
            <w:r w:rsidRPr="00AF630E">
              <w:rPr>
                <w:sz w:val="23"/>
                <w:szCs w:val="23"/>
              </w:rPr>
              <w:t xml:space="preserve"> </w:t>
            </w:r>
            <w:r w:rsidRPr="00AF630E">
              <w:rPr>
                <w:sz w:val="23"/>
                <w:szCs w:val="23"/>
                <w:lang w:val="ru-RU"/>
              </w:rPr>
              <w:t>әрі</w:t>
            </w:r>
            <w:r w:rsidRPr="00AF630E">
              <w:rPr>
                <w:sz w:val="23"/>
                <w:szCs w:val="23"/>
              </w:rPr>
              <w:t xml:space="preserve"> – </w:t>
            </w:r>
            <w:r w:rsidRPr="00AF630E">
              <w:rPr>
                <w:sz w:val="23"/>
                <w:szCs w:val="23"/>
                <w:lang w:val="ru-RU"/>
              </w:rPr>
              <w:t>Шарт</w:t>
            </w:r>
            <w:r w:rsidRPr="00AF630E">
              <w:rPr>
                <w:sz w:val="23"/>
                <w:szCs w:val="23"/>
              </w:rPr>
              <w:t xml:space="preserve">) </w:t>
            </w:r>
            <w:r w:rsidRPr="00AF630E">
              <w:rPr>
                <w:sz w:val="23"/>
                <w:szCs w:val="23"/>
                <w:lang w:val="ru-RU"/>
              </w:rPr>
              <w:t>төмендегілер</w:t>
            </w:r>
            <w:r w:rsidRPr="00AF630E">
              <w:rPr>
                <w:sz w:val="23"/>
                <w:szCs w:val="23"/>
              </w:rPr>
              <w:t xml:space="preserve"> </w:t>
            </w:r>
            <w:r w:rsidRPr="00AF630E">
              <w:rPr>
                <w:sz w:val="23"/>
                <w:szCs w:val="23"/>
                <w:lang w:val="ru-RU"/>
              </w:rPr>
              <w:t>туралы</w:t>
            </w:r>
            <w:r w:rsidRPr="00AF630E">
              <w:rPr>
                <w:sz w:val="23"/>
                <w:szCs w:val="23"/>
              </w:rPr>
              <w:t xml:space="preserve"> </w:t>
            </w:r>
            <w:r w:rsidRPr="00AF630E">
              <w:rPr>
                <w:sz w:val="23"/>
                <w:szCs w:val="23"/>
                <w:lang w:val="ru-RU"/>
              </w:rPr>
              <w:t>жасасты</w:t>
            </w:r>
            <w:r w:rsidRPr="00AF630E">
              <w:rPr>
                <w:sz w:val="23"/>
                <w:szCs w:val="23"/>
              </w:rPr>
              <w:t>.</w:t>
            </w:r>
          </w:p>
          <w:p w:rsidR="008A314B" w:rsidRPr="00AF630E" w:rsidRDefault="008A314B" w:rsidP="00D72F4B">
            <w:pPr>
              <w:ind w:firstLine="329"/>
              <w:jc w:val="both"/>
              <w:rPr>
                <w:sz w:val="23"/>
                <w:szCs w:val="23"/>
              </w:rPr>
            </w:pPr>
          </w:p>
        </w:tc>
        <w:tc>
          <w:tcPr>
            <w:tcW w:w="4905" w:type="dxa"/>
            <w:tcMar>
              <w:top w:w="65" w:type="dxa"/>
              <w:left w:w="65" w:type="dxa"/>
              <w:bottom w:w="65" w:type="dxa"/>
              <w:right w:w="65" w:type="dxa"/>
            </w:tcMar>
          </w:tcPr>
          <w:p w:rsidR="008A314B" w:rsidRPr="00AF630E" w:rsidRDefault="007738AC" w:rsidP="00D263F5">
            <w:pPr>
              <w:ind w:firstLine="329"/>
              <w:jc w:val="both"/>
              <w:rPr>
                <w:sz w:val="23"/>
                <w:szCs w:val="23"/>
                <w:lang w:val="ru-RU"/>
              </w:rPr>
            </w:pPr>
            <w:r w:rsidRPr="00AF630E">
              <w:rPr>
                <w:sz w:val="23"/>
                <w:szCs w:val="23"/>
                <w:lang w:val="ru-RU"/>
              </w:rPr>
              <w:t>Товарищество с ограниченной ответственностью «</w:t>
            </w:r>
            <w:r w:rsidRPr="00AF630E">
              <w:rPr>
                <w:sz w:val="23"/>
                <w:szCs w:val="23"/>
              </w:rPr>
              <w:t>City</w:t>
            </w:r>
            <w:r w:rsidRPr="00AF630E">
              <w:rPr>
                <w:sz w:val="23"/>
                <w:szCs w:val="23"/>
                <w:lang w:val="ru-RU"/>
              </w:rPr>
              <w:t xml:space="preserve"> </w:t>
            </w:r>
            <w:r w:rsidRPr="00AF630E">
              <w:rPr>
                <w:sz w:val="23"/>
                <w:szCs w:val="23"/>
              </w:rPr>
              <w:t>Transportation</w:t>
            </w:r>
            <w:r w:rsidRPr="00AF630E">
              <w:rPr>
                <w:sz w:val="23"/>
                <w:szCs w:val="23"/>
                <w:lang w:val="ru-RU"/>
              </w:rPr>
              <w:t xml:space="preserve"> </w:t>
            </w:r>
            <w:r w:rsidRPr="00AF630E">
              <w:rPr>
                <w:sz w:val="23"/>
                <w:szCs w:val="23"/>
              </w:rPr>
              <w:t>Systems</w:t>
            </w:r>
            <w:r w:rsidRPr="00AF630E">
              <w:rPr>
                <w:sz w:val="23"/>
                <w:szCs w:val="23"/>
                <w:lang w:val="ru-RU"/>
              </w:rPr>
              <w:t>», именуемое в дальнейшем «Арендодатель», в лице</w:t>
            </w:r>
            <w:r w:rsidR="0022238F">
              <w:rPr>
                <w:sz w:val="23"/>
                <w:szCs w:val="23"/>
                <w:lang w:val="ru-RU"/>
              </w:rPr>
              <w:t>____________</w:t>
            </w:r>
            <w:r w:rsidR="0022238F" w:rsidRPr="0022238F">
              <w:rPr>
                <w:lang w:val="ru-RU"/>
              </w:rPr>
              <w:t>_____________</w:t>
            </w:r>
            <w:r w:rsidR="0022238F">
              <w:rPr>
                <w:lang w:val="ru-RU"/>
              </w:rPr>
              <w:t>_______</w:t>
            </w:r>
            <w:r w:rsidR="0022238F" w:rsidRPr="0022238F">
              <w:rPr>
                <w:lang w:val="ru-RU"/>
              </w:rPr>
              <w:t>____________</w:t>
            </w:r>
            <w:r w:rsidRPr="0022238F">
              <w:rPr>
                <w:lang w:val="ru-RU"/>
              </w:rPr>
              <w:t>,</w:t>
            </w:r>
            <w:r w:rsidRPr="00AF630E">
              <w:rPr>
                <w:sz w:val="23"/>
                <w:szCs w:val="23"/>
                <w:lang w:val="ru-RU"/>
              </w:rPr>
              <w:t xml:space="preserve"> действующего на основании </w:t>
            </w:r>
            <w:r w:rsidR="00D263F5">
              <w:rPr>
                <w:sz w:val="23"/>
                <w:szCs w:val="23"/>
                <w:lang w:val="ru-RU"/>
              </w:rPr>
              <w:t>_____________________</w:t>
            </w:r>
            <w:bookmarkStart w:id="0" w:name="_GoBack"/>
            <w:bookmarkEnd w:id="0"/>
            <w:r w:rsidRPr="00AF630E">
              <w:rPr>
                <w:sz w:val="23"/>
                <w:szCs w:val="23"/>
                <w:lang w:val="ru-RU"/>
              </w:rPr>
              <w:t xml:space="preserve">, с одной стороны, и </w:t>
            </w:r>
            <w:r w:rsidR="002F189F" w:rsidRPr="00AF630E">
              <w:rPr>
                <w:sz w:val="23"/>
                <w:szCs w:val="23"/>
                <w:lang w:val="ru-RU"/>
              </w:rPr>
              <w:t>ТОО «</w:t>
            </w:r>
            <w:r w:rsidR="00AB1DB9">
              <w:rPr>
                <w:sz w:val="23"/>
                <w:szCs w:val="23"/>
                <w:lang w:val="ru-RU"/>
              </w:rPr>
              <w:t>________</w:t>
            </w:r>
            <w:r w:rsidR="002F189F" w:rsidRPr="00AF630E">
              <w:rPr>
                <w:sz w:val="23"/>
                <w:szCs w:val="23"/>
                <w:lang w:val="ru-RU"/>
              </w:rPr>
              <w:t>»</w:t>
            </w:r>
            <w:r w:rsidRPr="00AF630E">
              <w:rPr>
                <w:sz w:val="23"/>
                <w:szCs w:val="23"/>
                <w:lang w:val="ru-RU"/>
              </w:rPr>
              <w:t xml:space="preserve">, именуемое в дальнейшем «Арендатор», в лице </w:t>
            </w:r>
            <w:r w:rsidR="00AB1DB9">
              <w:rPr>
                <w:sz w:val="23"/>
                <w:szCs w:val="23"/>
                <w:lang w:val="ru-RU"/>
              </w:rPr>
              <w:t>__________________</w:t>
            </w:r>
            <w:r w:rsidR="007D6BFB">
              <w:rPr>
                <w:sz w:val="23"/>
                <w:szCs w:val="23"/>
                <w:lang w:val="ru-RU"/>
              </w:rPr>
              <w:t>, действующего на основании У</w:t>
            </w:r>
            <w:r w:rsidRPr="00AF630E">
              <w:rPr>
                <w:sz w:val="23"/>
                <w:szCs w:val="23"/>
                <w:lang w:val="ru-RU"/>
              </w:rPr>
              <w:t xml:space="preserve">става, с другой стороны, совместно именуемые «Стороны», а по отдельности – «Сторона», на основании результатов конкурса по передаче рекламных площадей на объектах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xml:space="preserve"> в аренду, оформленных протоколом конкурсной комиссии от </w:t>
            </w:r>
            <w:r w:rsidR="00AB1DB9">
              <w:rPr>
                <w:sz w:val="23"/>
                <w:szCs w:val="23"/>
                <w:lang w:val="ru-RU"/>
              </w:rPr>
              <w:t>__________</w:t>
            </w:r>
            <w:r w:rsidRPr="00AF630E">
              <w:rPr>
                <w:sz w:val="23"/>
                <w:szCs w:val="23"/>
                <w:lang w:val="ru-RU"/>
              </w:rPr>
              <w:t xml:space="preserve"> 2026 года №</w:t>
            </w:r>
            <w:r w:rsidRPr="00AF630E">
              <w:rPr>
                <w:sz w:val="23"/>
                <w:szCs w:val="23"/>
              </w:rPr>
              <w:t> </w:t>
            </w:r>
            <w:r w:rsidR="00AB1DB9">
              <w:rPr>
                <w:sz w:val="23"/>
                <w:szCs w:val="23"/>
                <w:lang w:val="ru-RU"/>
              </w:rPr>
              <w:t>___</w:t>
            </w:r>
            <w:r w:rsidRPr="00AF630E">
              <w:rPr>
                <w:sz w:val="23"/>
                <w:szCs w:val="23"/>
                <w:lang w:val="ru-RU"/>
              </w:rPr>
              <w:t>, заключили настоящий Договор аренды рекламных площадей (далее – Договор) о нижеследующем.</w:t>
            </w:r>
          </w:p>
        </w:tc>
      </w:tr>
      <w:tr w:rsidR="008A314B" w:rsidRPr="00AF630E" w:rsidTr="00AF630E">
        <w:trPr>
          <w:cantSplit/>
        </w:trPr>
        <w:tc>
          <w:tcPr>
            <w:tcW w:w="5159" w:type="dxa"/>
            <w:tcMar>
              <w:top w:w="65" w:type="dxa"/>
              <w:left w:w="65" w:type="dxa"/>
              <w:bottom w:w="65" w:type="dxa"/>
              <w:right w:w="65" w:type="dxa"/>
            </w:tcMar>
          </w:tcPr>
          <w:p w:rsidR="008A314B" w:rsidRPr="00AF630E" w:rsidRDefault="007738AC" w:rsidP="00D72F4B">
            <w:pPr>
              <w:ind w:firstLine="329"/>
              <w:jc w:val="center"/>
              <w:rPr>
                <w:b/>
                <w:sz w:val="23"/>
                <w:szCs w:val="23"/>
              </w:rPr>
            </w:pPr>
            <w:r w:rsidRPr="00AF630E">
              <w:rPr>
                <w:b/>
                <w:sz w:val="23"/>
                <w:szCs w:val="23"/>
              </w:rPr>
              <w:t>1. АНЫҚТАМАЛАР</w:t>
            </w:r>
          </w:p>
        </w:tc>
        <w:tc>
          <w:tcPr>
            <w:tcW w:w="4905" w:type="dxa"/>
            <w:tcMar>
              <w:top w:w="65" w:type="dxa"/>
              <w:left w:w="65" w:type="dxa"/>
              <w:bottom w:w="65" w:type="dxa"/>
              <w:right w:w="65" w:type="dxa"/>
            </w:tcMar>
          </w:tcPr>
          <w:p w:rsidR="008A314B" w:rsidRPr="00AF630E" w:rsidRDefault="007738AC" w:rsidP="00D72F4B">
            <w:pPr>
              <w:ind w:firstLine="329"/>
              <w:jc w:val="center"/>
              <w:rPr>
                <w:b/>
                <w:sz w:val="23"/>
                <w:szCs w:val="23"/>
              </w:rPr>
            </w:pPr>
            <w:r w:rsidRPr="00AF630E">
              <w:rPr>
                <w:b/>
                <w:sz w:val="23"/>
                <w:szCs w:val="23"/>
              </w:rPr>
              <w:t>1. ОПРЕДЕЛЕНИЯ</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1.1. Осы Шартта келесі негізгі ұғымдар пайдаланылады: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1.1. В настоящем Договоре используются следующие основные понятия:</w:t>
            </w:r>
          </w:p>
        </w:tc>
      </w:tr>
      <w:tr w:rsidR="008A314B" w:rsidRPr="00AF630E" w:rsidTr="00AF630E">
        <w:trPr>
          <w:cantSplit/>
        </w:trPr>
        <w:tc>
          <w:tcPr>
            <w:tcW w:w="5159" w:type="dxa"/>
            <w:tcMar>
              <w:top w:w="65" w:type="dxa"/>
              <w:left w:w="65" w:type="dxa"/>
              <w:bottom w:w="65" w:type="dxa"/>
              <w:right w:w="65" w:type="dxa"/>
            </w:tcMar>
          </w:tcPr>
          <w:p w:rsidR="008A314B" w:rsidRPr="00AF630E" w:rsidRDefault="007738AC" w:rsidP="00D72F4B">
            <w:pPr>
              <w:pStyle w:val="ae"/>
              <w:numPr>
                <w:ilvl w:val="0"/>
                <w:numId w:val="10"/>
              </w:numPr>
              <w:ind w:left="0" w:firstLine="329"/>
              <w:jc w:val="both"/>
              <w:rPr>
                <w:sz w:val="23"/>
                <w:szCs w:val="23"/>
              </w:rPr>
            </w:pPr>
            <w:r w:rsidRPr="00AF630E">
              <w:rPr>
                <w:sz w:val="23"/>
                <w:szCs w:val="23"/>
              </w:rPr>
              <w:t>Жалға беруші – «City Transportation Systems» ЖШС;</w:t>
            </w:r>
          </w:p>
        </w:tc>
        <w:tc>
          <w:tcPr>
            <w:tcW w:w="4905" w:type="dxa"/>
            <w:tcMar>
              <w:top w:w="65" w:type="dxa"/>
              <w:left w:w="65" w:type="dxa"/>
              <w:bottom w:w="65" w:type="dxa"/>
              <w:right w:w="65" w:type="dxa"/>
            </w:tcMar>
          </w:tcPr>
          <w:p w:rsidR="008A314B" w:rsidRPr="00AF630E" w:rsidRDefault="007738AC" w:rsidP="00D72F4B">
            <w:pPr>
              <w:pStyle w:val="ae"/>
              <w:numPr>
                <w:ilvl w:val="0"/>
                <w:numId w:val="11"/>
              </w:numPr>
              <w:ind w:left="0" w:firstLine="272"/>
              <w:jc w:val="both"/>
              <w:rPr>
                <w:sz w:val="23"/>
                <w:szCs w:val="23"/>
              </w:rPr>
            </w:pPr>
            <w:r w:rsidRPr="00AF630E">
              <w:rPr>
                <w:sz w:val="23"/>
                <w:szCs w:val="23"/>
              </w:rPr>
              <w:t>Арендодатель – ТОО «City Transportation Systems»;</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E8099B">
            <w:pPr>
              <w:pStyle w:val="ae"/>
              <w:numPr>
                <w:ilvl w:val="0"/>
                <w:numId w:val="10"/>
              </w:numPr>
              <w:ind w:left="0" w:firstLine="329"/>
              <w:jc w:val="both"/>
              <w:rPr>
                <w:sz w:val="23"/>
                <w:szCs w:val="23"/>
              </w:rPr>
            </w:pPr>
            <w:r w:rsidRPr="00AF630E">
              <w:rPr>
                <w:sz w:val="23"/>
                <w:szCs w:val="23"/>
              </w:rPr>
              <w:t>Жалға алушы – осы Шартты жасасқан заңды тұлға;</w:t>
            </w:r>
          </w:p>
        </w:tc>
        <w:tc>
          <w:tcPr>
            <w:tcW w:w="4905" w:type="dxa"/>
            <w:tcMar>
              <w:top w:w="65" w:type="dxa"/>
              <w:left w:w="65" w:type="dxa"/>
              <w:bottom w:w="65" w:type="dxa"/>
              <w:right w:w="65" w:type="dxa"/>
            </w:tcMar>
          </w:tcPr>
          <w:p w:rsidR="008A314B" w:rsidRPr="00AF630E" w:rsidRDefault="007738AC" w:rsidP="00E8099B">
            <w:pPr>
              <w:pStyle w:val="ae"/>
              <w:numPr>
                <w:ilvl w:val="0"/>
                <w:numId w:val="11"/>
              </w:numPr>
              <w:ind w:left="0" w:firstLine="272"/>
              <w:jc w:val="both"/>
              <w:rPr>
                <w:sz w:val="23"/>
                <w:szCs w:val="23"/>
                <w:lang w:val="ru-RU"/>
              </w:rPr>
            </w:pPr>
            <w:r w:rsidRPr="00AF630E">
              <w:rPr>
                <w:sz w:val="23"/>
                <w:szCs w:val="23"/>
                <w:lang w:val="ru-RU"/>
              </w:rPr>
              <w:t>Арендатор – юридическое лицо, заключивший настоящий Договор;</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pStyle w:val="ae"/>
              <w:numPr>
                <w:ilvl w:val="0"/>
                <w:numId w:val="10"/>
              </w:numPr>
              <w:ind w:left="0" w:firstLine="329"/>
              <w:jc w:val="both"/>
              <w:rPr>
                <w:sz w:val="23"/>
                <w:szCs w:val="23"/>
                <w:lang w:val="ru-RU"/>
              </w:rPr>
            </w:pP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xml:space="preserve"> объектісі – жарнама алаңы орналасқан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xml:space="preserve"> көлік инфрақұрылымының стансасы, вагоны, ғимараты, конструкциясы не өзге де объектісі;</w:t>
            </w:r>
          </w:p>
        </w:tc>
        <w:tc>
          <w:tcPr>
            <w:tcW w:w="4905" w:type="dxa"/>
            <w:tcMar>
              <w:top w:w="65" w:type="dxa"/>
              <w:left w:w="65" w:type="dxa"/>
              <w:bottom w:w="65" w:type="dxa"/>
              <w:right w:w="65" w:type="dxa"/>
            </w:tcMar>
          </w:tcPr>
          <w:p w:rsidR="008A314B" w:rsidRPr="00AF630E" w:rsidRDefault="007738AC" w:rsidP="00D72F4B">
            <w:pPr>
              <w:pStyle w:val="ae"/>
              <w:numPr>
                <w:ilvl w:val="0"/>
                <w:numId w:val="11"/>
              </w:numPr>
              <w:ind w:left="0" w:firstLine="272"/>
              <w:jc w:val="both"/>
              <w:rPr>
                <w:sz w:val="23"/>
                <w:szCs w:val="23"/>
                <w:lang w:val="ru-RU"/>
              </w:rPr>
            </w:pPr>
            <w:r w:rsidRPr="00AF630E">
              <w:rPr>
                <w:sz w:val="23"/>
                <w:szCs w:val="23"/>
                <w:lang w:val="ru-RU"/>
              </w:rPr>
              <w:t xml:space="preserve">Объект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xml:space="preserve"> – станция, вагон, сооружение, конструкция либо иной объект транспортной инфраструктуры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на котором расположена рекламная площадь;</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pStyle w:val="ae"/>
              <w:numPr>
                <w:ilvl w:val="0"/>
                <w:numId w:val="10"/>
              </w:numPr>
              <w:ind w:left="0" w:firstLine="329"/>
              <w:jc w:val="both"/>
              <w:rPr>
                <w:sz w:val="23"/>
                <w:szCs w:val="23"/>
                <w:lang w:val="ru-RU"/>
              </w:rPr>
            </w:pPr>
            <w:r w:rsidRPr="00AF630E">
              <w:rPr>
                <w:sz w:val="23"/>
                <w:szCs w:val="23"/>
                <w:lang w:val="ru-RU"/>
              </w:rPr>
              <w:t xml:space="preserve">жарнама алаңы – Жалға беруші айқындаған, жарнаманы орналастыруға арналған және осы Шартқа сәйкес Жалға алушыға берілетін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xml:space="preserve"> объектісінің беті, орны не бөлігі;</w:t>
            </w:r>
          </w:p>
        </w:tc>
        <w:tc>
          <w:tcPr>
            <w:tcW w:w="4905" w:type="dxa"/>
            <w:tcMar>
              <w:top w:w="65" w:type="dxa"/>
              <w:left w:w="65" w:type="dxa"/>
              <w:bottom w:w="65" w:type="dxa"/>
              <w:right w:w="65" w:type="dxa"/>
            </w:tcMar>
          </w:tcPr>
          <w:p w:rsidR="008A314B" w:rsidRPr="00AF630E" w:rsidRDefault="007738AC" w:rsidP="00D72F4B">
            <w:pPr>
              <w:pStyle w:val="ae"/>
              <w:numPr>
                <w:ilvl w:val="0"/>
                <w:numId w:val="11"/>
              </w:numPr>
              <w:ind w:left="0" w:firstLine="272"/>
              <w:jc w:val="both"/>
              <w:rPr>
                <w:sz w:val="23"/>
                <w:szCs w:val="23"/>
                <w:lang w:val="ru-RU"/>
              </w:rPr>
            </w:pPr>
            <w:r w:rsidRPr="00AF630E">
              <w:rPr>
                <w:sz w:val="23"/>
                <w:szCs w:val="23"/>
                <w:lang w:val="ru-RU"/>
              </w:rPr>
              <w:t xml:space="preserve">рекламная площадь – определенная Арендодателем поверхность, место либо часть объекта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предназначенная для размещения рекламы и предоставляемая Арендатору в соответствии с настоящим Договором;</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pStyle w:val="ae"/>
              <w:numPr>
                <w:ilvl w:val="0"/>
                <w:numId w:val="10"/>
              </w:numPr>
              <w:ind w:left="0" w:firstLine="329"/>
              <w:jc w:val="both"/>
              <w:rPr>
                <w:sz w:val="23"/>
                <w:szCs w:val="23"/>
                <w:lang w:val="ru-RU"/>
              </w:rPr>
            </w:pPr>
            <w:r w:rsidRPr="00AF630E">
              <w:rPr>
                <w:sz w:val="23"/>
                <w:szCs w:val="23"/>
                <w:lang w:val="ru-RU"/>
              </w:rPr>
              <w:t>лот – Жалға алушы конкурс нәтижелері бойынша жалға алу құқығына ие болған бір немесе бірнеше жарнама алаңы;</w:t>
            </w:r>
          </w:p>
        </w:tc>
        <w:tc>
          <w:tcPr>
            <w:tcW w:w="4905" w:type="dxa"/>
            <w:tcMar>
              <w:top w:w="65" w:type="dxa"/>
              <w:left w:w="65" w:type="dxa"/>
              <w:bottom w:w="65" w:type="dxa"/>
              <w:right w:w="65" w:type="dxa"/>
            </w:tcMar>
          </w:tcPr>
          <w:p w:rsidR="008A314B" w:rsidRPr="00AF630E" w:rsidRDefault="007738AC" w:rsidP="00D72F4B">
            <w:pPr>
              <w:pStyle w:val="ae"/>
              <w:numPr>
                <w:ilvl w:val="0"/>
                <w:numId w:val="11"/>
              </w:numPr>
              <w:ind w:left="0" w:firstLine="272"/>
              <w:jc w:val="both"/>
              <w:rPr>
                <w:sz w:val="23"/>
                <w:szCs w:val="23"/>
                <w:lang w:val="ru-RU"/>
              </w:rPr>
            </w:pPr>
            <w:r w:rsidRPr="00AF630E">
              <w:rPr>
                <w:sz w:val="23"/>
                <w:szCs w:val="23"/>
                <w:lang w:val="ru-RU"/>
              </w:rPr>
              <w:t>лот – одна или несколько рекламных площадей, право аренды, которых приобретено Арендатором по результатам конкурса;</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pStyle w:val="ae"/>
              <w:numPr>
                <w:ilvl w:val="0"/>
                <w:numId w:val="10"/>
              </w:numPr>
              <w:ind w:left="0" w:firstLine="329"/>
              <w:jc w:val="both"/>
              <w:rPr>
                <w:sz w:val="23"/>
                <w:szCs w:val="23"/>
                <w:lang w:val="ru-RU"/>
              </w:rPr>
            </w:pPr>
            <w:r w:rsidRPr="00AF630E">
              <w:rPr>
                <w:sz w:val="23"/>
                <w:szCs w:val="23"/>
                <w:lang w:val="ru-RU"/>
              </w:rPr>
              <w:t>жарнама материалдары – Жалға алушы жарнама алаңына орналастыратын бейнелер, мәтіндер, үлдірлер, постерлер және өзге де материалдар;</w:t>
            </w:r>
          </w:p>
        </w:tc>
        <w:tc>
          <w:tcPr>
            <w:tcW w:w="4905" w:type="dxa"/>
            <w:tcMar>
              <w:top w:w="65" w:type="dxa"/>
              <w:left w:w="65" w:type="dxa"/>
              <w:bottom w:w="65" w:type="dxa"/>
              <w:right w:w="65" w:type="dxa"/>
            </w:tcMar>
          </w:tcPr>
          <w:p w:rsidR="008A314B" w:rsidRPr="00AF630E" w:rsidRDefault="007738AC" w:rsidP="00D72F4B">
            <w:pPr>
              <w:pStyle w:val="ae"/>
              <w:numPr>
                <w:ilvl w:val="0"/>
                <w:numId w:val="11"/>
              </w:numPr>
              <w:ind w:left="0" w:firstLine="272"/>
              <w:jc w:val="both"/>
              <w:rPr>
                <w:sz w:val="23"/>
                <w:szCs w:val="23"/>
                <w:lang w:val="ru-RU"/>
              </w:rPr>
            </w:pPr>
            <w:r w:rsidRPr="00AF630E">
              <w:rPr>
                <w:sz w:val="23"/>
                <w:szCs w:val="23"/>
                <w:lang w:val="ru-RU"/>
              </w:rPr>
              <w:t>рекламные материалы – изображения, тексты, пленки, постеры и иные материалы, размещаемые Арендатором на рекламной площади;</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pStyle w:val="ae"/>
              <w:numPr>
                <w:ilvl w:val="0"/>
                <w:numId w:val="10"/>
              </w:numPr>
              <w:ind w:left="0" w:firstLine="329"/>
              <w:jc w:val="both"/>
              <w:rPr>
                <w:sz w:val="23"/>
                <w:szCs w:val="23"/>
                <w:lang w:val="ru-RU"/>
              </w:rPr>
            </w:pPr>
            <w:r w:rsidRPr="00AF630E">
              <w:rPr>
                <w:sz w:val="23"/>
                <w:szCs w:val="23"/>
                <w:lang w:val="ru-RU"/>
              </w:rPr>
              <w:lastRenderedPageBreak/>
              <w:t>жарнама беруші – жарнаманы өндіру, орналастыру және кейіннен тарату үшін жарнамалық ақпараттың көзі болып табылатын заңды тұлға;</w:t>
            </w:r>
          </w:p>
        </w:tc>
        <w:tc>
          <w:tcPr>
            <w:tcW w:w="4905" w:type="dxa"/>
            <w:tcMar>
              <w:top w:w="65" w:type="dxa"/>
              <w:left w:w="65" w:type="dxa"/>
              <w:bottom w:w="65" w:type="dxa"/>
              <w:right w:w="65" w:type="dxa"/>
            </w:tcMar>
          </w:tcPr>
          <w:p w:rsidR="008A314B" w:rsidRPr="00AF630E" w:rsidRDefault="007738AC" w:rsidP="00D72F4B">
            <w:pPr>
              <w:pStyle w:val="ae"/>
              <w:numPr>
                <w:ilvl w:val="0"/>
                <w:numId w:val="11"/>
              </w:numPr>
              <w:ind w:left="0" w:firstLine="272"/>
              <w:jc w:val="both"/>
              <w:rPr>
                <w:sz w:val="23"/>
                <w:szCs w:val="23"/>
                <w:lang w:val="ru-RU"/>
              </w:rPr>
            </w:pPr>
            <w:r w:rsidRPr="00AF630E">
              <w:rPr>
                <w:sz w:val="23"/>
                <w:szCs w:val="23"/>
                <w:lang w:val="ru-RU"/>
              </w:rPr>
              <w:t>рекламодатель – юридическое лицо, являющееся источником рекламной информации для производства, размещения и последующего распространения рекламы;</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pStyle w:val="ae"/>
              <w:numPr>
                <w:ilvl w:val="0"/>
                <w:numId w:val="10"/>
              </w:numPr>
              <w:ind w:left="0" w:firstLine="329"/>
              <w:jc w:val="both"/>
              <w:rPr>
                <w:sz w:val="23"/>
                <w:szCs w:val="23"/>
                <w:lang w:val="ru-RU"/>
              </w:rPr>
            </w:pPr>
            <w:r w:rsidRPr="00AF630E">
              <w:rPr>
                <w:sz w:val="23"/>
                <w:szCs w:val="23"/>
                <w:lang w:val="ru-RU"/>
              </w:rPr>
              <w:t>монтаждау – жарнама материалдарын жарнама алаңына түсіру, орналастыру және бекіту жұмыстарының кешені;</w:t>
            </w:r>
          </w:p>
        </w:tc>
        <w:tc>
          <w:tcPr>
            <w:tcW w:w="4905" w:type="dxa"/>
            <w:tcMar>
              <w:top w:w="65" w:type="dxa"/>
              <w:left w:w="65" w:type="dxa"/>
              <w:bottom w:w="65" w:type="dxa"/>
              <w:right w:w="65" w:type="dxa"/>
            </w:tcMar>
          </w:tcPr>
          <w:p w:rsidR="008A314B" w:rsidRPr="00AF630E" w:rsidRDefault="007738AC" w:rsidP="00D72F4B">
            <w:pPr>
              <w:pStyle w:val="ae"/>
              <w:numPr>
                <w:ilvl w:val="0"/>
                <w:numId w:val="11"/>
              </w:numPr>
              <w:ind w:left="0" w:firstLine="272"/>
              <w:jc w:val="both"/>
              <w:rPr>
                <w:sz w:val="23"/>
                <w:szCs w:val="23"/>
                <w:lang w:val="ru-RU"/>
              </w:rPr>
            </w:pPr>
            <w:r w:rsidRPr="00AF630E">
              <w:rPr>
                <w:sz w:val="23"/>
                <w:szCs w:val="23"/>
                <w:lang w:val="ru-RU"/>
              </w:rPr>
              <w:t>монтаж – комплекс работ по нанесению, размещению и закреплению рекламных материалов на рекламной площади;</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pStyle w:val="ae"/>
              <w:numPr>
                <w:ilvl w:val="0"/>
                <w:numId w:val="10"/>
              </w:numPr>
              <w:ind w:left="0" w:firstLine="329"/>
              <w:jc w:val="both"/>
              <w:rPr>
                <w:sz w:val="23"/>
                <w:szCs w:val="23"/>
                <w:lang w:val="ru-RU"/>
              </w:rPr>
            </w:pPr>
            <w:r w:rsidRPr="00AF630E">
              <w:rPr>
                <w:sz w:val="23"/>
                <w:szCs w:val="23"/>
                <w:lang w:val="ru-RU"/>
              </w:rPr>
              <w:t>бөлшектеу – жарнама материалдарын алып тастау және қалыпты тозуды ескере отырып, жарнама алаңын бастапқы күйіне келтіру жұмыстарының кешені.</w:t>
            </w:r>
          </w:p>
        </w:tc>
        <w:tc>
          <w:tcPr>
            <w:tcW w:w="4905" w:type="dxa"/>
            <w:tcMar>
              <w:top w:w="65" w:type="dxa"/>
              <w:left w:w="65" w:type="dxa"/>
              <w:bottom w:w="65" w:type="dxa"/>
              <w:right w:w="65" w:type="dxa"/>
            </w:tcMar>
          </w:tcPr>
          <w:p w:rsidR="008A314B" w:rsidRPr="00AF630E" w:rsidRDefault="007738AC" w:rsidP="00D72F4B">
            <w:pPr>
              <w:pStyle w:val="ae"/>
              <w:numPr>
                <w:ilvl w:val="0"/>
                <w:numId w:val="11"/>
              </w:numPr>
              <w:ind w:left="0" w:firstLine="272"/>
              <w:jc w:val="both"/>
              <w:rPr>
                <w:sz w:val="23"/>
                <w:szCs w:val="23"/>
                <w:lang w:val="ru-RU"/>
              </w:rPr>
            </w:pPr>
            <w:r w:rsidRPr="00AF630E">
              <w:rPr>
                <w:sz w:val="23"/>
                <w:szCs w:val="23"/>
                <w:lang w:val="ru-RU"/>
              </w:rPr>
              <w:t>демонтаж – комплекс работ по удалению рекламных материалов и приведению рекламной площади в первоначальное состояние с учетом нормального износа.</w:t>
            </w:r>
          </w:p>
        </w:tc>
      </w:tr>
      <w:tr w:rsidR="008A314B" w:rsidRPr="00AF630E" w:rsidTr="00AF630E">
        <w:trPr>
          <w:cantSplit/>
        </w:trPr>
        <w:tc>
          <w:tcPr>
            <w:tcW w:w="5159" w:type="dxa"/>
            <w:tcMar>
              <w:top w:w="65" w:type="dxa"/>
              <w:left w:w="65" w:type="dxa"/>
              <w:bottom w:w="65" w:type="dxa"/>
              <w:right w:w="65" w:type="dxa"/>
            </w:tcMar>
          </w:tcPr>
          <w:p w:rsidR="008A314B" w:rsidRPr="00AF630E" w:rsidRDefault="007738AC" w:rsidP="00D72F4B">
            <w:pPr>
              <w:ind w:firstLine="329"/>
              <w:jc w:val="center"/>
              <w:rPr>
                <w:b/>
                <w:sz w:val="23"/>
                <w:szCs w:val="23"/>
              </w:rPr>
            </w:pPr>
            <w:r w:rsidRPr="00AF630E">
              <w:rPr>
                <w:b/>
                <w:sz w:val="23"/>
                <w:szCs w:val="23"/>
              </w:rPr>
              <w:t>2. ШАРТТЫҢ МӘНІ</w:t>
            </w:r>
          </w:p>
        </w:tc>
        <w:tc>
          <w:tcPr>
            <w:tcW w:w="4905" w:type="dxa"/>
            <w:tcMar>
              <w:top w:w="65" w:type="dxa"/>
              <w:left w:w="65" w:type="dxa"/>
              <w:bottom w:w="65" w:type="dxa"/>
              <w:right w:w="65" w:type="dxa"/>
            </w:tcMar>
          </w:tcPr>
          <w:p w:rsidR="008A314B" w:rsidRPr="00AF630E" w:rsidRDefault="007738AC" w:rsidP="00D72F4B">
            <w:pPr>
              <w:ind w:firstLine="329"/>
              <w:jc w:val="center"/>
              <w:rPr>
                <w:b/>
                <w:sz w:val="23"/>
                <w:szCs w:val="23"/>
              </w:rPr>
            </w:pPr>
            <w:r w:rsidRPr="00AF630E">
              <w:rPr>
                <w:b/>
                <w:sz w:val="23"/>
                <w:szCs w:val="23"/>
              </w:rPr>
              <w:t>2. ПРЕДМЕТ ДОГОВОРА</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2.1. Жалға беруші Жалға алушыға осы Шартқа № 1 қосымшада айқындалған жарнама алаңын (жарнама алаңдарын) ақы төлеп уақытша пайдалануға береді, ал Жалға алушы жарнама алаңын нысаналы мақсатына сәйкес пайдалануға, жалдау ақысын уақтылы төлеуге және осы Шартта көзделген өзге де міндеттемелерді орындауға міндеттенеді.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2.1. Арендодатель предоставляет Арендатору за плату во временное пользование рекламную площадь (рекламные площади), определенную(-ые) в Приложении № 1 к настоящему Договору, а Арендатор обязуется использовать рекламную площадь в соответствии с ее целевым назначением, своевременно вносить арендную плату и исполнять иные обязательства, предусмотренные настоящим Договором.</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2.2. Жарнама алаңы Қазақстан Республикасының заңнамасына сәйкес тауарларды, жұмыстарды, көрсетілетін қызметтерді, фирмалық атауларды, тауар белгілерін, брендтерді және өзге де жарнамалық ақпаратты ілгерілетуге бағытталған жарнамалық ақпаратты орналастыру үшін ғана беріледі.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2.2. Рекламная площадь предоставляется исключительно для размещения рекламной информации, направленной на продвижение товаров, работ, услуг, фирменных наименований, товарных знаков, брендов и иной рекламной информации в соответствии с законодательством Республики Казахстан.</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2.3. Жарнама алаңын жалға беру осы Шарттың шегінде және оның талаптарымен нақты жарнама алаңын уақытша пайдалану құқығынан басқа,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xml:space="preserve"> объектісіне қандай да бір құқықтардың Жалға алушыға ауысуына әкеп соқпайды.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2.3. Передача рекламной площади в аренду не влечет перехода к Арендатору каких-либо прав на объект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кроме права временного использования конкретной рекламной площади в пределах и на условиях настоящего Договора.</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2.4. Лоттың атауы, жарнама алаңының түрі, стансаның және (немесе) вагонның нөмірі, орналасқан жері, жарнама орындарының саны және өзге де сипаттамалар осы Шартқа № 1 қосымшада көрсетіледі.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2.4. Наименование лота, вид рекламной площади, номер станции и (или) вагона, месторасположение, количество рекламных мест и иные характеристики указываются в Приложении № 1 к настоящему Договору.</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2.5. Жалға алушының жарнама алаңын осы Шартта көзделмеген мақсаттарда пайдалануға құқығы жоқ.</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2.5. Арендатор не вправе использовать рекламную площадь в целях, не предусмотренных настоящим Договором.</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center"/>
              <w:rPr>
                <w:b/>
                <w:sz w:val="23"/>
                <w:szCs w:val="23"/>
                <w:lang w:val="ru-RU"/>
              </w:rPr>
            </w:pPr>
            <w:r w:rsidRPr="00AF630E">
              <w:rPr>
                <w:b/>
                <w:sz w:val="23"/>
                <w:szCs w:val="23"/>
                <w:lang w:val="ru-RU"/>
              </w:rPr>
              <w:t>3. ЖАЛДАУ МЕРЗІМІ ЖӘНЕ ЖАРНАМА АЛАҢЫН БЕРУ ТӘРТІБІ</w:t>
            </w:r>
          </w:p>
        </w:tc>
        <w:tc>
          <w:tcPr>
            <w:tcW w:w="4905" w:type="dxa"/>
            <w:tcMar>
              <w:top w:w="65" w:type="dxa"/>
              <w:left w:w="65" w:type="dxa"/>
              <w:bottom w:w="65" w:type="dxa"/>
              <w:right w:w="65" w:type="dxa"/>
            </w:tcMar>
          </w:tcPr>
          <w:p w:rsidR="008A314B" w:rsidRPr="00AF630E" w:rsidRDefault="007738AC" w:rsidP="00D72F4B">
            <w:pPr>
              <w:ind w:firstLine="329"/>
              <w:jc w:val="center"/>
              <w:rPr>
                <w:b/>
                <w:sz w:val="23"/>
                <w:szCs w:val="23"/>
                <w:lang w:val="ru-RU"/>
              </w:rPr>
            </w:pPr>
            <w:r w:rsidRPr="00AF630E">
              <w:rPr>
                <w:b/>
                <w:sz w:val="23"/>
                <w:szCs w:val="23"/>
                <w:lang w:val="ru-RU"/>
              </w:rPr>
              <w:t>3. СРОК АРЕНДЫ И ПОРЯДОК ПЕРЕДАЧИ РЕКЛАМНОЙ ПЛОЩАДИ</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3.1. Жарнама алаңын жалдау мерзімі Тараптар осы Шартқа № 1 қосымшада айқындаған жалдау мерзімі басталатын күннен бастап 11 (он бір) айды құрайды.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3.1. Срок аренды рекламной площади составляет 11 (одиннадцать) месяцев с даты начала срока аренды, определенной Сторонами в Приложении № 1 к настоящему Договору.</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lastRenderedPageBreak/>
              <w:t>3.2. Жарнама материалдарын орналастыру басталғанға дейін Тараптар жарнама алаңын бірлесіп қарап-тексереді.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3.2. До начала размещения рекламных материалов Стороны проводят совместный осмотр рекламной площади.</w:t>
            </w:r>
          </w:p>
        </w:tc>
      </w:tr>
      <w:tr w:rsidR="008A314B" w:rsidRPr="00AF630E"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Қарап-тексеру нәтижелері бойынша осы Шартқа № 2 қосымшаға сәйкес нысан бойынша Жарнама алаңын беру кезіндегі қарап-тексеру актісі жасалады.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lang w:val="ru-RU"/>
              </w:rPr>
              <w:t xml:space="preserve">По результатам осмотра составляется Акт осмотра рекламной площади при передаче по форме согласно Приложению </w:t>
            </w:r>
            <w:r w:rsidRPr="00AF630E">
              <w:rPr>
                <w:sz w:val="23"/>
                <w:szCs w:val="23"/>
              </w:rPr>
              <w:t>№ 2 к настоящему Договору.</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3.3. Жарнама алаңын беру кезіндегі қарап-тексеру актісінде жарнама алаңының нақты жай-күйі, бар зақымдар, ақаулар, бетінің ерекшеліктері және жарнама алаңының кейінгі жай-күйін айқындау үшін маңызы бар өзге де мән-жайлар тіркеледі.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3.3. В Акте осмотра рекламной площади при передаче фиксируются фактическое состояние рекламной площади, имеющиеся повреждения, дефекты, особенности поверхности и иные обстоятельства, имеющие значение для последующего определения состояния рекламной площади.</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Қажет болған жағдайда Актіге фотосуреттер қоса беріледі.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При необходимости к Акту прилагаются фотографии.</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3.4. Жарнама алаңын беру кезіндегі қарап-тексеру актісі мүлікті қабылдау-беру актісі болып табылмайды және Жалға алушы жарнама алаңын пайдалана бастаған сәттегі оның жай-күйін тіркеу үшін ғана қызмет етеді.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3.4. Акт осмотра рекламной площади при передаче не является актом приема-передачи имущества и служит исключительно для фиксации состояния рекламной площади на момент начала ее использования Арендатором.</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3.5. Жалдау мерзімі аяқталған кезде не Шарт мерзімінен бұрын тоқтатылған жағдайда Жалға алушы жарнама материалдарын бөлшектеуге, жарнама алаңын тазалауға және қалыпты тозуды ескере отырып, оны жалдау басталған сәттегі жай-күйіне келтіруге міндетті.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3.5. По окончании срока аренды либо при досрочном прекращении Договора Арендатор обязан демонтировать рекламные материалы, очистить рекламную площадь и привести ее в состояние, в котором она находилась на момент начала аренды, с учетом нормального износа.</w:t>
            </w:r>
          </w:p>
        </w:tc>
      </w:tr>
      <w:tr w:rsidR="008A314B" w:rsidRPr="00AF630E"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3.6. Жарнама материалдары бөлшектелгеннен кейін Тараптар жарнама алаңын қайтадан бірлесіп қарап-тексереді және осы Шартқа № 3 қосымшаға сәйкес нысан бойынша Жарнама алаңын қабылдау кезіндегі қарап-тексеру актісін жасайды.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lang w:val="ru-RU"/>
              </w:rPr>
              <w:t xml:space="preserve">3.6. После демонтажа рекламных материалов Стороны проводят повторный совместный осмотр рекламной площади и составляют Акт осмотра рекламной площади при приеме по форме согласно Приложению </w:t>
            </w:r>
            <w:r w:rsidRPr="00AF630E">
              <w:rPr>
                <w:sz w:val="23"/>
                <w:szCs w:val="23"/>
              </w:rPr>
              <w:t>№ 3 к настоящему Договору.</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3.7. Бастапқы қарап-тексеру кезінде болмаған зақымдар анықталған жағдайда, мұндай зақымдар Жарнама алаңын қабылдау кезіндегі қарап-тексеру актісінде көрсетіледі.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3.7. В случае выявления повреждений, отсутствовавших на момент первоначального осмотра, такие повреждения отражаются в Акте осмотра рекламной площади при приеме.</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3.8. Егер Жалға алушы қарап-тексеруге қатысудан не тиісті Актіге қол қоюдан жалтарса, Жалға беруші жарнама алаңының жай-күйін фотосуретке түсіре отырып, біржақты акт жасауға құқылы.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3.8. Если Арендатор уклоняется от участия в осмотре либо подписания соответствующего Акта, Арендодатель вправе составить односторонний акт с фотофиксацией состояния рекламной площади.</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center"/>
              <w:rPr>
                <w:b/>
                <w:sz w:val="23"/>
                <w:szCs w:val="23"/>
                <w:lang w:val="ru-RU"/>
              </w:rPr>
            </w:pPr>
            <w:r w:rsidRPr="00AF630E">
              <w:rPr>
                <w:b/>
                <w:sz w:val="23"/>
                <w:szCs w:val="23"/>
                <w:lang w:val="ru-RU"/>
              </w:rPr>
              <w:t>4. ЖАЛДАУ АҚЫСЫ ЖӘНЕ ЕСЕП АЙЫРЫСУ ТӘРТІБІ</w:t>
            </w:r>
          </w:p>
        </w:tc>
        <w:tc>
          <w:tcPr>
            <w:tcW w:w="4905" w:type="dxa"/>
            <w:tcMar>
              <w:top w:w="65" w:type="dxa"/>
              <w:left w:w="65" w:type="dxa"/>
              <w:bottom w:w="65" w:type="dxa"/>
              <w:right w:w="65" w:type="dxa"/>
            </w:tcMar>
          </w:tcPr>
          <w:p w:rsidR="008A314B" w:rsidRPr="00AF630E" w:rsidRDefault="007738AC" w:rsidP="00D72F4B">
            <w:pPr>
              <w:ind w:firstLine="329"/>
              <w:jc w:val="center"/>
              <w:rPr>
                <w:b/>
                <w:sz w:val="23"/>
                <w:szCs w:val="23"/>
                <w:lang w:val="ru-RU"/>
              </w:rPr>
            </w:pPr>
            <w:r w:rsidRPr="00AF630E">
              <w:rPr>
                <w:b/>
                <w:sz w:val="23"/>
                <w:szCs w:val="23"/>
                <w:lang w:val="ru-RU"/>
              </w:rPr>
              <w:t>4. АРЕНДНАЯ ПЛАТА И ПОРЯДОК РАСЧЕТОВ</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4.1. </w:t>
            </w:r>
            <w:r w:rsidR="00AB1DB9">
              <w:rPr>
                <w:sz w:val="23"/>
                <w:szCs w:val="23"/>
                <w:lang w:val="ru-RU"/>
              </w:rPr>
              <w:t>№ ___</w:t>
            </w:r>
            <w:r w:rsidR="00BD3507" w:rsidRPr="00AF630E">
              <w:rPr>
                <w:sz w:val="23"/>
                <w:szCs w:val="23"/>
                <w:lang w:val="ru-RU"/>
              </w:rPr>
              <w:t xml:space="preserve"> л</w:t>
            </w:r>
            <w:r w:rsidRPr="00AF630E">
              <w:rPr>
                <w:sz w:val="23"/>
                <w:szCs w:val="23"/>
                <w:lang w:val="ru-RU"/>
              </w:rPr>
              <w:t>от үшін ай сайынғы жалдау ақысының мөлшері: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4.1. Размер ежемесячной арендной платы за лот </w:t>
            </w:r>
            <w:r w:rsidR="00AB1DB9">
              <w:rPr>
                <w:sz w:val="23"/>
                <w:szCs w:val="23"/>
                <w:lang w:val="ru-RU"/>
              </w:rPr>
              <w:t>№ ____</w:t>
            </w:r>
            <w:r w:rsidR="00BD3507" w:rsidRPr="00AF630E">
              <w:rPr>
                <w:sz w:val="23"/>
                <w:szCs w:val="23"/>
                <w:lang w:val="ru-RU"/>
              </w:rPr>
              <w:t xml:space="preserve"> </w:t>
            </w:r>
            <w:r w:rsidRPr="00AF630E">
              <w:rPr>
                <w:sz w:val="23"/>
                <w:szCs w:val="23"/>
                <w:lang w:val="ru-RU"/>
              </w:rPr>
              <w:t>составляет:</w:t>
            </w:r>
          </w:p>
        </w:tc>
      </w:tr>
      <w:tr w:rsidR="008A314B" w:rsidRPr="00AB1DB9" w:rsidTr="00AF630E">
        <w:trPr>
          <w:cantSplit/>
        </w:trPr>
        <w:tc>
          <w:tcPr>
            <w:tcW w:w="5159" w:type="dxa"/>
            <w:tcMar>
              <w:top w:w="65" w:type="dxa"/>
              <w:left w:w="65" w:type="dxa"/>
              <w:bottom w:w="65" w:type="dxa"/>
              <w:right w:w="65" w:type="dxa"/>
            </w:tcMar>
          </w:tcPr>
          <w:p w:rsidR="008A314B" w:rsidRPr="00AF630E" w:rsidRDefault="00215738" w:rsidP="00215738">
            <w:pPr>
              <w:ind w:firstLine="329"/>
              <w:jc w:val="both"/>
              <w:rPr>
                <w:sz w:val="23"/>
                <w:szCs w:val="23"/>
                <w:lang w:val="ru-RU"/>
              </w:rPr>
            </w:pPr>
            <w:r>
              <w:rPr>
                <w:sz w:val="23"/>
                <w:szCs w:val="23"/>
                <w:lang w:val="ru-RU"/>
              </w:rPr>
              <w:t>________</w:t>
            </w:r>
            <w:r w:rsidR="007738AC" w:rsidRPr="00AF630E">
              <w:rPr>
                <w:sz w:val="23"/>
                <w:szCs w:val="23"/>
                <w:lang w:val="ru-RU"/>
              </w:rPr>
              <w:t xml:space="preserve"> (</w:t>
            </w:r>
            <w:r>
              <w:rPr>
                <w:sz w:val="23"/>
                <w:szCs w:val="23"/>
                <w:lang w:val="ru-RU"/>
              </w:rPr>
              <w:t>_______</w:t>
            </w:r>
            <w:r w:rsidR="007738AC" w:rsidRPr="00AF630E">
              <w:rPr>
                <w:sz w:val="23"/>
                <w:szCs w:val="23"/>
                <w:lang w:val="ru-RU"/>
              </w:rPr>
              <w:t>) теңге, ҚҚС-ты ескере отырып.</w:t>
            </w:r>
          </w:p>
        </w:tc>
        <w:tc>
          <w:tcPr>
            <w:tcW w:w="4905" w:type="dxa"/>
            <w:tcMar>
              <w:top w:w="65" w:type="dxa"/>
              <w:left w:w="65" w:type="dxa"/>
              <w:bottom w:w="65" w:type="dxa"/>
              <w:right w:w="65" w:type="dxa"/>
            </w:tcMar>
          </w:tcPr>
          <w:p w:rsidR="008A314B" w:rsidRPr="00AF630E" w:rsidRDefault="00215738" w:rsidP="00215738">
            <w:pPr>
              <w:ind w:firstLine="329"/>
              <w:jc w:val="both"/>
              <w:rPr>
                <w:sz w:val="23"/>
                <w:szCs w:val="23"/>
                <w:lang w:val="ru-RU"/>
              </w:rPr>
            </w:pPr>
            <w:r>
              <w:rPr>
                <w:sz w:val="23"/>
                <w:szCs w:val="23"/>
                <w:lang w:val="ru-RU"/>
              </w:rPr>
              <w:t>_______</w:t>
            </w:r>
            <w:r w:rsidR="007738AC" w:rsidRPr="00AF630E">
              <w:rPr>
                <w:sz w:val="23"/>
                <w:szCs w:val="23"/>
                <w:lang w:val="ru-RU"/>
              </w:rPr>
              <w:t xml:space="preserve"> </w:t>
            </w:r>
            <w:r w:rsidR="00E96D53">
              <w:rPr>
                <w:sz w:val="23"/>
                <w:szCs w:val="23"/>
                <w:lang w:val="ru-RU"/>
              </w:rPr>
              <w:t>(</w:t>
            </w:r>
            <w:r>
              <w:rPr>
                <w:sz w:val="23"/>
                <w:szCs w:val="23"/>
                <w:lang w:val="ru-RU"/>
              </w:rPr>
              <w:t>________</w:t>
            </w:r>
            <w:r w:rsidR="003626A0" w:rsidRPr="00AF630E">
              <w:rPr>
                <w:sz w:val="23"/>
                <w:szCs w:val="23"/>
                <w:lang w:val="ru-RU"/>
              </w:rPr>
              <w:t>) тенге, с учетом НДС</w:t>
            </w:r>
            <w:r w:rsidR="007738AC" w:rsidRPr="00AF630E">
              <w:rPr>
                <w:sz w:val="23"/>
                <w:szCs w:val="23"/>
                <w:lang w:val="ru-RU"/>
              </w:rPr>
              <w:t>.</w:t>
            </w:r>
          </w:p>
        </w:tc>
      </w:tr>
      <w:tr w:rsidR="008A314B" w:rsidRPr="00D263F5" w:rsidTr="00AF630E">
        <w:trPr>
          <w:cantSplit/>
        </w:trPr>
        <w:tc>
          <w:tcPr>
            <w:tcW w:w="5159" w:type="dxa"/>
            <w:tcMar>
              <w:top w:w="65" w:type="dxa"/>
              <w:left w:w="65" w:type="dxa"/>
              <w:bottom w:w="65" w:type="dxa"/>
              <w:right w:w="65" w:type="dxa"/>
            </w:tcMar>
          </w:tcPr>
          <w:p w:rsidR="008A314B" w:rsidRPr="00AF4CEA" w:rsidRDefault="007738AC" w:rsidP="00D72F4B">
            <w:pPr>
              <w:ind w:firstLine="329"/>
              <w:jc w:val="both"/>
              <w:rPr>
                <w:sz w:val="23"/>
                <w:szCs w:val="23"/>
              </w:rPr>
            </w:pPr>
            <w:r w:rsidRPr="00AF4CEA">
              <w:rPr>
                <w:sz w:val="23"/>
                <w:szCs w:val="23"/>
              </w:rPr>
              <w:lastRenderedPageBreak/>
              <w:t xml:space="preserve">4.2. </w:t>
            </w:r>
            <w:r w:rsidRPr="00AF630E">
              <w:rPr>
                <w:sz w:val="23"/>
                <w:szCs w:val="23"/>
                <w:lang w:val="ru-RU"/>
              </w:rPr>
              <w:t>Жалдау</w:t>
            </w:r>
            <w:r w:rsidRPr="00AF4CEA">
              <w:rPr>
                <w:sz w:val="23"/>
                <w:szCs w:val="23"/>
              </w:rPr>
              <w:t xml:space="preserve"> </w:t>
            </w:r>
            <w:r w:rsidRPr="00AF630E">
              <w:rPr>
                <w:sz w:val="23"/>
                <w:szCs w:val="23"/>
                <w:lang w:val="ru-RU"/>
              </w:rPr>
              <w:t>ақысының</w:t>
            </w:r>
            <w:r w:rsidRPr="00AF4CEA">
              <w:rPr>
                <w:sz w:val="23"/>
                <w:szCs w:val="23"/>
              </w:rPr>
              <w:t xml:space="preserve"> </w:t>
            </w:r>
            <w:r w:rsidRPr="00AF630E">
              <w:rPr>
                <w:sz w:val="23"/>
                <w:szCs w:val="23"/>
                <w:lang w:val="ru-RU"/>
              </w:rPr>
              <w:t>мөлшері</w:t>
            </w:r>
            <w:r w:rsidRPr="00AF4CEA">
              <w:rPr>
                <w:sz w:val="23"/>
                <w:szCs w:val="23"/>
              </w:rPr>
              <w:t xml:space="preserve"> </w:t>
            </w:r>
            <w:r w:rsidRPr="00AF630E">
              <w:rPr>
                <w:sz w:val="23"/>
                <w:szCs w:val="23"/>
                <w:lang w:val="ru-RU"/>
              </w:rPr>
              <w:t>конкурс</w:t>
            </w:r>
            <w:r w:rsidRPr="00AF4CEA">
              <w:rPr>
                <w:sz w:val="23"/>
                <w:szCs w:val="23"/>
              </w:rPr>
              <w:t xml:space="preserve"> </w:t>
            </w:r>
            <w:r w:rsidRPr="00AF630E">
              <w:rPr>
                <w:sz w:val="23"/>
                <w:szCs w:val="23"/>
                <w:lang w:val="ru-RU"/>
              </w:rPr>
              <w:t>нәтижелері</w:t>
            </w:r>
            <w:r w:rsidRPr="00AF4CEA">
              <w:rPr>
                <w:sz w:val="23"/>
                <w:szCs w:val="23"/>
              </w:rPr>
              <w:t xml:space="preserve"> </w:t>
            </w:r>
            <w:r w:rsidRPr="00AF630E">
              <w:rPr>
                <w:sz w:val="23"/>
                <w:szCs w:val="23"/>
                <w:lang w:val="ru-RU"/>
              </w:rPr>
              <w:t>бойынша</w:t>
            </w:r>
            <w:r w:rsidRPr="00AF4CEA">
              <w:rPr>
                <w:sz w:val="23"/>
                <w:szCs w:val="23"/>
              </w:rPr>
              <w:t xml:space="preserve"> </w:t>
            </w:r>
            <w:r w:rsidRPr="00AF630E">
              <w:rPr>
                <w:sz w:val="23"/>
                <w:szCs w:val="23"/>
                <w:lang w:val="ru-RU"/>
              </w:rPr>
              <w:t>белгіленген</w:t>
            </w:r>
            <w:r w:rsidRPr="00AF4CEA">
              <w:rPr>
                <w:sz w:val="23"/>
                <w:szCs w:val="23"/>
              </w:rPr>
              <w:t xml:space="preserve"> </w:t>
            </w:r>
            <w:r w:rsidRPr="00AF630E">
              <w:rPr>
                <w:sz w:val="23"/>
                <w:szCs w:val="23"/>
                <w:lang w:val="ru-RU"/>
              </w:rPr>
              <w:t>және</w:t>
            </w:r>
            <w:r w:rsidRPr="00AF4CEA">
              <w:rPr>
                <w:sz w:val="23"/>
                <w:szCs w:val="23"/>
              </w:rPr>
              <w:t xml:space="preserve"> </w:t>
            </w:r>
            <w:r w:rsidRPr="00AF630E">
              <w:rPr>
                <w:sz w:val="23"/>
                <w:szCs w:val="23"/>
                <w:lang w:val="ru-RU"/>
              </w:rPr>
              <w:t>Қазақстан</w:t>
            </w:r>
            <w:r w:rsidRPr="00AF4CEA">
              <w:rPr>
                <w:sz w:val="23"/>
                <w:szCs w:val="23"/>
              </w:rPr>
              <w:t xml:space="preserve"> </w:t>
            </w:r>
            <w:r w:rsidRPr="00AF630E">
              <w:rPr>
                <w:sz w:val="23"/>
                <w:szCs w:val="23"/>
                <w:lang w:val="ru-RU"/>
              </w:rPr>
              <w:t>Республикасының</w:t>
            </w:r>
            <w:r w:rsidRPr="00AF4CEA">
              <w:rPr>
                <w:sz w:val="23"/>
                <w:szCs w:val="23"/>
              </w:rPr>
              <w:t xml:space="preserve"> </w:t>
            </w:r>
            <w:r w:rsidRPr="00AF630E">
              <w:rPr>
                <w:sz w:val="23"/>
                <w:szCs w:val="23"/>
                <w:lang w:val="ru-RU"/>
              </w:rPr>
              <w:t>заңнамасында</w:t>
            </w:r>
            <w:r w:rsidRPr="00AF4CEA">
              <w:rPr>
                <w:sz w:val="23"/>
                <w:szCs w:val="23"/>
              </w:rPr>
              <w:t xml:space="preserve"> </w:t>
            </w:r>
            <w:r w:rsidRPr="00AF630E">
              <w:rPr>
                <w:sz w:val="23"/>
                <w:szCs w:val="23"/>
                <w:lang w:val="ru-RU"/>
              </w:rPr>
              <w:t>немесе</w:t>
            </w:r>
            <w:r w:rsidRPr="00AF4CEA">
              <w:rPr>
                <w:sz w:val="23"/>
                <w:szCs w:val="23"/>
              </w:rPr>
              <w:t xml:space="preserve"> </w:t>
            </w:r>
            <w:r w:rsidRPr="00AF630E">
              <w:rPr>
                <w:sz w:val="23"/>
                <w:szCs w:val="23"/>
                <w:lang w:val="ru-RU"/>
              </w:rPr>
              <w:t>Тараптардың</w:t>
            </w:r>
            <w:r w:rsidRPr="00AF4CEA">
              <w:rPr>
                <w:sz w:val="23"/>
                <w:szCs w:val="23"/>
              </w:rPr>
              <w:t xml:space="preserve"> </w:t>
            </w:r>
            <w:r w:rsidRPr="00AF630E">
              <w:rPr>
                <w:sz w:val="23"/>
                <w:szCs w:val="23"/>
                <w:lang w:val="ru-RU"/>
              </w:rPr>
              <w:t>келісімінде</w:t>
            </w:r>
            <w:r w:rsidRPr="00AF4CEA">
              <w:rPr>
                <w:sz w:val="23"/>
                <w:szCs w:val="23"/>
              </w:rPr>
              <w:t xml:space="preserve"> </w:t>
            </w:r>
            <w:r w:rsidRPr="00AF630E">
              <w:rPr>
                <w:sz w:val="23"/>
                <w:szCs w:val="23"/>
                <w:lang w:val="ru-RU"/>
              </w:rPr>
              <w:t>тікелей</w:t>
            </w:r>
            <w:r w:rsidRPr="00AF4CEA">
              <w:rPr>
                <w:sz w:val="23"/>
                <w:szCs w:val="23"/>
              </w:rPr>
              <w:t xml:space="preserve"> </w:t>
            </w:r>
            <w:r w:rsidRPr="00AF630E">
              <w:rPr>
                <w:sz w:val="23"/>
                <w:szCs w:val="23"/>
                <w:lang w:val="ru-RU"/>
              </w:rPr>
              <w:t>көзделген</w:t>
            </w:r>
            <w:r w:rsidRPr="00AF4CEA">
              <w:rPr>
                <w:sz w:val="23"/>
                <w:szCs w:val="23"/>
              </w:rPr>
              <w:t xml:space="preserve"> </w:t>
            </w:r>
            <w:r w:rsidRPr="00AF630E">
              <w:rPr>
                <w:sz w:val="23"/>
                <w:szCs w:val="23"/>
                <w:lang w:val="ru-RU"/>
              </w:rPr>
              <w:t>жағдайларды</w:t>
            </w:r>
            <w:r w:rsidRPr="00AF4CEA">
              <w:rPr>
                <w:sz w:val="23"/>
                <w:szCs w:val="23"/>
              </w:rPr>
              <w:t xml:space="preserve"> </w:t>
            </w:r>
            <w:r w:rsidRPr="00AF630E">
              <w:rPr>
                <w:sz w:val="23"/>
                <w:szCs w:val="23"/>
                <w:lang w:val="ru-RU"/>
              </w:rPr>
              <w:t>қоспағанда</w:t>
            </w:r>
            <w:r w:rsidRPr="00AF4CEA">
              <w:rPr>
                <w:sz w:val="23"/>
                <w:szCs w:val="23"/>
              </w:rPr>
              <w:t xml:space="preserve">, </w:t>
            </w:r>
            <w:r w:rsidRPr="00AF630E">
              <w:rPr>
                <w:sz w:val="23"/>
                <w:szCs w:val="23"/>
                <w:lang w:val="ru-RU"/>
              </w:rPr>
              <w:t>осы</w:t>
            </w:r>
            <w:r w:rsidRPr="00AF4CEA">
              <w:rPr>
                <w:sz w:val="23"/>
                <w:szCs w:val="23"/>
              </w:rPr>
              <w:t xml:space="preserve"> </w:t>
            </w:r>
            <w:r w:rsidRPr="00AF630E">
              <w:rPr>
                <w:sz w:val="23"/>
                <w:szCs w:val="23"/>
                <w:lang w:val="ru-RU"/>
              </w:rPr>
              <w:t>Шарттың</w:t>
            </w:r>
            <w:r w:rsidRPr="00AF4CEA">
              <w:rPr>
                <w:sz w:val="23"/>
                <w:szCs w:val="23"/>
              </w:rPr>
              <w:t xml:space="preserve"> </w:t>
            </w:r>
            <w:r w:rsidRPr="00AF630E">
              <w:rPr>
                <w:sz w:val="23"/>
                <w:szCs w:val="23"/>
                <w:lang w:val="ru-RU"/>
              </w:rPr>
              <w:t>қолданылу</w:t>
            </w:r>
            <w:r w:rsidRPr="00AF4CEA">
              <w:rPr>
                <w:sz w:val="23"/>
                <w:szCs w:val="23"/>
              </w:rPr>
              <w:t xml:space="preserve"> </w:t>
            </w:r>
            <w:r w:rsidRPr="00AF630E">
              <w:rPr>
                <w:sz w:val="23"/>
                <w:szCs w:val="23"/>
                <w:lang w:val="ru-RU"/>
              </w:rPr>
              <w:t>мерзімі</w:t>
            </w:r>
            <w:r w:rsidRPr="00AF4CEA">
              <w:rPr>
                <w:sz w:val="23"/>
                <w:szCs w:val="23"/>
              </w:rPr>
              <w:t xml:space="preserve"> </w:t>
            </w:r>
            <w:r w:rsidRPr="00AF630E">
              <w:rPr>
                <w:sz w:val="23"/>
                <w:szCs w:val="23"/>
                <w:lang w:val="ru-RU"/>
              </w:rPr>
              <w:t>ішінде</w:t>
            </w:r>
            <w:r w:rsidRPr="00AF4CEA">
              <w:rPr>
                <w:sz w:val="23"/>
                <w:szCs w:val="23"/>
              </w:rPr>
              <w:t xml:space="preserve"> </w:t>
            </w:r>
            <w:r w:rsidRPr="00AF630E">
              <w:rPr>
                <w:sz w:val="23"/>
                <w:szCs w:val="23"/>
                <w:lang w:val="ru-RU"/>
              </w:rPr>
              <w:t>азайтылуға</w:t>
            </w:r>
            <w:r w:rsidRPr="00AF4CEA">
              <w:rPr>
                <w:sz w:val="23"/>
                <w:szCs w:val="23"/>
              </w:rPr>
              <w:t xml:space="preserve"> </w:t>
            </w:r>
            <w:r w:rsidRPr="00AF630E">
              <w:rPr>
                <w:sz w:val="23"/>
                <w:szCs w:val="23"/>
                <w:lang w:val="ru-RU"/>
              </w:rPr>
              <w:t>жатпайды</w:t>
            </w:r>
            <w:r w:rsidRPr="00AF4CEA">
              <w:rPr>
                <w:sz w:val="23"/>
                <w:szCs w:val="23"/>
              </w:rPr>
              <w:t>.</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4.2. Размер арендной платы установлен по результатам конкурса и не подлежит уменьшению в течение срока действия настоящего Договора, за исключением случаев, прямо предусмотренных законодательством Республики Казахстан или соглашением Сторон.</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4.3. Жалға алушы жалдау ақысын төлем шотын алған күннен бастап 5 (бес) жұмыс күні ішінде ай сайын 100% алдын ала төлеу тәртібімен төлейді.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4.3. Арендная плата оплачивается Арендатором ежемесячно в порядке 100% предварительной оплаты в течение 5 (пяти) рабочих дней со дня получения счета на оплату.</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4.4. Жалға алушы Шартқа қол қойылған күннен бастап 5 жұмыс күні ішінде осы Шарттың орындалуын қамтамасыз ету және Жалға алушының Жалға берушіге келтірген материалдық залалын өтеу үшін бір айлық жалдау ақысы мөлшеріндегі кепілдік ақшалай жарнаны (депозитті) Жалға берушінің есеп айырысу шотына енгізуге міндетті.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4.4. Арендатор со дня подписания Договора в течение 5 рабочих дней обязан внести на расчетный счет Арендодателя гарантийный денежный взнос (депозит) в размере одной месячной арендной платы в качестве обеспечения исполнения настоящего Договора и возмещения материального ущерба, нанесенного Арендатором Арендодателю.</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4.5. Жалға алушы Шарт бойынша міндеттемелерін тиісінше орындаған және Жалға беруші тарапынан ескертулер болмаған жағдайда, Жалға беруші кепілдік ақшалай жарнаны (депозитті) осы Шарт бұзылған сәттен бастап 30 жұмыс күні ішінде қайтарады.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4.5. Возврат гарантийного денежного взноса (депозита) Арендодателем осуществляется в течение 30 рабочих дней с момента расторжения настоящего Договора при условии надлежащего исполнения Арендатором обязательств по Договору и отсутствием замечаний со стороны Арендодателя.</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4.6. Жалға беруші жалдау ақысын алғаш рет осы Шарт жасалған күннен бастап 5 (бес) жұмыс күні ішінде есептейді.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4.6. Первое начисление арендной платы производится Арендодателем в течение 5 (пяти) рабочих дней с даты заключения настоящего Договора.</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4.7. Жалға алушының төлем жасау жөніндегі міндеті ақша қаражаты Жалға берушінің банктік шотына есепке жатқызылған күннен бастап орындалды деп есептеледі.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4.7. Обязанность Арендатора по оплате считается исполненной с даты зачисления денежных средств на банковский счет Арендодателя.</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4.8. Жарнама материалдарын дайындауға, жеткізуге, монтаждауға, ауыстыруға, күтіп-ұстауға және бөлшектеуге байланысты шығыстар жалдау ақысының мөлшеріне кірмейді және оларды Жалға алушы өзі төлейді.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4.8. Расходы, связанные с изготовлением, доставкой, монтажом, заменой, содержанием и демонтажем рекламных материалов, в размер арендной платы не входят и оплачиваются Арендатором самостоятельно.</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4.9. Есепті кезең аяқталғаннан кейін Жалға беруші Жалға алушыға Қазақстан Республикасының заңнамасында және Жалға берушінің есеп саясатында көзделген құжаттарды береді.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4.9. По окончании отчетного периода Арендодатель предоставляет Арендатору документы, предусмотренные законодательством Республики Казахстан и учетной политикой Арендодателя.</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lastRenderedPageBreak/>
              <w:t xml:space="preserve">4.10. Регламенттік, профилактикалық, жөндеу, авариялық жұмыстарды не жолаушылардың қауіпсіздігін және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xml:space="preserve"> объектілерінің пайдаланылуын қамтамасыз етуге бағытталған іс-шараларды жүргізу үшін жарнама алаңына қол жеткізуге уақытша шектеулердің болуы, егер Тараптар өзгеше айқындамаса, өздігінен жалдау ақысын азайтуға негіз болып табылмайды.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4.10. Наличие временных ограничений доступа к рекламной площади для проведения регламентных, профилактических, ремонтных, аварийных работ либо мероприятий, направленных на обеспечение безопасности пассажиров и эксплуатации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само по себе не является основанием для уменьшения арендной платы, если иное не определено Сторонами.</w:t>
            </w:r>
          </w:p>
        </w:tc>
      </w:tr>
      <w:tr w:rsidR="008A314B" w:rsidRPr="00AF630E" w:rsidTr="00AF630E">
        <w:trPr>
          <w:cantSplit/>
        </w:trPr>
        <w:tc>
          <w:tcPr>
            <w:tcW w:w="5159" w:type="dxa"/>
            <w:tcMar>
              <w:top w:w="65" w:type="dxa"/>
              <w:left w:w="65" w:type="dxa"/>
              <w:bottom w:w="65" w:type="dxa"/>
              <w:right w:w="65" w:type="dxa"/>
            </w:tcMar>
          </w:tcPr>
          <w:p w:rsidR="008A314B" w:rsidRPr="00AF630E" w:rsidRDefault="007738AC" w:rsidP="00D72F4B">
            <w:pPr>
              <w:ind w:firstLine="329"/>
              <w:jc w:val="center"/>
              <w:rPr>
                <w:b/>
                <w:sz w:val="23"/>
                <w:szCs w:val="23"/>
              </w:rPr>
            </w:pPr>
            <w:r w:rsidRPr="00AF630E">
              <w:rPr>
                <w:b/>
                <w:sz w:val="23"/>
                <w:szCs w:val="23"/>
              </w:rPr>
              <w:t>5. ЖАРНАМА МАТЕРИАЛДАРЫНА ҚОЙЫЛАТЫН ТАЛАПТАР</w:t>
            </w:r>
          </w:p>
        </w:tc>
        <w:tc>
          <w:tcPr>
            <w:tcW w:w="4905" w:type="dxa"/>
            <w:tcMar>
              <w:top w:w="65" w:type="dxa"/>
              <w:left w:w="65" w:type="dxa"/>
              <w:bottom w:w="65" w:type="dxa"/>
              <w:right w:w="65" w:type="dxa"/>
            </w:tcMar>
          </w:tcPr>
          <w:p w:rsidR="008A314B" w:rsidRPr="00AF630E" w:rsidRDefault="007738AC" w:rsidP="00D72F4B">
            <w:pPr>
              <w:ind w:firstLine="329"/>
              <w:jc w:val="center"/>
              <w:rPr>
                <w:b/>
                <w:sz w:val="23"/>
                <w:szCs w:val="23"/>
              </w:rPr>
            </w:pPr>
            <w:r w:rsidRPr="00AF630E">
              <w:rPr>
                <w:b/>
                <w:sz w:val="23"/>
                <w:szCs w:val="23"/>
              </w:rPr>
              <w:t>5. ТРЕБОВАНИЯ К РЕКЛАМНЫМ МАТЕРИАЛАМ</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5.1. Орналастырылатын жарнама Қазақстан Республикасының жарнама, тілдер, зияткерлік меншік туралы заңнамасына және Қазақстан Республикасы заңнамасының өзге де қолданылатын талаптарына сәйкес келуге тиіс.</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5.1. Размещаемая реклама должна соответствовать законодательству Республики Казахстан о рекламе, языках, интеллектуальной собственности и иным применимым требованиям законодательства Республики Казахстан.</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5.2. Жарнама материалдарын орналастырғанға дейін Жалға алушы жарнама макетін келісу үшін Жалға берушіге беруге міндетті.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5.2. До размещения рекламных материалов Арендатор обязан предоставить Арендодателю рекламный макет для согласования.</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5.3. Жарнама материалдарын орналастыруға Жалға беруші макетті келіскеннен кейін ғана жол беріледі.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5.3. Размещение рекламных материалов допускается только после согласования макета Арендодателем.</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5.4. Жалға берушінің жарнама макетін келісуі Жалға алушыны жарнаманың мазмұны және оның Қазақстан Республикасының заңнамасына сәйкестігі үшін жауапкершіліктен босатпайды.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5.4. Согласование рекламного макета Арендодателем не освобождает Арендатора от ответственности за содержание рекламы и ее соответствие законодательству Республики Казахстан.</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5.5. Жалға алушы жарнамада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5.5. Арендатор самостоятельно несет ответственность за наличие всех необходимых прав на использование в рекламе:</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тауар белгілері мен қызмет көрсету белгілерін;</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товарных знаков и знаков обслуживания;</w:t>
            </w:r>
          </w:p>
        </w:tc>
      </w:tr>
      <w:tr w:rsidR="008A314B" w:rsidRPr="00AF630E"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фирмалық атауларды;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фирменных наименований;</w:t>
            </w:r>
          </w:p>
        </w:tc>
      </w:tr>
      <w:tr w:rsidR="008A314B" w:rsidRPr="00AF630E"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бейнелерді;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изображений;</w:t>
            </w:r>
          </w:p>
        </w:tc>
      </w:tr>
      <w:tr w:rsidR="008A314B" w:rsidRPr="00AF630E"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фотосуреттерді;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фотографий;</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авторлық және сабақтас құқықтар объектілерін;</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объектов авторского и смежных прав;</w:t>
            </w:r>
          </w:p>
        </w:tc>
      </w:tr>
      <w:tr w:rsidR="008A314B" w:rsidRPr="00AF630E"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зияткерлік меншіктің өзге де объектілерін</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иных объектов интеллектуальной собственности.</w:t>
            </w:r>
          </w:p>
        </w:tc>
      </w:tr>
      <w:tr w:rsidR="008A314B" w:rsidRPr="00AF630E"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пайдалануға барлық қажетті құқықтардың болуы үшін дербес жауап береді.</w:t>
            </w:r>
          </w:p>
        </w:tc>
        <w:tc>
          <w:tcPr>
            <w:tcW w:w="4905" w:type="dxa"/>
            <w:tcMar>
              <w:top w:w="65" w:type="dxa"/>
              <w:left w:w="65" w:type="dxa"/>
              <w:bottom w:w="65" w:type="dxa"/>
              <w:right w:w="65" w:type="dxa"/>
            </w:tcMar>
          </w:tcPr>
          <w:p w:rsidR="008A314B" w:rsidRPr="00AF630E" w:rsidRDefault="008A314B" w:rsidP="00D72F4B">
            <w:pPr>
              <w:ind w:firstLine="329"/>
              <w:jc w:val="both"/>
              <w:rPr>
                <w:sz w:val="23"/>
                <w:szCs w:val="23"/>
              </w:rPr>
            </w:pP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5.6. Өз тауарларының, жұмыстарының, көрсетілетін қызметтерінің, фирмалық атауының, тауар белгісінің, брендінің жарнамасын не өз қызметі туралы өзге де ақпаратты орналастырған жағдайда, Жалға алушы өзінің тиісті құқықтары бар екеніне кепілдік береді.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5.6. В случае размещения рекламы собственных товаров, работ, услуг, фирменного наименования, товарного знака, бренда либо иной информации о собственной деятельности Арендатор гарантирует наличие у него соответствующих прав.</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lastRenderedPageBreak/>
              <w:t>5.7. Үшінші тұлғаның тауарларының, жұмыстарының, көрсетілетін қызметтерінің, брендтерінің жарнамасын не ол туралы өзге де ақпаратты орналастырған жағдайда, Жалға алушыда тиісті тұлғаның осындай жарнаманы Жалға алушы арқылы орналастыруға келісімін растайтын құжат болуға тиіс.</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5.7. В случае размещения рекламы товаров, работ, услуг, брендов либо иной информации третьего лица Арендатор обязан иметь документ, подтверждающий согласие соответствующего лица на размещение такой рекламы через Арендатора.</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5.8. Осы Шарттың қолданылу мерзімі ішінде жарнама беруші өзгерген жағдайда, Жалға алушы жаңа жарнаманы орналастыру басталғанға дейін Жалға берушіге жаңа жарнама берушіден тиісті растау хатын не өзге құжатты беруге міндетті.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5.8. При изменении рекламодателя в течение срока действия настоящего Договора Арендатор обязан до начала размещения новой рекламы предоставить Арендодателю соответствующее письмо-подтверждение либо иной документ от нового рекламодателя.</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5.9. Жалға берушінің талабы бойынша Жалға алушы жарнама материалын пайдаланудың заңдылығын растайтын құжаттарды беруге міндетті.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5.9. По требованию Арендодателя Арендатор обязан предоставить документы, подтверждающие законность использования рекламного материала.</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center"/>
              <w:rPr>
                <w:b/>
                <w:sz w:val="23"/>
                <w:szCs w:val="23"/>
                <w:lang w:val="ru-RU"/>
              </w:rPr>
            </w:pPr>
            <w:r w:rsidRPr="00AF630E">
              <w:rPr>
                <w:b/>
                <w:sz w:val="23"/>
                <w:szCs w:val="23"/>
                <w:lang w:val="ru-RU"/>
              </w:rPr>
              <w:t>6. ЖАРНАМА МАТЕРИАЛДАРЫН МОНТАЖДАУ ЖӘНЕ БӨЛШЕКТЕУ ТӘРТІБІ</w:t>
            </w:r>
          </w:p>
        </w:tc>
        <w:tc>
          <w:tcPr>
            <w:tcW w:w="4905" w:type="dxa"/>
            <w:tcMar>
              <w:top w:w="65" w:type="dxa"/>
              <w:left w:w="65" w:type="dxa"/>
              <w:bottom w:w="65" w:type="dxa"/>
              <w:right w:w="65" w:type="dxa"/>
            </w:tcMar>
          </w:tcPr>
          <w:p w:rsidR="008A314B" w:rsidRPr="00AF630E" w:rsidRDefault="007738AC" w:rsidP="00D72F4B">
            <w:pPr>
              <w:ind w:firstLine="329"/>
              <w:jc w:val="center"/>
              <w:rPr>
                <w:b/>
                <w:sz w:val="23"/>
                <w:szCs w:val="23"/>
                <w:lang w:val="ru-RU"/>
              </w:rPr>
            </w:pPr>
            <w:r w:rsidRPr="00AF630E">
              <w:rPr>
                <w:b/>
                <w:sz w:val="23"/>
                <w:szCs w:val="23"/>
                <w:lang w:val="ru-RU"/>
              </w:rPr>
              <w:t>6. ПОРЯДОК МОНТАЖА И ДЕМОНТАЖА РЕКЛАМНЫХ МАТЕРИАЛОВ</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6.1. Жарнама материалдарын монтаждауды, бөлшектеуді және ауыстыруды Жалға алушы өз есебінен жүзеге асырады.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6.1. Монтаж, демонтаж и замена рекламных материалов осуществляются Арендатором за собственный счет.</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6.2. Жұмыстар қауіпсіздік техникасы, өрт қауіпсіздігі, еңбек қауіпсіздігі және еңбекті қорғау талаптары мен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xml:space="preserve"> объектілерін пайдалану қағидаларын сақтай отырып орындалуға тиіс.</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6.2. Работы должны выполняться с соблюдением требований техники безопасности, пожарной безопасности, охраны труда и правил эксплуатации объектов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6.3. Монтаждау және бөлшектеу жұмыстарын жүргізу күні мен уақыты Жалға берушімен алдын ала келісіледі.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6.3. Дата и время проведения монтажных и демонтажных работ предварительно согласовываются с Арендодателем.</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6.4. Жалға беруші монтаждау және бөлшектеу жұмыстарын жүргізу уақытын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xml:space="preserve"> жұмыс режимін, жолаушылар ағынын, қауіпсіздік талаптарын және өндірістік қажеттілікті ескере отырып белгілеуге құқылы.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6.4. Арендодатель вправе устанавливать время проведения монтажных и демонтажных работ с учетом режима работы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пассажиропотока, требований безопасности и производственной необходимости.</w:t>
            </w:r>
          </w:p>
        </w:tc>
      </w:tr>
      <w:tr w:rsidR="008A314B" w:rsidRPr="00D263F5" w:rsidTr="00AF630E">
        <w:trPr>
          <w:cantSplit/>
        </w:trPr>
        <w:tc>
          <w:tcPr>
            <w:tcW w:w="5159" w:type="dxa"/>
            <w:tcMar>
              <w:top w:w="65" w:type="dxa"/>
              <w:left w:w="65" w:type="dxa"/>
              <w:bottom w:w="65" w:type="dxa"/>
              <w:right w:w="65" w:type="dxa"/>
            </w:tcMar>
          </w:tcPr>
          <w:p w:rsidR="008A314B" w:rsidRPr="0022238F" w:rsidRDefault="007738AC" w:rsidP="00D72F4B">
            <w:pPr>
              <w:ind w:firstLine="329"/>
              <w:jc w:val="both"/>
              <w:rPr>
                <w:sz w:val="23"/>
                <w:szCs w:val="23"/>
                <w:lang w:val="ru-RU"/>
              </w:rPr>
            </w:pPr>
            <w:r w:rsidRPr="0022238F">
              <w:rPr>
                <w:sz w:val="23"/>
                <w:szCs w:val="23"/>
                <w:lang w:val="ru-RU"/>
              </w:rPr>
              <w:t xml:space="preserve">6.5. </w:t>
            </w:r>
            <w:r w:rsidRPr="00AF630E">
              <w:rPr>
                <w:sz w:val="23"/>
                <w:szCs w:val="23"/>
                <w:lang w:val="ru-RU"/>
              </w:rPr>
              <w:t>Жалға</w:t>
            </w:r>
            <w:r w:rsidRPr="0022238F">
              <w:rPr>
                <w:sz w:val="23"/>
                <w:szCs w:val="23"/>
                <w:lang w:val="ru-RU"/>
              </w:rPr>
              <w:t xml:space="preserve"> </w:t>
            </w:r>
            <w:r w:rsidRPr="00AF630E">
              <w:rPr>
                <w:sz w:val="23"/>
                <w:szCs w:val="23"/>
                <w:lang w:val="ru-RU"/>
              </w:rPr>
              <w:t>алушы</w:t>
            </w:r>
            <w:r w:rsidRPr="0022238F">
              <w:rPr>
                <w:sz w:val="23"/>
                <w:szCs w:val="23"/>
                <w:lang w:val="ru-RU"/>
              </w:rPr>
              <w:t xml:space="preserve"> </w:t>
            </w:r>
            <w:r w:rsidRPr="00AF630E">
              <w:rPr>
                <w:sz w:val="23"/>
                <w:szCs w:val="23"/>
                <w:lang w:val="ru-RU"/>
              </w:rPr>
              <w:t>жұмыстардың</w:t>
            </w:r>
            <w:r w:rsidRPr="0022238F">
              <w:rPr>
                <w:sz w:val="23"/>
                <w:szCs w:val="23"/>
                <w:lang w:val="ru-RU"/>
              </w:rPr>
              <w:t xml:space="preserve"> </w:t>
            </w:r>
            <w:r w:rsidRPr="00AF630E">
              <w:rPr>
                <w:sz w:val="23"/>
                <w:szCs w:val="23"/>
                <w:lang w:val="ru-RU"/>
              </w:rPr>
              <w:t>әрлеу</w:t>
            </w:r>
            <w:r w:rsidRPr="0022238F">
              <w:rPr>
                <w:sz w:val="23"/>
                <w:szCs w:val="23"/>
                <w:lang w:val="ru-RU"/>
              </w:rPr>
              <w:t xml:space="preserve"> </w:t>
            </w:r>
            <w:r w:rsidRPr="00AF630E">
              <w:rPr>
                <w:sz w:val="23"/>
                <w:szCs w:val="23"/>
                <w:lang w:val="ru-RU"/>
              </w:rPr>
              <w:t>материалдарын</w:t>
            </w:r>
            <w:r w:rsidRPr="0022238F">
              <w:rPr>
                <w:sz w:val="23"/>
                <w:szCs w:val="23"/>
                <w:lang w:val="ru-RU"/>
              </w:rPr>
              <w:t xml:space="preserve">, </w:t>
            </w:r>
            <w:r w:rsidRPr="00AF630E">
              <w:rPr>
                <w:sz w:val="23"/>
                <w:szCs w:val="23"/>
                <w:lang w:val="ru-RU"/>
              </w:rPr>
              <w:t>шыны</w:t>
            </w:r>
            <w:r w:rsidRPr="0022238F">
              <w:rPr>
                <w:sz w:val="23"/>
                <w:szCs w:val="23"/>
                <w:lang w:val="ru-RU"/>
              </w:rPr>
              <w:t xml:space="preserve"> </w:t>
            </w:r>
            <w:r w:rsidRPr="00AF630E">
              <w:rPr>
                <w:sz w:val="23"/>
                <w:szCs w:val="23"/>
                <w:lang w:val="ru-RU"/>
              </w:rPr>
              <w:t>беттерді</w:t>
            </w:r>
            <w:r w:rsidRPr="0022238F">
              <w:rPr>
                <w:sz w:val="23"/>
                <w:szCs w:val="23"/>
                <w:lang w:val="ru-RU"/>
              </w:rPr>
              <w:t xml:space="preserve">, </w:t>
            </w:r>
            <w:r w:rsidRPr="00AF630E">
              <w:rPr>
                <w:sz w:val="23"/>
                <w:szCs w:val="23"/>
                <w:lang w:val="ru-RU"/>
              </w:rPr>
              <w:t>эскалаторларды</w:t>
            </w:r>
            <w:r w:rsidRPr="0022238F">
              <w:rPr>
                <w:sz w:val="23"/>
                <w:szCs w:val="23"/>
                <w:lang w:val="ru-RU"/>
              </w:rPr>
              <w:t xml:space="preserve">, </w:t>
            </w:r>
            <w:r w:rsidRPr="00AF630E">
              <w:rPr>
                <w:sz w:val="23"/>
                <w:szCs w:val="23"/>
                <w:lang w:val="ru-RU"/>
              </w:rPr>
              <w:t>қоршауларды</w:t>
            </w:r>
            <w:r w:rsidRPr="0022238F">
              <w:rPr>
                <w:sz w:val="23"/>
                <w:szCs w:val="23"/>
                <w:lang w:val="ru-RU"/>
              </w:rPr>
              <w:t xml:space="preserve">, </w:t>
            </w:r>
            <w:r w:rsidRPr="00AF630E">
              <w:rPr>
                <w:sz w:val="23"/>
                <w:szCs w:val="23"/>
                <w:lang w:val="ru-RU"/>
              </w:rPr>
              <w:t>қабырғаларды</w:t>
            </w:r>
            <w:r w:rsidRPr="0022238F">
              <w:rPr>
                <w:sz w:val="23"/>
                <w:szCs w:val="23"/>
                <w:lang w:val="ru-RU"/>
              </w:rPr>
              <w:t xml:space="preserve">, </w:t>
            </w:r>
            <w:r w:rsidRPr="00AF630E">
              <w:rPr>
                <w:sz w:val="23"/>
                <w:szCs w:val="23"/>
                <w:lang w:val="ru-RU"/>
              </w:rPr>
              <w:t>арақабырғаларды</w:t>
            </w:r>
            <w:r w:rsidRPr="0022238F">
              <w:rPr>
                <w:sz w:val="23"/>
                <w:szCs w:val="23"/>
                <w:lang w:val="ru-RU"/>
              </w:rPr>
              <w:t xml:space="preserve">, </w:t>
            </w:r>
            <w:r w:rsidRPr="00AF630E">
              <w:rPr>
                <w:sz w:val="23"/>
                <w:szCs w:val="23"/>
                <w:lang w:val="ru-RU"/>
              </w:rPr>
              <w:t>конструкцияларды</w:t>
            </w:r>
            <w:r w:rsidRPr="0022238F">
              <w:rPr>
                <w:sz w:val="23"/>
                <w:szCs w:val="23"/>
                <w:lang w:val="ru-RU"/>
              </w:rPr>
              <w:t xml:space="preserve">, </w:t>
            </w:r>
            <w:r w:rsidRPr="00AF630E">
              <w:rPr>
                <w:sz w:val="23"/>
                <w:szCs w:val="23"/>
                <w:lang w:val="ru-RU"/>
              </w:rPr>
              <w:t>жабдықты</w:t>
            </w:r>
            <w:r w:rsidRPr="0022238F">
              <w:rPr>
                <w:sz w:val="23"/>
                <w:szCs w:val="23"/>
                <w:lang w:val="ru-RU"/>
              </w:rPr>
              <w:t xml:space="preserve"> </w:t>
            </w:r>
            <w:r w:rsidRPr="00AF630E">
              <w:rPr>
                <w:sz w:val="23"/>
                <w:szCs w:val="23"/>
                <w:lang w:val="ru-RU"/>
              </w:rPr>
              <w:t>және</w:t>
            </w:r>
            <w:r w:rsidRPr="0022238F">
              <w:rPr>
                <w:sz w:val="23"/>
                <w:szCs w:val="23"/>
                <w:lang w:val="ru-RU"/>
              </w:rPr>
              <w:t xml:space="preserve"> </w:t>
            </w:r>
            <w:r w:rsidRPr="00AF630E">
              <w:rPr>
                <w:sz w:val="23"/>
                <w:szCs w:val="23"/>
                <w:lang w:val="ru-RU"/>
              </w:rPr>
              <w:t>Жалға</w:t>
            </w:r>
            <w:r w:rsidRPr="0022238F">
              <w:rPr>
                <w:sz w:val="23"/>
                <w:szCs w:val="23"/>
                <w:lang w:val="ru-RU"/>
              </w:rPr>
              <w:t xml:space="preserve"> </w:t>
            </w:r>
            <w:r w:rsidRPr="00AF630E">
              <w:rPr>
                <w:sz w:val="23"/>
                <w:szCs w:val="23"/>
                <w:lang w:val="ru-RU"/>
              </w:rPr>
              <w:t>берушінің</w:t>
            </w:r>
            <w:r w:rsidRPr="0022238F">
              <w:rPr>
                <w:sz w:val="23"/>
                <w:szCs w:val="23"/>
                <w:lang w:val="ru-RU"/>
              </w:rPr>
              <w:t xml:space="preserve"> </w:t>
            </w:r>
            <w:r w:rsidRPr="00AF630E">
              <w:rPr>
                <w:sz w:val="23"/>
                <w:szCs w:val="23"/>
                <w:lang w:val="ru-RU"/>
              </w:rPr>
              <w:t>өзге</w:t>
            </w:r>
            <w:r w:rsidRPr="0022238F">
              <w:rPr>
                <w:sz w:val="23"/>
                <w:szCs w:val="23"/>
                <w:lang w:val="ru-RU"/>
              </w:rPr>
              <w:t xml:space="preserve"> </w:t>
            </w:r>
            <w:r w:rsidRPr="00AF630E">
              <w:rPr>
                <w:sz w:val="23"/>
                <w:szCs w:val="23"/>
                <w:lang w:val="ru-RU"/>
              </w:rPr>
              <w:t>де</w:t>
            </w:r>
            <w:r w:rsidRPr="0022238F">
              <w:rPr>
                <w:sz w:val="23"/>
                <w:szCs w:val="23"/>
                <w:lang w:val="ru-RU"/>
              </w:rPr>
              <w:t xml:space="preserve"> </w:t>
            </w:r>
            <w:r w:rsidRPr="00AF630E">
              <w:rPr>
                <w:sz w:val="23"/>
                <w:szCs w:val="23"/>
                <w:lang w:val="ru-RU"/>
              </w:rPr>
              <w:t>мүлкін</w:t>
            </w:r>
            <w:r w:rsidRPr="0022238F">
              <w:rPr>
                <w:sz w:val="23"/>
                <w:szCs w:val="23"/>
                <w:lang w:val="ru-RU"/>
              </w:rPr>
              <w:t xml:space="preserve"> </w:t>
            </w:r>
            <w:r w:rsidRPr="00AF630E">
              <w:rPr>
                <w:sz w:val="23"/>
                <w:szCs w:val="23"/>
                <w:lang w:val="ru-RU"/>
              </w:rPr>
              <w:t>зақымдамайтын</w:t>
            </w:r>
            <w:r w:rsidRPr="0022238F">
              <w:rPr>
                <w:sz w:val="23"/>
                <w:szCs w:val="23"/>
                <w:lang w:val="ru-RU"/>
              </w:rPr>
              <w:t xml:space="preserve"> </w:t>
            </w:r>
            <w:r w:rsidRPr="00AF630E">
              <w:rPr>
                <w:sz w:val="23"/>
                <w:szCs w:val="23"/>
                <w:lang w:val="ru-RU"/>
              </w:rPr>
              <w:t>тәсілмен</w:t>
            </w:r>
            <w:r w:rsidRPr="0022238F">
              <w:rPr>
                <w:sz w:val="23"/>
                <w:szCs w:val="23"/>
                <w:lang w:val="ru-RU"/>
              </w:rPr>
              <w:t xml:space="preserve"> </w:t>
            </w:r>
            <w:r w:rsidRPr="00AF630E">
              <w:rPr>
                <w:sz w:val="23"/>
                <w:szCs w:val="23"/>
                <w:lang w:val="ru-RU"/>
              </w:rPr>
              <w:t>орындалуын</w:t>
            </w:r>
            <w:r w:rsidRPr="0022238F">
              <w:rPr>
                <w:sz w:val="23"/>
                <w:szCs w:val="23"/>
                <w:lang w:val="ru-RU"/>
              </w:rPr>
              <w:t xml:space="preserve"> </w:t>
            </w:r>
            <w:r w:rsidRPr="00AF630E">
              <w:rPr>
                <w:sz w:val="23"/>
                <w:szCs w:val="23"/>
                <w:lang w:val="ru-RU"/>
              </w:rPr>
              <w:t>қамтамасыз</w:t>
            </w:r>
            <w:r w:rsidRPr="0022238F">
              <w:rPr>
                <w:sz w:val="23"/>
                <w:szCs w:val="23"/>
                <w:lang w:val="ru-RU"/>
              </w:rPr>
              <w:t xml:space="preserve"> </w:t>
            </w:r>
            <w:r w:rsidRPr="00AF630E">
              <w:rPr>
                <w:sz w:val="23"/>
                <w:szCs w:val="23"/>
                <w:lang w:val="ru-RU"/>
              </w:rPr>
              <w:t>етуге</w:t>
            </w:r>
            <w:r w:rsidRPr="0022238F">
              <w:rPr>
                <w:sz w:val="23"/>
                <w:szCs w:val="23"/>
                <w:lang w:val="ru-RU"/>
              </w:rPr>
              <w:t xml:space="preserve"> </w:t>
            </w:r>
            <w:r w:rsidRPr="00AF630E">
              <w:rPr>
                <w:sz w:val="23"/>
                <w:szCs w:val="23"/>
                <w:lang w:val="ru-RU"/>
              </w:rPr>
              <w:t>міндетті</w:t>
            </w:r>
            <w:r w:rsidRPr="0022238F">
              <w:rPr>
                <w:sz w:val="23"/>
                <w:szCs w:val="23"/>
                <w:lang w:val="ru-RU"/>
              </w:rPr>
              <w:t>.</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6.5. Арендатор обязан обеспечить выполнение работ способом, исключающим повреждение отделочных материалов, стеклянных поверхностей, эскалаторов, ограждений, стен, перегородок, конструкций, оборудования и иного имущества Арендодателя.</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6.6. Жарнаманы орналастыру үлдірді монтаждауды көздейтін жағдайларда жұмыстарды жарнама материалдарын дайындау және монтаждау бойынша кемінде 3 (үш) жыл тәжірибесі бар ұйым орындауға тиіс.</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6.6. В случаях, когда размещение рекламы предусматривает монтаж пленки, работы должны выполняться организацией, имеющей опыт изготовления и монтажа рекламных материалов не менее 3 (трех) лет.</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lastRenderedPageBreak/>
              <w:t>6.7. Жарнама материалдарын тікелей монтаждайтын жұмыскерлердің осындай жұмыстарды орындауда кемінде 3 (үш) жыл тәжірибесі болуға тиіс.</w:t>
            </w:r>
          </w:p>
        </w:tc>
        <w:tc>
          <w:tcPr>
            <w:tcW w:w="4905" w:type="dxa"/>
            <w:tcMar>
              <w:top w:w="65" w:type="dxa"/>
              <w:left w:w="65" w:type="dxa"/>
              <w:bottom w:w="65" w:type="dxa"/>
              <w:right w:w="65" w:type="dxa"/>
            </w:tcMar>
          </w:tcPr>
          <w:p w:rsidR="008A314B" w:rsidRPr="00AF630E" w:rsidRDefault="007738AC" w:rsidP="00A51F44">
            <w:pPr>
              <w:ind w:firstLine="329"/>
              <w:jc w:val="both"/>
              <w:rPr>
                <w:sz w:val="23"/>
                <w:szCs w:val="23"/>
                <w:lang w:val="ru-RU"/>
              </w:rPr>
            </w:pPr>
            <w:r w:rsidRPr="00AF630E">
              <w:rPr>
                <w:sz w:val="23"/>
                <w:szCs w:val="23"/>
                <w:lang w:val="ru-RU"/>
              </w:rPr>
              <w:t>6.7. Работники, непосредственно выполняющие монтаж рекламных материалов, должны иметь опыт выполнения аналогичных работ не менее 3 (тр</w:t>
            </w:r>
            <w:r w:rsidR="00A51F44">
              <w:rPr>
                <w:sz w:val="23"/>
                <w:szCs w:val="23"/>
                <w:lang w:val="ru-RU"/>
              </w:rPr>
              <w:t>ех</w:t>
            </w:r>
            <w:r w:rsidRPr="00AF630E">
              <w:rPr>
                <w:sz w:val="23"/>
                <w:szCs w:val="23"/>
                <w:lang w:val="ru-RU"/>
              </w:rPr>
              <w:t>) лет.</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6.8. Жалға берушінің талабы бойынша Жалға алушы осы Шарттың 6.6 және 6.7-тармақтарының талаптарына сәйкестікті растайтын құжаттарды беруге міндетті.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6.8. По требованию Арендодателя Арендатор обязан представить документы, подтверждающие соответствие требованиям пунктов 6.6 и 6.7 настоящего Договора.</w:t>
            </w:r>
          </w:p>
        </w:tc>
      </w:tr>
      <w:tr w:rsidR="008A314B" w:rsidRPr="00D263F5" w:rsidTr="00AF630E">
        <w:trPr>
          <w:cantSplit/>
        </w:trPr>
        <w:tc>
          <w:tcPr>
            <w:tcW w:w="5159" w:type="dxa"/>
            <w:tcMar>
              <w:top w:w="65" w:type="dxa"/>
              <w:left w:w="65" w:type="dxa"/>
              <w:bottom w:w="65" w:type="dxa"/>
              <w:right w:w="65" w:type="dxa"/>
            </w:tcMar>
          </w:tcPr>
          <w:p w:rsidR="008A314B" w:rsidRPr="00080C2E" w:rsidRDefault="007738AC" w:rsidP="00D72F4B">
            <w:pPr>
              <w:ind w:firstLine="329"/>
              <w:jc w:val="both"/>
              <w:rPr>
                <w:sz w:val="23"/>
                <w:szCs w:val="23"/>
                <w:lang w:val="ru-RU"/>
              </w:rPr>
            </w:pPr>
            <w:r w:rsidRPr="00080C2E">
              <w:rPr>
                <w:sz w:val="23"/>
                <w:szCs w:val="23"/>
                <w:lang w:val="ru-RU"/>
              </w:rPr>
              <w:t xml:space="preserve">6.9. </w:t>
            </w:r>
            <w:r w:rsidRPr="00AF630E">
              <w:rPr>
                <w:sz w:val="23"/>
                <w:szCs w:val="23"/>
                <w:lang w:val="ru-RU"/>
              </w:rPr>
              <w:t>Жарнама</w:t>
            </w:r>
            <w:r w:rsidRPr="00080C2E">
              <w:rPr>
                <w:sz w:val="23"/>
                <w:szCs w:val="23"/>
                <w:lang w:val="ru-RU"/>
              </w:rPr>
              <w:t xml:space="preserve"> </w:t>
            </w:r>
            <w:r w:rsidRPr="00AF630E">
              <w:rPr>
                <w:sz w:val="23"/>
                <w:szCs w:val="23"/>
                <w:lang w:val="ru-RU"/>
              </w:rPr>
              <w:t>материалдары</w:t>
            </w:r>
            <w:r w:rsidRPr="00080C2E">
              <w:rPr>
                <w:sz w:val="23"/>
                <w:szCs w:val="23"/>
                <w:lang w:val="ru-RU"/>
              </w:rPr>
              <w:t xml:space="preserve"> </w:t>
            </w:r>
            <w:r w:rsidRPr="00AF630E">
              <w:rPr>
                <w:sz w:val="23"/>
                <w:szCs w:val="23"/>
                <w:lang w:val="ru-RU"/>
              </w:rPr>
              <w:t>қатпарларсыз</w:t>
            </w:r>
            <w:r w:rsidRPr="00080C2E">
              <w:rPr>
                <w:sz w:val="23"/>
                <w:szCs w:val="23"/>
                <w:lang w:val="ru-RU"/>
              </w:rPr>
              <w:t xml:space="preserve">, </w:t>
            </w:r>
            <w:r w:rsidRPr="00AF630E">
              <w:rPr>
                <w:sz w:val="23"/>
                <w:szCs w:val="23"/>
                <w:lang w:val="ru-RU"/>
              </w:rPr>
              <w:t>көпіршіктерсіз</w:t>
            </w:r>
            <w:r w:rsidRPr="00080C2E">
              <w:rPr>
                <w:sz w:val="23"/>
                <w:szCs w:val="23"/>
                <w:lang w:val="ru-RU"/>
              </w:rPr>
              <w:t xml:space="preserve">, </w:t>
            </w:r>
            <w:r w:rsidRPr="00AF630E">
              <w:rPr>
                <w:sz w:val="23"/>
                <w:szCs w:val="23"/>
                <w:lang w:val="ru-RU"/>
              </w:rPr>
              <w:t>ажырап</w:t>
            </w:r>
            <w:r w:rsidRPr="00080C2E">
              <w:rPr>
                <w:sz w:val="23"/>
                <w:szCs w:val="23"/>
                <w:lang w:val="ru-RU"/>
              </w:rPr>
              <w:t xml:space="preserve"> </w:t>
            </w:r>
            <w:r w:rsidRPr="00AF630E">
              <w:rPr>
                <w:sz w:val="23"/>
                <w:szCs w:val="23"/>
                <w:lang w:val="ru-RU"/>
              </w:rPr>
              <w:t>кетулерсіз</w:t>
            </w:r>
            <w:r w:rsidRPr="00080C2E">
              <w:rPr>
                <w:sz w:val="23"/>
                <w:szCs w:val="23"/>
                <w:lang w:val="ru-RU"/>
              </w:rPr>
              <w:t xml:space="preserve">, </w:t>
            </w:r>
            <w:r w:rsidRPr="00AF630E">
              <w:rPr>
                <w:sz w:val="23"/>
                <w:szCs w:val="23"/>
                <w:lang w:val="ru-RU"/>
              </w:rPr>
              <w:t>қисаюларсыз</w:t>
            </w:r>
            <w:r w:rsidRPr="00080C2E">
              <w:rPr>
                <w:sz w:val="23"/>
                <w:szCs w:val="23"/>
                <w:lang w:val="ru-RU"/>
              </w:rPr>
              <w:t xml:space="preserve">, </w:t>
            </w:r>
            <w:r w:rsidRPr="00AF630E">
              <w:rPr>
                <w:sz w:val="23"/>
                <w:szCs w:val="23"/>
                <w:lang w:val="ru-RU"/>
              </w:rPr>
              <w:t>ластануларсыз</w:t>
            </w:r>
            <w:r w:rsidRPr="00080C2E">
              <w:rPr>
                <w:sz w:val="23"/>
                <w:szCs w:val="23"/>
                <w:lang w:val="ru-RU"/>
              </w:rPr>
              <w:t xml:space="preserve">, </w:t>
            </w:r>
            <w:r w:rsidRPr="00AF630E">
              <w:rPr>
                <w:sz w:val="23"/>
                <w:szCs w:val="23"/>
                <w:lang w:val="ru-RU"/>
              </w:rPr>
              <w:t>материалдың</w:t>
            </w:r>
            <w:r w:rsidRPr="00080C2E">
              <w:rPr>
                <w:sz w:val="23"/>
                <w:szCs w:val="23"/>
                <w:lang w:val="ru-RU"/>
              </w:rPr>
              <w:t xml:space="preserve"> </w:t>
            </w:r>
            <w:r w:rsidRPr="00AF630E">
              <w:rPr>
                <w:sz w:val="23"/>
                <w:szCs w:val="23"/>
                <w:lang w:val="ru-RU"/>
              </w:rPr>
              <w:t>зақымдануынсыз</w:t>
            </w:r>
            <w:r w:rsidRPr="00080C2E">
              <w:rPr>
                <w:sz w:val="23"/>
                <w:szCs w:val="23"/>
                <w:lang w:val="ru-RU"/>
              </w:rPr>
              <w:t xml:space="preserve"> </w:t>
            </w:r>
            <w:r w:rsidRPr="00AF630E">
              <w:rPr>
                <w:sz w:val="23"/>
                <w:szCs w:val="23"/>
                <w:lang w:val="ru-RU"/>
              </w:rPr>
              <w:t>және</w:t>
            </w:r>
            <w:r w:rsidRPr="00080C2E">
              <w:rPr>
                <w:sz w:val="23"/>
                <w:szCs w:val="23"/>
                <w:lang w:val="ru-RU"/>
              </w:rPr>
              <w:t xml:space="preserve"> </w:t>
            </w:r>
            <w:r w:rsidRPr="00AF630E">
              <w:rPr>
                <w:sz w:val="23"/>
                <w:szCs w:val="23"/>
                <w:lang w:val="ru-RU"/>
              </w:rPr>
              <w:t>көзге</w:t>
            </w:r>
            <w:r w:rsidRPr="00080C2E">
              <w:rPr>
                <w:sz w:val="23"/>
                <w:szCs w:val="23"/>
                <w:lang w:val="ru-RU"/>
              </w:rPr>
              <w:t xml:space="preserve"> </w:t>
            </w:r>
            <w:r w:rsidRPr="00AF630E">
              <w:rPr>
                <w:sz w:val="23"/>
                <w:szCs w:val="23"/>
                <w:lang w:val="ru-RU"/>
              </w:rPr>
              <w:t>көрінетін</w:t>
            </w:r>
            <w:r w:rsidRPr="00080C2E">
              <w:rPr>
                <w:sz w:val="23"/>
                <w:szCs w:val="23"/>
                <w:lang w:val="ru-RU"/>
              </w:rPr>
              <w:t xml:space="preserve"> </w:t>
            </w:r>
            <w:r w:rsidRPr="00AF630E">
              <w:rPr>
                <w:sz w:val="23"/>
                <w:szCs w:val="23"/>
                <w:lang w:val="ru-RU"/>
              </w:rPr>
              <w:t>өзге</w:t>
            </w:r>
            <w:r w:rsidRPr="00080C2E">
              <w:rPr>
                <w:sz w:val="23"/>
                <w:szCs w:val="23"/>
                <w:lang w:val="ru-RU"/>
              </w:rPr>
              <w:t xml:space="preserve"> </w:t>
            </w:r>
            <w:r w:rsidRPr="00AF630E">
              <w:rPr>
                <w:sz w:val="23"/>
                <w:szCs w:val="23"/>
                <w:lang w:val="ru-RU"/>
              </w:rPr>
              <w:t>де</w:t>
            </w:r>
            <w:r w:rsidRPr="00080C2E">
              <w:rPr>
                <w:sz w:val="23"/>
                <w:szCs w:val="23"/>
                <w:lang w:val="ru-RU"/>
              </w:rPr>
              <w:t xml:space="preserve"> </w:t>
            </w:r>
            <w:r w:rsidRPr="00AF630E">
              <w:rPr>
                <w:sz w:val="23"/>
                <w:szCs w:val="23"/>
                <w:lang w:val="ru-RU"/>
              </w:rPr>
              <w:t>ақауларсыз</w:t>
            </w:r>
            <w:r w:rsidRPr="00080C2E">
              <w:rPr>
                <w:sz w:val="23"/>
                <w:szCs w:val="23"/>
                <w:lang w:val="ru-RU"/>
              </w:rPr>
              <w:t xml:space="preserve"> </w:t>
            </w:r>
            <w:r w:rsidRPr="00AF630E">
              <w:rPr>
                <w:sz w:val="23"/>
                <w:szCs w:val="23"/>
                <w:lang w:val="ru-RU"/>
              </w:rPr>
              <w:t>сапалы</w:t>
            </w:r>
            <w:r w:rsidRPr="00080C2E">
              <w:rPr>
                <w:sz w:val="23"/>
                <w:szCs w:val="23"/>
                <w:lang w:val="ru-RU"/>
              </w:rPr>
              <w:t xml:space="preserve"> </w:t>
            </w:r>
            <w:r w:rsidRPr="00AF630E">
              <w:rPr>
                <w:sz w:val="23"/>
                <w:szCs w:val="23"/>
                <w:lang w:val="ru-RU"/>
              </w:rPr>
              <w:t>монтаждалуға</w:t>
            </w:r>
            <w:r w:rsidRPr="00080C2E">
              <w:rPr>
                <w:sz w:val="23"/>
                <w:szCs w:val="23"/>
                <w:lang w:val="ru-RU"/>
              </w:rPr>
              <w:t xml:space="preserve"> </w:t>
            </w:r>
            <w:r w:rsidRPr="00AF630E">
              <w:rPr>
                <w:sz w:val="23"/>
                <w:szCs w:val="23"/>
                <w:lang w:val="ru-RU"/>
              </w:rPr>
              <w:t>тиіс</w:t>
            </w:r>
            <w:r w:rsidRPr="00080C2E">
              <w:rPr>
                <w:sz w:val="23"/>
                <w:szCs w:val="23"/>
                <w:lang w:val="ru-RU"/>
              </w:rPr>
              <w:t>.</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6.9. Монтаж рекламных материалов должен быть выполнен качественно, без складок, пузырей, отслоений, перекосов, загрязнений, повреждений материала и иных видимых дефектов.</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6.10. Монтаждау аяқталғаннан кейін Жалға беруші орындалған жұмыстардың сапасын қарап-тексеруге құқылы.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6.10. После завершения монтажа Арендодатель вправе осуществить осмотр качества выполненных работ.</w:t>
            </w:r>
          </w:p>
        </w:tc>
      </w:tr>
      <w:tr w:rsidR="008A314B" w:rsidRPr="00D263F5" w:rsidTr="00FB0D43">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Кемшіліктер анықталған жағдайда Жалға беруші анықталған ақауларды көрсете отырып акт жасайды.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В случае выявления недостатков Арендодатель составляет акт с указанием выявленных дефектов.</w:t>
            </w:r>
          </w:p>
        </w:tc>
      </w:tr>
      <w:tr w:rsidR="008A314B" w:rsidRPr="00D263F5" w:rsidTr="00FB0D43">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6.11. Жалға алушы анықталған кемшіліктерді Жалға берушінің тиісті актісін немесе хабарламасын алған сәттен бастап 24 (жиырма төрт) сағат ішінде жоюға міндетті.</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6.11. Арендатор обязан устранить выявленные недостатки в течение 24 (двадцати четырех) часов с момента получения соответствующего акта или уведомления Арендодателя.</w:t>
            </w:r>
          </w:p>
        </w:tc>
      </w:tr>
      <w:tr w:rsidR="008A314B" w:rsidRPr="00D263F5" w:rsidTr="00FB0D43">
        <w:trPr>
          <w:cantSplit/>
        </w:trPr>
        <w:tc>
          <w:tcPr>
            <w:tcW w:w="5159" w:type="dxa"/>
            <w:tcMar>
              <w:top w:w="65" w:type="dxa"/>
              <w:left w:w="65" w:type="dxa"/>
              <w:bottom w:w="65" w:type="dxa"/>
              <w:right w:w="65" w:type="dxa"/>
            </w:tcMar>
          </w:tcPr>
          <w:p w:rsidR="008A314B" w:rsidRDefault="007738AC" w:rsidP="00D72F4B">
            <w:pPr>
              <w:ind w:firstLine="329"/>
              <w:jc w:val="both"/>
              <w:rPr>
                <w:sz w:val="23"/>
                <w:szCs w:val="23"/>
                <w:lang w:val="ru-RU"/>
              </w:rPr>
            </w:pPr>
            <w:r w:rsidRPr="00AF630E">
              <w:rPr>
                <w:sz w:val="23"/>
                <w:szCs w:val="23"/>
                <w:lang w:val="ru-RU"/>
              </w:rPr>
              <w:t>6.12. Анықталған кемшіліктер жойылғанға дейін жарнама материалдарын монтаждау тиісінше орындалмаған болып есептеледі.</w:t>
            </w:r>
          </w:p>
          <w:p w:rsidR="00FB0D43" w:rsidRPr="00AF630E" w:rsidRDefault="00FB0D43" w:rsidP="00FB0D43">
            <w:pPr>
              <w:rPr>
                <w:sz w:val="23"/>
                <w:szCs w:val="23"/>
                <w:lang w:val="ru-RU"/>
              </w:rPr>
            </w:pPr>
          </w:p>
        </w:tc>
        <w:tc>
          <w:tcPr>
            <w:tcW w:w="4905" w:type="dxa"/>
            <w:tcMar>
              <w:top w:w="65" w:type="dxa"/>
              <w:left w:w="65" w:type="dxa"/>
              <w:bottom w:w="65" w:type="dxa"/>
              <w:right w:w="65" w:type="dxa"/>
            </w:tcMar>
          </w:tcPr>
          <w:p w:rsidR="00A92EAF" w:rsidRPr="00FB0D43" w:rsidRDefault="007738AC" w:rsidP="00FB0D43">
            <w:pPr>
              <w:ind w:firstLine="329"/>
              <w:jc w:val="both"/>
              <w:rPr>
                <w:sz w:val="23"/>
                <w:szCs w:val="23"/>
                <w:lang w:val="ru-RU"/>
              </w:rPr>
            </w:pPr>
            <w:r w:rsidRPr="00AF630E">
              <w:rPr>
                <w:sz w:val="23"/>
                <w:szCs w:val="23"/>
                <w:lang w:val="ru-RU"/>
              </w:rPr>
              <w:t>6.12. До устранения выявленных недостатков монтаж рекламных материалов считается выполненным ненадлежащим образом.</w:t>
            </w:r>
          </w:p>
        </w:tc>
      </w:tr>
      <w:tr w:rsidR="00FB0D43" w:rsidRPr="00D263F5" w:rsidTr="00FB0D43">
        <w:trPr>
          <w:cantSplit/>
        </w:trPr>
        <w:tc>
          <w:tcPr>
            <w:tcW w:w="5159" w:type="dxa"/>
            <w:tcMar>
              <w:top w:w="65" w:type="dxa"/>
              <w:left w:w="65" w:type="dxa"/>
              <w:bottom w:w="65" w:type="dxa"/>
              <w:right w:w="65" w:type="dxa"/>
            </w:tcMar>
          </w:tcPr>
          <w:p w:rsidR="00FB0D43" w:rsidRPr="00AF630E" w:rsidRDefault="00FB0D43" w:rsidP="00FB0D43">
            <w:pPr>
              <w:ind w:firstLine="329"/>
              <w:jc w:val="center"/>
              <w:rPr>
                <w:sz w:val="23"/>
                <w:szCs w:val="23"/>
                <w:lang w:val="ru-RU"/>
              </w:rPr>
            </w:pPr>
            <w:r w:rsidRPr="00A92EAF">
              <w:rPr>
                <w:b/>
                <w:sz w:val="23"/>
                <w:szCs w:val="23"/>
                <w:lang w:val="ru-RU"/>
              </w:rPr>
              <w:t>7. СПЕЦИАЛЬНЫЕ ТРЕБОВАНИЯ К ОТДЕЛЬНЫМ РЕКЛАМНЫМ ПЛОЩАДЯМ</w:t>
            </w:r>
          </w:p>
        </w:tc>
        <w:tc>
          <w:tcPr>
            <w:tcW w:w="4905" w:type="dxa"/>
            <w:tcMar>
              <w:top w:w="65" w:type="dxa"/>
              <w:left w:w="65" w:type="dxa"/>
              <w:bottom w:w="65" w:type="dxa"/>
              <w:right w:w="65" w:type="dxa"/>
            </w:tcMar>
          </w:tcPr>
          <w:p w:rsidR="00FB0D43" w:rsidRPr="00AF630E" w:rsidRDefault="00FB0D43" w:rsidP="00FB0D43">
            <w:pPr>
              <w:jc w:val="center"/>
              <w:rPr>
                <w:sz w:val="23"/>
                <w:szCs w:val="23"/>
                <w:lang w:val="ru-RU"/>
              </w:rPr>
            </w:pPr>
            <w:r w:rsidRPr="00A92EAF">
              <w:rPr>
                <w:b/>
                <w:sz w:val="23"/>
                <w:szCs w:val="23"/>
                <w:lang w:val="ru-RU"/>
              </w:rPr>
              <w:t>7. СПЕЦИАЛЬНЫЕ ТРЕБОВАНИЯ К ОТДЕЛЬНЫМ РЕКЛАМНЫМ ПЛОЩАДЯМ</w:t>
            </w:r>
          </w:p>
        </w:tc>
      </w:tr>
      <w:tr w:rsidR="00FB0D43" w:rsidRPr="00D263F5" w:rsidTr="000B72E5">
        <w:trPr>
          <w:cantSplit/>
        </w:trPr>
        <w:tc>
          <w:tcPr>
            <w:tcW w:w="5159" w:type="dxa"/>
            <w:tcMar>
              <w:top w:w="65" w:type="dxa"/>
              <w:left w:w="65" w:type="dxa"/>
              <w:bottom w:w="65" w:type="dxa"/>
              <w:right w:w="65" w:type="dxa"/>
            </w:tcMar>
          </w:tcPr>
          <w:p w:rsidR="00FB0D43" w:rsidRPr="000B72E5" w:rsidRDefault="00FB0D43" w:rsidP="00FB0D43">
            <w:pPr>
              <w:tabs>
                <w:tab w:val="left" w:pos="304"/>
              </w:tabs>
              <w:ind w:firstLine="304"/>
              <w:jc w:val="both"/>
              <w:rPr>
                <w:rFonts w:eastAsia="Times New Roman" w:cs="Times New Roman"/>
                <w:sz w:val="23"/>
                <w:szCs w:val="23"/>
                <w:lang w:val="ru-RU" w:eastAsia="ru-RU"/>
              </w:rPr>
            </w:pPr>
            <w:r w:rsidRPr="000B72E5">
              <w:rPr>
                <w:rFonts w:eastAsia="Times New Roman" w:cs="Times New Roman"/>
                <w:bCs/>
                <w:sz w:val="23"/>
                <w:szCs w:val="23"/>
                <w:lang w:val="ru-RU" w:eastAsia="ru-RU"/>
              </w:rPr>
              <w:t>7.1. Шыны қалқалар:</w:t>
            </w:r>
          </w:p>
          <w:p w:rsidR="00FB0D43" w:rsidRPr="000B72E5" w:rsidRDefault="00FB0D43" w:rsidP="00FB0D43">
            <w:pPr>
              <w:ind w:firstLine="329"/>
              <w:jc w:val="both"/>
              <w:rPr>
                <w:b/>
                <w:sz w:val="23"/>
                <w:szCs w:val="23"/>
                <w:lang w:val="ru-RU"/>
              </w:rPr>
            </w:pPr>
            <w:r w:rsidRPr="000B72E5">
              <w:rPr>
                <w:rFonts w:eastAsia="Times New Roman" w:cs="Times New Roman"/>
                <w:sz w:val="23"/>
                <w:szCs w:val="23"/>
                <w:lang w:val="ru-RU" w:eastAsia="ru-RU"/>
              </w:rPr>
              <w:t>Шыны қалқаларға жарнама орналастырған кезде жарық өткізгіштігі мен шыны конструкциялардың визуалды мөлдірлігін сақтауды қамтамасыз ететін тек one-way vision үлгісіндегі мөлдір перфорацияланған өздігінен жабысатын пленканы пайдалануға рұқсат етіледі.</w:t>
            </w:r>
          </w:p>
        </w:tc>
        <w:tc>
          <w:tcPr>
            <w:tcW w:w="4905" w:type="dxa"/>
            <w:tcMar>
              <w:top w:w="65" w:type="dxa"/>
              <w:left w:w="65" w:type="dxa"/>
              <w:bottom w:w="65" w:type="dxa"/>
              <w:right w:w="65" w:type="dxa"/>
            </w:tcMar>
          </w:tcPr>
          <w:p w:rsidR="00FB0D43" w:rsidRPr="000B72E5" w:rsidRDefault="00FB0D43" w:rsidP="00FB0D43">
            <w:pPr>
              <w:tabs>
                <w:tab w:val="left" w:pos="304"/>
              </w:tabs>
              <w:ind w:firstLine="304"/>
              <w:jc w:val="both"/>
              <w:rPr>
                <w:rFonts w:eastAsia="Times New Roman" w:cs="Times New Roman"/>
                <w:sz w:val="23"/>
                <w:szCs w:val="23"/>
                <w:lang w:val="ru-RU" w:eastAsia="ru-RU"/>
              </w:rPr>
            </w:pPr>
            <w:r w:rsidRPr="000B72E5">
              <w:rPr>
                <w:rFonts w:eastAsia="Times New Roman" w:cs="Times New Roman"/>
                <w:bCs/>
                <w:sz w:val="23"/>
                <w:szCs w:val="23"/>
                <w:lang w:val="ru-RU" w:eastAsia="ru-RU"/>
              </w:rPr>
              <w:t>7.1. Стеклянные перегородки:</w:t>
            </w:r>
          </w:p>
          <w:p w:rsidR="00FB0D43" w:rsidRPr="000B72E5" w:rsidRDefault="00FB0D43" w:rsidP="00FB0D43">
            <w:pPr>
              <w:tabs>
                <w:tab w:val="left" w:pos="709"/>
              </w:tabs>
              <w:ind w:firstLine="304"/>
              <w:jc w:val="both"/>
              <w:rPr>
                <w:rFonts w:eastAsia="Times New Roman" w:cs="Times New Roman"/>
                <w:sz w:val="23"/>
                <w:szCs w:val="23"/>
                <w:lang w:val="ru-RU" w:eastAsia="ru-RU"/>
              </w:rPr>
            </w:pPr>
            <w:r w:rsidRPr="000B72E5">
              <w:rPr>
                <w:rFonts w:eastAsia="Times New Roman" w:cs="Times New Roman"/>
                <w:sz w:val="23"/>
                <w:szCs w:val="23"/>
                <w:lang w:val="ru-RU" w:eastAsia="ru-RU"/>
              </w:rPr>
              <w:t xml:space="preserve">При размещении рекламы на стеклянных перегородках допускается использование только прозрачной перфорированной самоклеящейся пленки типа </w:t>
            </w:r>
            <w:r w:rsidRPr="000B72E5">
              <w:rPr>
                <w:rFonts w:eastAsia="Times New Roman" w:cs="Times New Roman"/>
                <w:bCs/>
                <w:sz w:val="23"/>
                <w:szCs w:val="23"/>
                <w:lang w:eastAsia="ru-RU"/>
              </w:rPr>
              <w:t>one</w:t>
            </w:r>
            <w:r w:rsidRPr="000B72E5">
              <w:rPr>
                <w:rFonts w:eastAsia="Times New Roman" w:cs="Times New Roman"/>
                <w:bCs/>
                <w:sz w:val="23"/>
                <w:szCs w:val="23"/>
                <w:lang w:val="ru-RU" w:eastAsia="ru-RU"/>
              </w:rPr>
              <w:t>-</w:t>
            </w:r>
            <w:r w:rsidRPr="000B72E5">
              <w:rPr>
                <w:rFonts w:eastAsia="Times New Roman" w:cs="Times New Roman"/>
                <w:bCs/>
                <w:sz w:val="23"/>
                <w:szCs w:val="23"/>
                <w:lang w:eastAsia="ru-RU"/>
              </w:rPr>
              <w:t>way</w:t>
            </w:r>
            <w:r w:rsidRPr="000B72E5">
              <w:rPr>
                <w:rFonts w:eastAsia="Times New Roman" w:cs="Times New Roman"/>
                <w:bCs/>
                <w:sz w:val="23"/>
                <w:szCs w:val="23"/>
                <w:lang w:val="ru-RU" w:eastAsia="ru-RU"/>
              </w:rPr>
              <w:t xml:space="preserve"> </w:t>
            </w:r>
            <w:r w:rsidRPr="000B72E5">
              <w:rPr>
                <w:rFonts w:eastAsia="Times New Roman" w:cs="Times New Roman"/>
                <w:bCs/>
                <w:sz w:val="23"/>
                <w:szCs w:val="23"/>
                <w:lang w:eastAsia="ru-RU"/>
              </w:rPr>
              <w:t>vision</w:t>
            </w:r>
            <w:r w:rsidRPr="000B72E5">
              <w:rPr>
                <w:rFonts w:eastAsia="Times New Roman" w:cs="Times New Roman"/>
                <w:sz w:val="23"/>
                <w:szCs w:val="23"/>
                <w:lang w:val="ru-RU" w:eastAsia="ru-RU"/>
              </w:rPr>
              <w:t>, обеспечивающей сохранение светопропускания и визуальной прозрачности стеклянных конструкций.</w:t>
            </w:r>
          </w:p>
        </w:tc>
      </w:tr>
      <w:tr w:rsidR="00FB0D43" w:rsidRPr="00D263F5" w:rsidTr="000B72E5">
        <w:trPr>
          <w:cantSplit/>
        </w:trPr>
        <w:tc>
          <w:tcPr>
            <w:tcW w:w="5159" w:type="dxa"/>
            <w:tcMar>
              <w:top w:w="65" w:type="dxa"/>
              <w:left w:w="65" w:type="dxa"/>
              <w:bottom w:w="65" w:type="dxa"/>
              <w:right w:w="65" w:type="dxa"/>
            </w:tcMar>
          </w:tcPr>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7.2. Шыны қалқаларды мөлдір емес материалдармен толықтай қаптауға, сондай-ақ Tarlan Astana объектісінің көріну мүмкіндігін, табиғи жарықтандырылуын немесе сәулеттік келбетін нашарлататын материалдарды қолдануға жол берілмейді.</w:t>
            </w:r>
          </w:p>
        </w:tc>
        <w:tc>
          <w:tcPr>
            <w:tcW w:w="4905" w:type="dxa"/>
            <w:tcMar>
              <w:top w:w="65" w:type="dxa"/>
              <w:left w:w="65" w:type="dxa"/>
              <w:bottom w:w="65" w:type="dxa"/>
              <w:right w:w="65" w:type="dxa"/>
            </w:tcMar>
          </w:tcPr>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7.2.</w:t>
            </w:r>
            <w:r w:rsidRPr="000B72E5">
              <w:rPr>
                <w:rFonts w:eastAsia="Times New Roman" w:cs="Times New Roman"/>
                <w:sz w:val="23"/>
                <w:szCs w:val="23"/>
                <w:lang w:val="ru-RU" w:eastAsia="ru-RU"/>
              </w:rPr>
              <w:t xml:space="preserve"> Не допускаются полное заклеивание стеклянных перегородок непрозрачными материалами и применение материалов, ухудшающих обзор, естественное освещение либо архитектурный облик объекта </w:t>
            </w:r>
            <w:r w:rsidRPr="000B72E5">
              <w:rPr>
                <w:rFonts w:eastAsia="Times New Roman" w:cs="Times New Roman"/>
                <w:sz w:val="23"/>
                <w:szCs w:val="23"/>
                <w:lang w:eastAsia="ru-RU"/>
              </w:rPr>
              <w:t>Tarlan</w:t>
            </w:r>
            <w:r w:rsidRPr="000B72E5">
              <w:rPr>
                <w:rFonts w:eastAsia="Times New Roman" w:cs="Times New Roman"/>
                <w:sz w:val="23"/>
                <w:szCs w:val="23"/>
                <w:lang w:val="ru-RU" w:eastAsia="ru-RU"/>
              </w:rPr>
              <w:t xml:space="preserve"> </w:t>
            </w:r>
            <w:r w:rsidRPr="000B72E5">
              <w:rPr>
                <w:rFonts w:eastAsia="Times New Roman" w:cs="Times New Roman"/>
                <w:sz w:val="23"/>
                <w:szCs w:val="23"/>
                <w:lang w:eastAsia="ru-RU"/>
              </w:rPr>
              <w:t>Astana</w:t>
            </w:r>
            <w:r w:rsidRPr="000B72E5">
              <w:rPr>
                <w:rFonts w:eastAsia="Times New Roman" w:cs="Times New Roman"/>
                <w:sz w:val="23"/>
                <w:szCs w:val="23"/>
                <w:lang w:val="ru-RU" w:eastAsia="ru-RU"/>
              </w:rPr>
              <w:t>.</w:t>
            </w:r>
          </w:p>
        </w:tc>
      </w:tr>
      <w:tr w:rsidR="00FB0D43" w:rsidRPr="00D263F5" w:rsidTr="000B72E5">
        <w:trPr>
          <w:cantSplit/>
        </w:trPr>
        <w:tc>
          <w:tcPr>
            <w:tcW w:w="5159" w:type="dxa"/>
            <w:tcMar>
              <w:top w:w="65" w:type="dxa"/>
              <w:left w:w="65" w:type="dxa"/>
              <w:bottom w:w="65" w:type="dxa"/>
              <w:right w:w="65" w:type="dxa"/>
            </w:tcMar>
          </w:tcPr>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lastRenderedPageBreak/>
              <w:t>7.3. Эскалаторлар:</w:t>
            </w:r>
          </w:p>
          <w:p w:rsidR="00FB0D43" w:rsidRPr="000B72E5" w:rsidRDefault="00FB0D43" w:rsidP="00FB0D43">
            <w:pPr>
              <w:tabs>
                <w:tab w:val="left" w:pos="304"/>
              </w:tabs>
              <w:ind w:firstLine="357"/>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Эскалаторларды брендтеу үшін қолданылатын материалдар тиісті беттерде пайдалануға арналуы, сенімді бекітілуін қамтамасыз етуі және жолаушылардың қауіпсіздігіне қауіп төндірмеуі тиіс.</w:t>
            </w:r>
          </w:p>
        </w:tc>
        <w:tc>
          <w:tcPr>
            <w:tcW w:w="4905" w:type="dxa"/>
            <w:tcMar>
              <w:top w:w="65" w:type="dxa"/>
              <w:left w:w="65" w:type="dxa"/>
              <w:bottom w:w="65" w:type="dxa"/>
              <w:right w:w="65" w:type="dxa"/>
            </w:tcMar>
          </w:tcPr>
          <w:p w:rsidR="00FB0D43" w:rsidRPr="000B72E5" w:rsidRDefault="00FB0D43" w:rsidP="00FB0D43">
            <w:pPr>
              <w:tabs>
                <w:tab w:val="left" w:pos="709"/>
              </w:tabs>
              <w:ind w:firstLine="304"/>
              <w:jc w:val="both"/>
              <w:rPr>
                <w:rFonts w:eastAsia="Times New Roman" w:cs="Times New Roman"/>
                <w:sz w:val="23"/>
                <w:szCs w:val="23"/>
                <w:lang w:val="ru-RU" w:eastAsia="ru-RU"/>
              </w:rPr>
            </w:pPr>
            <w:r w:rsidRPr="000B72E5">
              <w:rPr>
                <w:rFonts w:eastAsia="Times New Roman" w:cs="Times New Roman"/>
                <w:bCs/>
                <w:sz w:val="23"/>
                <w:szCs w:val="23"/>
                <w:lang w:val="ru-RU" w:eastAsia="ru-RU"/>
              </w:rPr>
              <w:t>7.3. Эскалаторы:</w:t>
            </w:r>
          </w:p>
          <w:p w:rsidR="00FB0D43" w:rsidRPr="000B72E5" w:rsidRDefault="00FB0D43" w:rsidP="00FB0D43">
            <w:pPr>
              <w:tabs>
                <w:tab w:val="left" w:pos="709"/>
              </w:tabs>
              <w:ind w:firstLine="304"/>
              <w:jc w:val="both"/>
              <w:rPr>
                <w:rFonts w:eastAsia="Times New Roman" w:cs="Times New Roman"/>
                <w:sz w:val="23"/>
                <w:szCs w:val="23"/>
                <w:lang w:val="ru-RU" w:eastAsia="ru-RU"/>
              </w:rPr>
            </w:pPr>
            <w:r w:rsidRPr="000B72E5">
              <w:rPr>
                <w:rFonts w:eastAsia="Times New Roman" w:cs="Times New Roman"/>
                <w:sz w:val="23"/>
                <w:szCs w:val="23"/>
                <w:lang w:val="ru-RU" w:eastAsia="ru-RU"/>
              </w:rPr>
              <w:t>Материалы, применяемые для брендирования эскалаторов, должны быть предназначены для эксплуатации на соответствующих поверхностях, обеспечивать надежную фиксацию и не создавать угрозу безопасности пассажиров.</w:t>
            </w:r>
          </w:p>
        </w:tc>
      </w:tr>
      <w:tr w:rsidR="00FB0D43" w:rsidRPr="00D263F5" w:rsidTr="000B72E5">
        <w:trPr>
          <w:cantSplit/>
        </w:trPr>
        <w:tc>
          <w:tcPr>
            <w:tcW w:w="5159" w:type="dxa"/>
            <w:tcMar>
              <w:top w:w="65" w:type="dxa"/>
              <w:left w:w="65" w:type="dxa"/>
              <w:bottom w:w="65" w:type="dxa"/>
              <w:right w:w="65" w:type="dxa"/>
            </w:tcMar>
          </w:tcPr>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7.4. Эскалаторларды брендтеу кезінде мыналарды жабуға, бөлшектеуге немесе зақымдауға тыйым салынады:</w:t>
            </w:r>
          </w:p>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1)</w:t>
            </w:r>
            <w:r w:rsidRPr="000B72E5">
              <w:rPr>
                <w:rFonts w:eastAsia="Times New Roman" w:cs="Times New Roman"/>
                <w:bCs/>
                <w:sz w:val="23"/>
                <w:szCs w:val="23"/>
                <w:lang w:val="ru-RU" w:eastAsia="ru-RU"/>
              </w:rPr>
              <w:tab/>
              <w:t>ескерту белгілерін;</w:t>
            </w:r>
          </w:p>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2)</w:t>
            </w:r>
            <w:r w:rsidRPr="000B72E5">
              <w:rPr>
                <w:rFonts w:eastAsia="Times New Roman" w:cs="Times New Roman"/>
                <w:bCs/>
                <w:sz w:val="23"/>
                <w:szCs w:val="23"/>
                <w:lang w:val="ru-RU" w:eastAsia="ru-RU"/>
              </w:rPr>
              <w:tab/>
              <w:t>қауіпсіздік пиктограммаларын;</w:t>
            </w:r>
          </w:p>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3)</w:t>
            </w:r>
            <w:r w:rsidRPr="000B72E5">
              <w:rPr>
                <w:rFonts w:eastAsia="Times New Roman" w:cs="Times New Roman"/>
                <w:bCs/>
                <w:sz w:val="23"/>
                <w:szCs w:val="23"/>
                <w:lang w:val="ru-RU" w:eastAsia="ru-RU"/>
              </w:rPr>
              <w:tab/>
              <w:t>техникалық тақтайшаларды;</w:t>
            </w:r>
          </w:p>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4)</w:t>
            </w:r>
            <w:r w:rsidRPr="000B72E5">
              <w:rPr>
                <w:rFonts w:eastAsia="Times New Roman" w:cs="Times New Roman"/>
                <w:bCs/>
                <w:sz w:val="23"/>
                <w:szCs w:val="23"/>
                <w:lang w:val="ru-RU" w:eastAsia="ru-RU"/>
              </w:rPr>
              <w:tab/>
              <w:t>жарық индикаторларын;</w:t>
            </w:r>
          </w:p>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5)</w:t>
            </w:r>
            <w:r w:rsidRPr="000B72E5">
              <w:rPr>
                <w:rFonts w:eastAsia="Times New Roman" w:cs="Times New Roman"/>
                <w:bCs/>
                <w:sz w:val="23"/>
                <w:szCs w:val="23"/>
                <w:lang w:val="ru-RU" w:eastAsia="ru-RU"/>
              </w:rPr>
              <w:tab/>
              <w:t>эскалаторды қауіпсіз пайдалануға арналған өзге де элементтерді.</w:t>
            </w:r>
          </w:p>
        </w:tc>
        <w:tc>
          <w:tcPr>
            <w:tcW w:w="4905" w:type="dxa"/>
            <w:tcMar>
              <w:top w:w="65" w:type="dxa"/>
              <w:left w:w="65" w:type="dxa"/>
              <w:bottom w:w="65" w:type="dxa"/>
              <w:right w:w="65" w:type="dxa"/>
            </w:tcMar>
          </w:tcPr>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7.4. При брендировании эскалаторов запрещается закрывать, демонтировать или повреждать:</w:t>
            </w:r>
          </w:p>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1)</w:t>
            </w:r>
            <w:r w:rsidRPr="000B72E5">
              <w:rPr>
                <w:rFonts w:eastAsia="Times New Roman" w:cs="Times New Roman"/>
                <w:bCs/>
                <w:sz w:val="23"/>
                <w:szCs w:val="23"/>
                <w:lang w:val="ru-RU" w:eastAsia="ru-RU"/>
              </w:rPr>
              <w:tab/>
              <w:t>предупреждающие знаки;</w:t>
            </w:r>
          </w:p>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2)</w:t>
            </w:r>
            <w:r w:rsidRPr="000B72E5">
              <w:rPr>
                <w:rFonts w:eastAsia="Times New Roman" w:cs="Times New Roman"/>
                <w:bCs/>
                <w:sz w:val="23"/>
                <w:szCs w:val="23"/>
                <w:lang w:val="ru-RU" w:eastAsia="ru-RU"/>
              </w:rPr>
              <w:tab/>
              <w:t>пиктограммы безопасности;</w:t>
            </w:r>
          </w:p>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3)</w:t>
            </w:r>
            <w:r w:rsidRPr="000B72E5">
              <w:rPr>
                <w:rFonts w:eastAsia="Times New Roman" w:cs="Times New Roman"/>
                <w:bCs/>
                <w:sz w:val="23"/>
                <w:szCs w:val="23"/>
                <w:lang w:val="ru-RU" w:eastAsia="ru-RU"/>
              </w:rPr>
              <w:tab/>
              <w:t>технические таблички;</w:t>
            </w:r>
          </w:p>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4)</w:t>
            </w:r>
            <w:r w:rsidRPr="000B72E5">
              <w:rPr>
                <w:rFonts w:eastAsia="Times New Roman" w:cs="Times New Roman"/>
                <w:bCs/>
                <w:sz w:val="23"/>
                <w:szCs w:val="23"/>
                <w:lang w:val="ru-RU" w:eastAsia="ru-RU"/>
              </w:rPr>
              <w:tab/>
              <w:t>световые индикаторы;</w:t>
            </w:r>
          </w:p>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5)</w:t>
            </w:r>
            <w:r w:rsidRPr="000B72E5">
              <w:rPr>
                <w:rFonts w:eastAsia="Times New Roman" w:cs="Times New Roman"/>
                <w:bCs/>
                <w:sz w:val="23"/>
                <w:szCs w:val="23"/>
                <w:lang w:val="ru-RU" w:eastAsia="ru-RU"/>
              </w:rPr>
              <w:tab/>
              <w:t>иные элементы, предназначенные для безопасной эксплуатации эскалатора.</w:t>
            </w:r>
          </w:p>
        </w:tc>
      </w:tr>
      <w:tr w:rsidR="00FB0D43" w:rsidRPr="00D263F5" w:rsidTr="000B72E5">
        <w:trPr>
          <w:cantSplit/>
        </w:trPr>
        <w:tc>
          <w:tcPr>
            <w:tcW w:w="5159" w:type="dxa"/>
            <w:tcMar>
              <w:top w:w="65" w:type="dxa"/>
              <w:left w:w="65" w:type="dxa"/>
              <w:bottom w:w="65" w:type="dxa"/>
              <w:right w:w="65" w:type="dxa"/>
            </w:tcMar>
          </w:tcPr>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7.5. Осы бөлімнің талаптары тиісті жұмыс түрі № 1 Қосымшада көзделген жарнамалық алаңдарға ғана қолданылады.</w:t>
            </w:r>
          </w:p>
        </w:tc>
        <w:tc>
          <w:tcPr>
            <w:tcW w:w="4905" w:type="dxa"/>
            <w:tcMar>
              <w:top w:w="65" w:type="dxa"/>
              <w:left w:w="65" w:type="dxa"/>
              <w:bottom w:w="65" w:type="dxa"/>
              <w:right w:w="65" w:type="dxa"/>
            </w:tcMar>
          </w:tcPr>
          <w:p w:rsidR="00FB0D43" w:rsidRPr="000B72E5" w:rsidRDefault="00FB0D43" w:rsidP="00FB0D43">
            <w:pPr>
              <w:tabs>
                <w:tab w:val="left" w:pos="304"/>
              </w:tabs>
              <w:ind w:firstLine="304"/>
              <w:jc w:val="both"/>
              <w:rPr>
                <w:rFonts w:eastAsia="Times New Roman" w:cs="Times New Roman"/>
                <w:bCs/>
                <w:sz w:val="23"/>
                <w:szCs w:val="23"/>
                <w:lang w:val="ru-RU" w:eastAsia="ru-RU"/>
              </w:rPr>
            </w:pPr>
            <w:r w:rsidRPr="000B72E5">
              <w:rPr>
                <w:rFonts w:eastAsia="Times New Roman" w:cs="Times New Roman"/>
                <w:bCs/>
                <w:sz w:val="23"/>
                <w:szCs w:val="23"/>
                <w:lang w:val="ru-RU" w:eastAsia="ru-RU"/>
              </w:rPr>
              <w:t>7.5. Требования настоящего раздела применяются только к тем рекламным площадям, для которых соответствующий вид работ предусмотрен Приложением № 1.</w:t>
            </w:r>
          </w:p>
        </w:tc>
      </w:tr>
      <w:tr w:rsidR="008A314B" w:rsidRPr="00AF630E" w:rsidTr="000B72E5">
        <w:trPr>
          <w:cantSplit/>
        </w:trPr>
        <w:tc>
          <w:tcPr>
            <w:tcW w:w="5159" w:type="dxa"/>
            <w:tcMar>
              <w:top w:w="65" w:type="dxa"/>
              <w:left w:w="65" w:type="dxa"/>
              <w:bottom w:w="65" w:type="dxa"/>
              <w:right w:w="65" w:type="dxa"/>
            </w:tcMar>
          </w:tcPr>
          <w:p w:rsidR="008A314B" w:rsidRPr="00AF630E" w:rsidRDefault="00FB0D43" w:rsidP="00D72F4B">
            <w:pPr>
              <w:ind w:firstLine="329"/>
              <w:jc w:val="center"/>
              <w:rPr>
                <w:b/>
                <w:sz w:val="23"/>
                <w:szCs w:val="23"/>
                <w:lang w:val="ru-RU"/>
              </w:rPr>
            </w:pPr>
            <w:r>
              <w:rPr>
                <w:b/>
                <w:sz w:val="23"/>
                <w:szCs w:val="23"/>
                <w:lang w:val="ru-RU"/>
              </w:rPr>
              <w:t>8</w:t>
            </w:r>
            <w:r w:rsidR="00D72F4B">
              <w:rPr>
                <w:b/>
                <w:sz w:val="23"/>
                <w:szCs w:val="23"/>
                <w:lang w:val="ru-RU"/>
              </w:rPr>
              <w:t>.</w:t>
            </w:r>
            <w:r w:rsidR="007738AC" w:rsidRPr="00AF630E">
              <w:rPr>
                <w:b/>
                <w:sz w:val="23"/>
                <w:szCs w:val="23"/>
                <w:lang w:val="ru-RU"/>
              </w:rPr>
              <w:t xml:space="preserve"> ЖАЛҒА АЛУШЫНЫҢ ҚҰҚЫҚТАРЫ МЕН МІНДЕТТЕРІ</w:t>
            </w:r>
          </w:p>
        </w:tc>
        <w:tc>
          <w:tcPr>
            <w:tcW w:w="4905" w:type="dxa"/>
            <w:tcMar>
              <w:top w:w="65" w:type="dxa"/>
              <w:left w:w="65" w:type="dxa"/>
              <w:bottom w:w="65" w:type="dxa"/>
              <w:right w:w="65" w:type="dxa"/>
            </w:tcMar>
          </w:tcPr>
          <w:p w:rsidR="008A314B" w:rsidRPr="00AF630E" w:rsidRDefault="00FB0D43" w:rsidP="00D72F4B">
            <w:pPr>
              <w:ind w:firstLine="329"/>
              <w:jc w:val="center"/>
              <w:rPr>
                <w:b/>
                <w:sz w:val="23"/>
                <w:szCs w:val="23"/>
              </w:rPr>
            </w:pPr>
            <w:r>
              <w:rPr>
                <w:b/>
                <w:sz w:val="23"/>
                <w:szCs w:val="23"/>
              </w:rPr>
              <w:t>8</w:t>
            </w:r>
            <w:r w:rsidR="00D72F4B">
              <w:rPr>
                <w:b/>
                <w:sz w:val="23"/>
                <w:szCs w:val="23"/>
              </w:rPr>
              <w:t>.</w:t>
            </w:r>
            <w:r w:rsidR="007738AC" w:rsidRPr="00AF630E">
              <w:rPr>
                <w:b/>
                <w:sz w:val="23"/>
                <w:szCs w:val="23"/>
              </w:rPr>
              <w:t xml:space="preserve"> ПРАВА И ОБЯЗАННОСТИ АРЕНДАТОРА</w:t>
            </w:r>
          </w:p>
        </w:tc>
      </w:tr>
      <w:tr w:rsidR="008A314B" w:rsidRPr="00AF630E" w:rsidTr="000B72E5">
        <w:trPr>
          <w:cantSplit/>
        </w:trPr>
        <w:tc>
          <w:tcPr>
            <w:tcW w:w="5159" w:type="dxa"/>
            <w:tcMar>
              <w:top w:w="65" w:type="dxa"/>
              <w:left w:w="65" w:type="dxa"/>
              <w:bottom w:w="65" w:type="dxa"/>
              <w:right w:w="65" w:type="dxa"/>
            </w:tcMar>
          </w:tcPr>
          <w:p w:rsidR="008A314B" w:rsidRPr="00AF630E" w:rsidRDefault="00FB0D43" w:rsidP="00D72F4B">
            <w:pPr>
              <w:ind w:firstLine="329"/>
              <w:jc w:val="both"/>
              <w:rPr>
                <w:sz w:val="23"/>
                <w:szCs w:val="23"/>
              </w:rPr>
            </w:pPr>
            <w:r>
              <w:rPr>
                <w:sz w:val="23"/>
                <w:szCs w:val="23"/>
              </w:rPr>
              <w:t>8</w:t>
            </w:r>
            <w:r w:rsidR="00D72F4B">
              <w:rPr>
                <w:sz w:val="23"/>
                <w:szCs w:val="23"/>
              </w:rPr>
              <w:t>.</w:t>
            </w:r>
            <w:r w:rsidR="007738AC" w:rsidRPr="00AF630E">
              <w:rPr>
                <w:sz w:val="23"/>
                <w:szCs w:val="23"/>
              </w:rPr>
              <w:t>1. Жалға алушы міндетті:</w:t>
            </w:r>
          </w:p>
        </w:tc>
        <w:tc>
          <w:tcPr>
            <w:tcW w:w="4905" w:type="dxa"/>
            <w:tcMar>
              <w:top w:w="65" w:type="dxa"/>
              <w:left w:w="65" w:type="dxa"/>
              <w:bottom w:w="65" w:type="dxa"/>
              <w:right w:w="65" w:type="dxa"/>
            </w:tcMar>
          </w:tcPr>
          <w:p w:rsidR="008A314B" w:rsidRPr="00AF630E" w:rsidRDefault="00FB0D43" w:rsidP="00D72F4B">
            <w:pPr>
              <w:ind w:firstLine="329"/>
              <w:jc w:val="both"/>
              <w:rPr>
                <w:sz w:val="23"/>
                <w:szCs w:val="23"/>
              </w:rPr>
            </w:pPr>
            <w:r>
              <w:rPr>
                <w:sz w:val="23"/>
                <w:szCs w:val="23"/>
              </w:rPr>
              <w:t>8</w:t>
            </w:r>
            <w:r w:rsidR="00D72F4B">
              <w:rPr>
                <w:sz w:val="23"/>
                <w:szCs w:val="23"/>
              </w:rPr>
              <w:t>.</w:t>
            </w:r>
            <w:r w:rsidR="007738AC" w:rsidRPr="00AF630E">
              <w:rPr>
                <w:sz w:val="23"/>
                <w:szCs w:val="23"/>
              </w:rPr>
              <w:t>1. Арендатор обязан:</w:t>
            </w:r>
          </w:p>
        </w:tc>
      </w:tr>
      <w:tr w:rsidR="008A314B" w:rsidRPr="00D263F5" w:rsidTr="000B72E5">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жарнама алаңын осы Шартқа және оның нысаналы мақсатына сәйкес ғана пайдалануға;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использовать рекламную площадь исключительно в соответствии с настоящим Договором и ее целевым назначением;</w:t>
            </w:r>
          </w:p>
        </w:tc>
      </w:tr>
      <w:tr w:rsidR="008A314B" w:rsidRPr="00D263F5" w:rsidTr="000B72E5">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жалдау ақысын уақтылы және толық көлемде төлеуге;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своевременно и в полном объеме вносить арендную плату;</w:t>
            </w:r>
          </w:p>
        </w:tc>
      </w:tr>
      <w:tr w:rsidR="008A314B" w:rsidRPr="00D263F5" w:rsidTr="000B72E5">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осы Шарттың, конкурстық құжаттаманың және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xml:space="preserve"> объектілеріндегі жарнама алаңдарын жалға беру қағидаларының талаптарын сақтауға;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соблюдать требования настоящего Договора, конкурсной документации и Правил передачи рекламных площадей на объектах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xml:space="preserve"> в аренду;</w:t>
            </w:r>
          </w:p>
        </w:tc>
      </w:tr>
      <w:tr w:rsidR="008A314B" w:rsidRPr="00D263F5" w:rsidTr="000B72E5">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Жалға берушінің жазбаша келісімінсіз жарнама алаңын қосалқы жалға бермеуге және оны пайдалану құқығын үшінші тұлғаларға бермеуге;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не передавать рекламную площадь в субаренду и не уступать право ее использования третьим лицам без письменного согласия Арендодателя;</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орналастырудың бүкіл кезеңінде жарнама материалдарының тиісті техникалық және эстетикалық жай-күйін қамтамасыз етуге;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обеспечить надлежащее техническое и эстетическое состояние рекламных материалов в течение всего периода размещения;</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зақымдану, ластану, ажырап қалу, оңу не өзге де мән-жайлар салдарынан тиісті сыртқы түрін жоғалтқан жарнама материалдарын дереу ауыстыруға;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незамедлительно заменять рекламные материалы, утратившие надлежащий внешний вид вследствие повреждения, загрязнения, отклеивания, выцветания либо иных обстоятельств;</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монтаждау және бөлшектеу жұмыстарын жүргізудің қауіпсіздігін қамтамасыз етуге;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обеспечить безопасность проведения монтажных и демонтажных работ;</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Жалға берушінің мүлкіне зақым келтірмеуге;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не допускать повреждения имущества Арендодателя;</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lastRenderedPageBreak/>
              <w:t xml:space="preserve">жарнама алаңының немесе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-ның өзге мүлкінің кез келген зақымдануы туралы Жалға берушіге дереу хабарлауға;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незамедлительно уведомлять Арендодателя о любом повреждении рекламной площади или иного имущества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Жалға берушінің өкілдерін жарнама алаңын қарап-тексеруге жіберуге;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допускать представителей Арендодателя к осмотру рекламной площади;</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Жалға берушінің осы Шарт талаптарының бұзылуын жою туралы жазбаша талаптарын орындауға;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выполнять письменные требования Арендодателя об устранении нарушений условий настоящего Договора;</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егер Қазақстан Республикасының заңнамасында талап етілсе, барлық қажетті рұқсаттар мен келісімдерді өз бетінше алуға;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самостоятельно получать все необходимые разрешения и согласования, если их наличие требуется законодательством Республики Казахстан;</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Қазақстан Республикасының заңнамасының талаптарын бұзатын жарнама материалдарының орналастырылуына жол бермеуге;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не допускать размещения рекламных материалов, нарушающих требования законодательства Республики Казахстан;</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жалдау мерзімі аяқталғаннан кейін жарнама материалдарын толық бөлшектеуге және жарнама алаңын қалпына келтіруге;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по окончании срока аренды произвести полный демонтаж рекламных материалов и восстановить рекламную площадь;</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Жалға берушіге келтірілген залалды толық көлемде өтеуге.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возместить причиненный Арендодателю ущерб в полном объеме.</w:t>
            </w:r>
          </w:p>
        </w:tc>
      </w:tr>
      <w:tr w:rsidR="008A314B" w:rsidRPr="00AF630E"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8</w:t>
            </w:r>
            <w:r w:rsidR="00D72F4B">
              <w:rPr>
                <w:sz w:val="23"/>
                <w:szCs w:val="23"/>
              </w:rPr>
              <w:t>.</w:t>
            </w:r>
            <w:r w:rsidR="007738AC" w:rsidRPr="00AF630E">
              <w:rPr>
                <w:sz w:val="23"/>
                <w:szCs w:val="23"/>
              </w:rPr>
              <w:t>2. Жалға алушы құқылы: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8</w:t>
            </w:r>
            <w:r w:rsidR="00D72F4B">
              <w:rPr>
                <w:sz w:val="23"/>
                <w:szCs w:val="23"/>
              </w:rPr>
              <w:t>.</w:t>
            </w:r>
            <w:r w:rsidR="007738AC" w:rsidRPr="00AF630E">
              <w:rPr>
                <w:sz w:val="23"/>
                <w:szCs w:val="23"/>
              </w:rPr>
              <w:t>2. Арендатор вправе:</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жарнама алаңын жалдау мерзімі ішінде осы Шарттың талаптарына сәйкес пайдалануға;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использовать рекламную площадь в течение срока аренды в соответствии с условиями настоящего Договора;</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жаңа макетті Жалға берушімен алдын ала келіскен жағдайда, Шарттың қолданылу мерзімі ішінде жарнама материалдарын ауыстыруға;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осуществлять замену рекламных материалов в течение срока действия Договора при условии предварительного согласования нового макета с Арендодателем;</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жарнама алаңына қол жеткізуді және келісілген жұмыстарды жүргізуді ұйымдастыру үшін қажетті ақпаратты Жалға берушіден алуға.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получать от Арендодателя информацию, необходимую для организации доступа к рекламной площади и проведения согласованных работ.</w:t>
            </w:r>
          </w:p>
        </w:tc>
      </w:tr>
      <w:tr w:rsidR="008A314B" w:rsidRPr="00AF630E" w:rsidTr="00AF630E">
        <w:trPr>
          <w:cantSplit/>
        </w:trPr>
        <w:tc>
          <w:tcPr>
            <w:tcW w:w="5159" w:type="dxa"/>
            <w:tcMar>
              <w:top w:w="65" w:type="dxa"/>
              <w:left w:w="65" w:type="dxa"/>
              <w:bottom w:w="65" w:type="dxa"/>
              <w:right w:w="65" w:type="dxa"/>
            </w:tcMar>
          </w:tcPr>
          <w:p w:rsidR="008A314B" w:rsidRPr="00AF630E" w:rsidRDefault="000B72E5" w:rsidP="00D72F4B">
            <w:pPr>
              <w:ind w:firstLine="329"/>
              <w:jc w:val="center"/>
              <w:rPr>
                <w:b/>
                <w:sz w:val="23"/>
                <w:szCs w:val="23"/>
                <w:lang w:val="ru-RU"/>
              </w:rPr>
            </w:pPr>
            <w:r>
              <w:rPr>
                <w:b/>
                <w:sz w:val="23"/>
                <w:szCs w:val="23"/>
                <w:lang w:val="ru-RU"/>
              </w:rPr>
              <w:t>9</w:t>
            </w:r>
            <w:r w:rsidR="00D72F4B">
              <w:rPr>
                <w:b/>
                <w:sz w:val="23"/>
                <w:szCs w:val="23"/>
                <w:lang w:val="ru-RU"/>
              </w:rPr>
              <w:t>.</w:t>
            </w:r>
            <w:r w:rsidR="007738AC" w:rsidRPr="00AF630E">
              <w:rPr>
                <w:b/>
                <w:sz w:val="23"/>
                <w:szCs w:val="23"/>
                <w:lang w:val="ru-RU"/>
              </w:rPr>
              <w:t xml:space="preserve"> ЖАЛҒА БЕРУШІНІҢ ҚҰҚЫҚТАРЫ МЕН МІНДЕТТЕРІ</w:t>
            </w:r>
          </w:p>
        </w:tc>
        <w:tc>
          <w:tcPr>
            <w:tcW w:w="4905" w:type="dxa"/>
            <w:tcMar>
              <w:top w:w="65" w:type="dxa"/>
              <w:left w:w="65" w:type="dxa"/>
              <w:bottom w:w="65" w:type="dxa"/>
              <w:right w:w="65" w:type="dxa"/>
            </w:tcMar>
          </w:tcPr>
          <w:p w:rsidR="008A314B" w:rsidRPr="00AF630E" w:rsidRDefault="000B72E5" w:rsidP="00D72F4B">
            <w:pPr>
              <w:ind w:firstLine="329"/>
              <w:jc w:val="center"/>
              <w:rPr>
                <w:b/>
                <w:sz w:val="23"/>
                <w:szCs w:val="23"/>
              </w:rPr>
            </w:pPr>
            <w:r>
              <w:rPr>
                <w:b/>
                <w:sz w:val="23"/>
                <w:szCs w:val="23"/>
              </w:rPr>
              <w:t>9</w:t>
            </w:r>
            <w:r w:rsidR="00D72F4B">
              <w:rPr>
                <w:b/>
                <w:sz w:val="23"/>
                <w:szCs w:val="23"/>
              </w:rPr>
              <w:t>.</w:t>
            </w:r>
            <w:r w:rsidR="007738AC" w:rsidRPr="00AF630E">
              <w:rPr>
                <w:b/>
                <w:sz w:val="23"/>
                <w:szCs w:val="23"/>
              </w:rPr>
              <w:t xml:space="preserve"> ПРАВА И ОБЯЗАННОСТИ АРЕНДОДАТЕЛЯ</w:t>
            </w:r>
          </w:p>
        </w:tc>
      </w:tr>
      <w:tr w:rsidR="008A314B" w:rsidRPr="00AF630E"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9</w:t>
            </w:r>
            <w:r w:rsidR="00D72F4B">
              <w:rPr>
                <w:sz w:val="23"/>
                <w:szCs w:val="23"/>
              </w:rPr>
              <w:t>.</w:t>
            </w:r>
            <w:r w:rsidR="007738AC" w:rsidRPr="00AF630E">
              <w:rPr>
                <w:sz w:val="23"/>
                <w:szCs w:val="23"/>
              </w:rPr>
              <w:t>1. Жалға беруші міндетті: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9</w:t>
            </w:r>
            <w:r w:rsidR="00D72F4B">
              <w:rPr>
                <w:sz w:val="23"/>
                <w:szCs w:val="23"/>
              </w:rPr>
              <w:t>.</w:t>
            </w:r>
            <w:r w:rsidR="007738AC" w:rsidRPr="00AF630E">
              <w:rPr>
                <w:sz w:val="23"/>
                <w:szCs w:val="23"/>
              </w:rPr>
              <w:t>1. Арендодатель обязан:</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Жалға алушыға осы Шартқа сәйкес жарнама алаңын пайдалану мүмкіндігін беруге;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предоставить Арендатору возможность использования рекламной площади в соответствии с настоящим Договором;</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жарнама алаңын бастапқы және қорытынды қарап-тексеруге өз өкілінің қатысуын қамтамасыз етуге;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обеспечить участие своего представителя при проведении первоначального и итогового осмотра рекламной площади;</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жарнама макетін алған күннен бастап 3 (үш) жұмыс күні ішінде оны келісуге не ескертулерді көрсете отырып, Жалға алушыға дәлелді бас тартуды жіберуге;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в течение 3 (трёх) рабочих дней со дня получения рекламного макета согласовать его либо направить Арендатору мотивированный отказ с указанием замечаний;</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lastRenderedPageBreak/>
              <w:t>анықталған бұзушылықтар мен жарнама материалдарының кемшіліктері туралы Жалға алушыға хабарлауға.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уведомлять Арендатора о выявленных нарушениях и недостатках рекламных материалов.</w:t>
            </w:r>
          </w:p>
        </w:tc>
      </w:tr>
      <w:tr w:rsidR="008A314B" w:rsidRPr="00AF630E"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9</w:t>
            </w:r>
            <w:r w:rsidR="00D72F4B">
              <w:rPr>
                <w:sz w:val="23"/>
                <w:szCs w:val="23"/>
              </w:rPr>
              <w:t>.</w:t>
            </w:r>
            <w:r w:rsidR="007738AC" w:rsidRPr="00AF630E">
              <w:rPr>
                <w:sz w:val="23"/>
                <w:szCs w:val="23"/>
              </w:rPr>
              <w:t>2. Жалға беруші құқылы: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9</w:t>
            </w:r>
            <w:r w:rsidR="00D72F4B">
              <w:rPr>
                <w:sz w:val="23"/>
                <w:szCs w:val="23"/>
              </w:rPr>
              <w:t>.</w:t>
            </w:r>
            <w:r w:rsidR="007738AC" w:rsidRPr="00AF630E">
              <w:rPr>
                <w:sz w:val="23"/>
                <w:szCs w:val="23"/>
              </w:rPr>
              <w:t>2. Арендодатель вправе:</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жалдау ақысының уақтылы төленуін талап етуге;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требовать своевременной оплаты арендной платы;</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Шарттың бүкіл қолданылу мерзімі ішінде жарнама алаңын қарап-тексеруге;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осуществлять осмотр рекламной площади в течение всего срока действия Договора;</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орналастырылатын жарнама материалдарының келісілген макеттерге сәйкестігін бақылауға;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контролировать соответствие размещаемых рекламных материалов согласованным макетам;</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егер жарнаманың мазмұны немесе оны орналастыру тәсілі Қазақстан Республикасының заңнамасын, қауіпсіздік талаптарын, Шарт талаптарын бұзса не келісілген макетке сәйкес келмесе, жарнаманы орналастыруды дереу тоқтатуды талап етуге;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потребовать незамедлительного прекращения размещения рекламы, если ее содержание или способ размещения нарушают законодательство Республики Казахстан, требования безопасности, условия Договора либо не соответствуют согласованному макету;</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тиісті сыртқы түрін жоғалтқан жарнама материалдарын ауыстыруды талап етуге;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требовать замены рекламных материалов, потерявших надлежащий внешний вид;</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Жалға алушыдан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xml:space="preserve"> объектілеріне келтірілген зақымдарды жоюды талап етуге;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требовать устранения Арендатором повреждений, причиненных объектам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-ның қауіпсіз және үздіксіз пайдаланылуын қамтамасыз етуге байланысты авариялық, жөндеу, регламенттік және өзге де жұмыстарды жүргізу кезеңінде жарнама алаңына қол жеткізуді шектеуге;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ограничивать доступ к рекламной площади на период проведения аварийных, ремонтных, регламентных и иных работ, связанных с обеспечением безопасной и бесперебойной эксплуатации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осы Шартта және Қазақстан Республикасының заңнамасында көзделген өзге де құқықтарды жүзеге асыруға;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осуществлять иные права, предусмотренные настоящим Договором и законодательством Республики Казахстан;</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жалдау ақысы мерзімінде төленбеген жағдайда осы Шартта көзделген мөлшерде және тәртіппен өсімпұл есептеуге және оның төленуін талап етуге.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начислять и требовать уплаты пени в случае просрочки внесения арендной платы в размере и порядке, предусмотренных настоящим Договором.</w:t>
            </w:r>
          </w:p>
        </w:tc>
      </w:tr>
      <w:tr w:rsidR="008A314B" w:rsidRPr="00AF630E" w:rsidTr="00AF630E">
        <w:trPr>
          <w:cantSplit/>
        </w:trPr>
        <w:tc>
          <w:tcPr>
            <w:tcW w:w="5159" w:type="dxa"/>
            <w:tcMar>
              <w:top w:w="65" w:type="dxa"/>
              <w:left w:w="65" w:type="dxa"/>
              <w:bottom w:w="65" w:type="dxa"/>
              <w:right w:w="65" w:type="dxa"/>
            </w:tcMar>
          </w:tcPr>
          <w:p w:rsidR="008A314B" w:rsidRPr="00AF630E" w:rsidRDefault="000B72E5" w:rsidP="00D72F4B">
            <w:pPr>
              <w:ind w:firstLine="329"/>
              <w:jc w:val="center"/>
              <w:rPr>
                <w:b/>
                <w:sz w:val="23"/>
                <w:szCs w:val="23"/>
              </w:rPr>
            </w:pPr>
            <w:r>
              <w:rPr>
                <w:b/>
                <w:sz w:val="23"/>
                <w:szCs w:val="23"/>
              </w:rPr>
              <w:t>10</w:t>
            </w:r>
            <w:r w:rsidR="00D72F4B">
              <w:rPr>
                <w:b/>
                <w:sz w:val="23"/>
                <w:szCs w:val="23"/>
              </w:rPr>
              <w:t>.</w:t>
            </w:r>
            <w:r w:rsidR="007738AC" w:rsidRPr="00AF630E">
              <w:rPr>
                <w:b/>
                <w:sz w:val="23"/>
                <w:szCs w:val="23"/>
              </w:rPr>
              <w:t xml:space="preserve"> ТАРАПТАРДЫҢ ЖАУАПКЕРШІЛІГІ</w:t>
            </w:r>
          </w:p>
        </w:tc>
        <w:tc>
          <w:tcPr>
            <w:tcW w:w="4905" w:type="dxa"/>
            <w:tcMar>
              <w:top w:w="65" w:type="dxa"/>
              <w:left w:w="65" w:type="dxa"/>
              <w:bottom w:w="65" w:type="dxa"/>
              <w:right w:w="65" w:type="dxa"/>
            </w:tcMar>
          </w:tcPr>
          <w:p w:rsidR="008A314B" w:rsidRPr="00AF630E" w:rsidRDefault="000B72E5" w:rsidP="00D72F4B">
            <w:pPr>
              <w:ind w:firstLine="329"/>
              <w:jc w:val="center"/>
              <w:rPr>
                <w:b/>
                <w:sz w:val="23"/>
                <w:szCs w:val="23"/>
              </w:rPr>
            </w:pPr>
            <w:r>
              <w:rPr>
                <w:b/>
                <w:sz w:val="23"/>
                <w:szCs w:val="23"/>
              </w:rPr>
              <w:t>10</w:t>
            </w:r>
            <w:r w:rsidR="00D72F4B">
              <w:rPr>
                <w:b/>
                <w:sz w:val="23"/>
                <w:szCs w:val="23"/>
              </w:rPr>
              <w:t>.</w:t>
            </w:r>
            <w:r w:rsidR="007738AC" w:rsidRPr="00AF630E">
              <w:rPr>
                <w:b/>
                <w:sz w:val="23"/>
                <w:szCs w:val="23"/>
              </w:rPr>
              <w:t xml:space="preserve"> ОТВЕТСТВЕННОСТЬ СТОРОН</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10</w:t>
            </w:r>
            <w:r w:rsidR="00D72F4B">
              <w:rPr>
                <w:sz w:val="23"/>
                <w:szCs w:val="23"/>
              </w:rPr>
              <w:t>.</w:t>
            </w:r>
            <w:r w:rsidR="007738AC" w:rsidRPr="00AF630E">
              <w:rPr>
                <w:sz w:val="23"/>
                <w:szCs w:val="23"/>
              </w:rPr>
              <w:t>1. Осы Шарт бойынша міндеттемелерді орындамағаны не тиісінше орындамағаны үшін Тараптар осы Шартқа және Қазақстан Республикасының заңнамасына сәйкес жауапты болады.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1. За неисполнение либо ненадлежащее исполнение обязательств по настоящему Договору Стороны несут ответственность в соответствии с настоящим Договором и законодательством Республики Казахстан.</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2. Жалдау ақысын төлеу мерзімі кешіктірілген жағдайда Жалға алушы Жалға берушіге мерзімі өткен төлем сомасының әрбір күнтізбелік кешіктірілген күні үшін 0,1 % мөлшерінде, бірақ берешек сомасының 10 %-ынан аспайтын өсімпұл төлейді.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2. В случае просрочки внесения арендной платы Арендатор уплачивает Арендодателю пеню в размере 0,1 % от суммы просроченного платежа за каждый календарный день просрочки, но не более 10 % от суммы задолженности.</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lastRenderedPageBreak/>
              <w:t>10</w:t>
            </w:r>
            <w:r w:rsidR="00D72F4B">
              <w:rPr>
                <w:sz w:val="23"/>
                <w:szCs w:val="23"/>
                <w:lang w:val="ru-RU"/>
              </w:rPr>
              <w:t>.</w:t>
            </w:r>
            <w:r w:rsidR="007738AC" w:rsidRPr="00AF630E">
              <w:rPr>
                <w:sz w:val="23"/>
                <w:szCs w:val="23"/>
                <w:lang w:val="ru-RU"/>
              </w:rPr>
              <w:t>3. Тұрақсыздық айыбын төлеу Жалға алушыны осы Шарт бойынша міндеттемелерін орындаудан босатпайды.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3. Уплата неустойки не освобождает Арендатора от исполнения обязательств по настоящему Договору.</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4. Жалға алушы орналастырылатын жарнаманың мазмұны және жарнама материалдарының Қазақстан Республикасының заңнамасына сәйкестігі үшін жауапты болады.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4. Арендатор несет ответственность за содержание размещаемой рекламы и соответствие рекламных материалов законодательству Республики Казахстан.</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5. Жалға алушы жарнама материалдарына қатысты үшінші тұлғалардың, оның ішінде авторлық, сабақтас және өзге де зияткерлік құқықтардың бұзылуына байланысты талаптар қоюымен байланысты тәуекелдерді өзіне алады.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5. Арендатор принимает на себя риски, связанные с предъявлением третьими лицами требований относительно рекламных материалов, в том числе требований, связанных с нарушением авторских, смежных и иных интеллектуальных прав.</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6. Жалға алушының әрекеті немесе әрекетсіздігі салдарынан Жалға берушіге талаптар, наразылықтар, талап қоюлар, айыппұлдар не өзге де санкциялар қойылған жағдайда, Жалға алушы мұндай талаптарды өзі реттеуге және Жалға берушінің құжатпен расталған залалдары мен шығыстарын өтеуге міндетті.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6. В случае предъявления к Арендодателю требований, претензий, исков, штрафов либо иных санкций вследствие действий или бездействия Арендатора последний обязан урегулировать такие требования самостоятельно и возместить Арендодателю документально подтвержденные убытки и расходы.</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7. Жалға алушы, оның жұмыскерлері, мердігерлері немесе ол тартқан үшінші тұлғалар жарнама алаңына немесе Жалға берушінің өзге де мүлкіне залал келтірген жағдайда, Жалға алушы зақымдалған мүлікті өз есебінен қалпына келтіруге не оны қалпына келтіру құнын өтеуге міндетті.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7. В случае причинения Арендатором, его работниками, подрядчиками или привлеченными им третьими лицами ущерба рекламной площади или иному имуществу Арендодателя Арендатор обязан восстановить поврежденное имущество за свой счет либо возместить стоимость его восстановления.</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8. Жалдау басталғанға дейінгі жарнама алаңының жай-күйі Жарнама алаңын беру кезіндегі қарап-тексеру актісі негізінде айқындалады.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8. Состояние рекламной площади до начала аренды определяется на основании Акта осмотра рекламной площади при передаче.</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9. Жалдау тоқтатылғаннан кейінгі жарнама алаңының жай-күйі Жарнама алаңын қабылдау кезіндегі қарап-тексеру актісі негізінде айқындалады.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w:t>
            </w:r>
            <w:r w:rsidR="00D72F4B">
              <w:rPr>
                <w:sz w:val="23"/>
                <w:szCs w:val="23"/>
                <w:lang w:val="ru-RU"/>
              </w:rPr>
              <w:t>.</w:t>
            </w:r>
            <w:r w:rsidR="007738AC" w:rsidRPr="00AF630E">
              <w:rPr>
                <w:sz w:val="23"/>
                <w:szCs w:val="23"/>
                <w:lang w:val="ru-RU"/>
              </w:rPr>
              <w:t>9. Состояние рекламной площади после прекращения аренды определяется на основании Акта осмотра рекламной площади при приеме.</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10.10</w:t>
            </w:r>
            <w:r w:rsidR="00D72F4B">
              <w:rPr>
                <w:sz w:val="23"/>
                <w:szCs w:val="23"/>
                <w:lang w:val="ru-RU"/>
              </w:rPr>
              <w:t>.</w:t>
            </w:r>
            <w:r w:rsidR="007738AC" w:rsidRPr="00AF630E">
              <w:rPr>
                <w:sz w:val="23"/>
                <w:szCs w:val="23"/>
                <w:lang w:val="ru-RU"/>
              </w:rPr>
              <w:t xml:space="preserve"> Дау болған жағдайда келтірілген залалдың құнын айқындау шығыстарын кінәлі Тарап көтереді.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10.10</w:t>
            </w:r>
            <w:r w:rsidR="00D72F4B">
              <w:rPr>
                <w:sz w:val="23"/>
                <w:szCs w:val="23"/>
                <w:lang w:val="ru-RU"/>
              </w:rPr>
              <w:t>.</w:t>
            </w:r>
            <w:r w:rsidR="007738AC" w:rsidRPr="00AF630E">
              <w:rPr>
                <w:sz w:val="23"/>
                <w:szCs w:val="23"/>
                <w:lang w:val="ru-RU"/>
              </w:rPr>
              <w:t xml:space="preserve"> Расходы на определение стоимости причиненного ущерба при наличии спора несет виновная Сторона.</w:t>
            </w:r>
          </w:p>
        </w:tc>
      </w:tr>
      <w:tr w:rsidR="008A314B" w:rsidRPr="00AF630E" w:rsidTr="00AF630E">
        <w:trPr>
          <w:cantSplit/>
        </w:trPr>
        <w:tc>
          <w:tcPr>
            <w:tcW w:w="5159" w:type="dxa"/>
            <w:tcMar>
              <w:top w:w="65" w:type="dxa"/>
              <w:left w:w="65" w:type="dxa"/>
              <w:bottom w:w="65" w:type="dxa"/>
              <w:right w:w="65" w:type="dxa"/>
            </w:tcMar>
          </w:tcPr>
          <w:p w:rsidR="008A314B" w:rsidRPr="00AF630E" w:rsidRDefault="000B72E5" w:rsidP="00D72F4B">
            <w:pPr>
              <w:ind w:firstLine="329"/>
              <w:jc w:val="center"/>
              <w:rPr>
                <w:b/>
                <w:sz w:val="23"/>
                <w:szCs w:val="23"/>
              </w:rPr>
            </w:pPr>
            <w:r>
              <w:rPr>
                <w:b/>
                <w:sz w:val="23"/>
                <w:szCs w:val="23"/>
              </w:rPr>
              <w:t>11</w:t>
            </w:r>
            <w:r w:rsidR="00D72F4B">
              <w:rPr>
                <w:b/>
                <w:sz w:val="23"/>
                <w:szCs w:val="23"/>
              </w:rPr>
              <w:t>.</w:t>
            </w:r>
            <w:r w:rsidR="007738AC" w:rsidRPr="00AF630E">
              <w:rPr>
                <w:b/>
                <w:sz w:val="23"/>
                <w:szCs w:val="23"/>
              </w:rPr>
              <w:t xml:space="preserve"> ШАРТТЫ МЕРЗІМІНЕН БҰРЫН БҰЗУ</w:t>
            </w:r>
          </w:p>
        </w:tc>
        <w:tc>
          <w:tcPr>
            <w:tcW w:w="4905" w:type="dxa"/>
            <w:tcMar>
              <w:top w:w="65" w:type="dxa"/>
              <w:left w:w="65" w:type="dxa"/>
              <w:bottom w:w="65" w:type="dxa"/>
              <w:right w:w="65" w:type="dxa"/>
            </w:tcMar>
          </w:tcPr>
          <w:p w:rsidR="008A314B" w:rsidRPr="00AF630E" w:rsidRDefault="000B72E5" w:rsidP="00D72F4B">
            <w:pPr>
              <w:ind w:firstLine="329"/>
              <w:jc w:val="center"/>
              <w:rPr>
                <w:b/>
                <w:sz w:val="23"/>
                <w:szCs w:val="23"/>
              </w:rPr>
            </w:pPr>
            <w:r>
              <w:rPr>
                <w:b/>
                <w:sz w:val="23"/>
                <w:szCs w:val="23"/>
              </w:rPr>
              <w:t>11</w:t>
            </w:r>
            <w:r w:rsidR="00D72F4B">
              <w:rPr>
                <w:b/>
                <w:sz w:val="23"/>
                <w:szCs w:val="23"/>
              </w:rPr>
              <w:t>.</w:t>
            </w:r>
            <w:r w:rsidR="007738AC" w:rsidRPr="00AF630E">
              <w:rPr>
                <w:b/>
                <w:sz w:val="23"/>
                <w:szCs w:val="23"/>
              </w:rPr>
              <w:t xml:space="preserve"> ДОСРОЧНОЕ РАСТОРЖЕНИЕ ДОГОВОРА</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11</w:t>
            </w:r>
            <w:r w:rsidR="00D72F4B">
              <w:rPr>
                <w:sz w:val="23"/>
                <w:szCs w:val="23"/>
              </w:rPr>
              <w:t>.</w:t>
            </w:r>
            <w:r w:rsidR="007738AC" w:rsidRPr="00AF630E">
              <w:rPr>
                <w:sz w:val="23"/>
                <w:szCs w:val="23"/>
              </w:rPr>
              <w:t>1. Осы Шарт мерзімінен бұрын бұзылуы мүмкін:</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11</w:t>
            </w:r>
            <w:r w:rsidR="00D72F4B">
              <w:rPr>
                <w:sz w:val="23"/>
                <w:szCs w:val="23"/>
                <w:lang w:val="ru-RU"/>
              </w:rPr>
              <w:t>.</w:t>
            </w:r>
            <w:r w:rsidR="007738AC" w:rsidRPr="00AF630E">
              <w:rPr>
                <w:sz w:val="23"/>
                <w:szCs w:val="23"/>
                <w:lang w:val="ru-RU"/>
              </w:rPr>
              <w:t>1. Настоящий Договор может быть досрочно расторгнут:</w:t>
            </w:r>
          </w:p>
        </w:tc>
      </w:tr>
      <w:tr w:rsidR="008A314B" w:rsidRPr="00AF630E"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Тараптардың келісімі бойынша;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по соглашению Сторон;</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осы Шартта көзделген жағдайларда Жалға берушінің бастамасы бойынша;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по инициативе Арендодателя в случаях, предусмотренных настоящим Договором;</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осы Шартта белгіленген тәртіппен Жалға алушының бастамасы бойынша;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по инициативе Арендатора в порядке, установленном настоящим Договором;</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Қазақстан Республикасының заңнамасында көзделген өзге де негіздер бойынша.</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по иным основаниям, предусмотренным законодательством Республики Казахстан.</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lastRenderedPageBreak/>
              <w:t>11</w:t>
            </w:r>
            <w:r w:rsidR="00D72F4B">
              <w:rPr>
                <w:sz w:val="23"/>
                <w:szCs w:val="23"/>
                <w:lang w:val="ru-RU"/>
              </w:rPr>
              <w:t>.</w:t>
            </w:r>
            <w:r w:rsidR="007738AC" w:rsidRPr="00AF630E">
              <w:rPr>
                <w:sz w:val="23"/>
                <w:szCs w:val="23"/>
                <w:lang w:val="ru-RU"/>
              </w:rPr>
              <w:t>2. Жалға беруші мынадай жағдайларда осы Шартты біржақты соттан тыс тәртіппен бұзуға құқылы: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11</w:t>
            </w:r>
            <w:r w:rsidR="00D72F4B">
              <w:rPr>
                <w:sz w:val="23"/>
                <w:szCs w:val="23"/>
                <w:lang w:val="ru-RU"/>
              </w:rPr>
              <w:t>.</w:t>
            </w:r>
            <w:r w:rsidR="007738AC" w:rsidRPr="00AF630E">
              <w:rPr>
                <w:sz w:val="23"/>
                <w:szCs w:val="23"/>
                <w:lang w:val="ru-RU"/>
              </w:rPr>
              <w:t>2. Арендодатель вправе в одностороннем внесудебном порядке расторгнуть настоящий Договор в случае:</w:t>
            </w:r>
          </w:p>
        </w:tc>
      </w:tr>
      <w:tr w:rsidR="008A314B" w:rsidRPr="00D263F5" w:rsidTr="00AF630E">
        <w:trPr>
          <w:cantSplit/>
        </w:trPr>
        <w:tc>
          <w:tcPr>
            <w:tcW w:w="5159" w:type="dxa"/>
            <w:tcMar>
              <w:top w:w="65" w:type="dxa"/>
              <w:left w:w="65" w:type="dxa"/>
              <w:bottom w:w="65" w:type="dxa"/>
              <w:right w:w="65" w:type="dxa"/>
            </w:tcMar>
          </w:tcPr>
          <w:p w:rsidR="008A314B" w:rsidRPr="00080C2E" w:rsidRDefault="007738AC" w:rsidP="00D72F4B">
            <w:pPr>
              <w:ind w:firstLine="329"/>
              <w:jc w:val="both"/>
              <w:rPr>
                <w:sz w:val="23"/>
                <w:szCs w:val="23"/>
                <w:lang w:val="ru-RU"/>
              </w:rPr>
            </w:pPr>
            <w:r w:rsidRPr="00AF630E">
              <w:rPr>
                <w:sz w:val="23"/>
                <w:szCs w:val="23"/>
                <w:lang w:val="ru-RU"/>
              </w:rPr>
              <w:t>Жалға</w:t>
            </w:r>
            <w:r w:rsidRPr="00080C2E">
              <w:rPr>
                <w:sz w:val="23"/>
                <w:szCs w:val="23"/>
                <w:lang w:val="ru-RU"/>
              </w:rPr>
              <w:t xml:space="preserve"> </w:t>
            </w:r>
            <w:r w:rsidRPr="00AF630E">
              <w:rPr>
                <w:sz w:val="23"/>
                <w:szCs w:val="23"/>
                <w:lang w:val="ru-RU"/>
              </w:rPr>
              <w:t>алушы</w:t>
            </w:r>
            <w:r w:rsidRPr="00080C2E">
              <w:rPr>
                <w:sz w:val="23"/>
                <w:szCs w:val="23"/>
                <w:lang w:val="ru-RU"/>
              </w:rPr>
              <w:t xml:space="preserve"> </w:t>
            </w:r>
            <w:r w:rsidRPr="00AF630E">
              <w:rPr>
                <w:sz w:val="23"/>
                <w:szCs w:val="23"/>
                <w:lang w:val="ru-RU"/>
              </w:rPr>
              <w:t>жалдау</w:t>
            </w:r>
            <w:r w:rsidRPr="00080C2E">
              <w:rPr>
                <w:sz w:val="23"/>
                <w:szCs w:val="23"/>
                <w:lang w:val="ru-RU"/>
              </w:rPr>
              <w:t xml:space="preserve"> </w:t>
            </w:r>
            <w:r w:rsidRPr="00AF630E">
              <w:rPr>
                <w:sz w:val="23"/>
                <w:szCs w:val="23"/>
                <w:lang w:val="ru-RU"/>
              </w:rPr>
              <w:t>ақысын</w:t>
            </w:r>
            <w:r w:rsidRPr="00080C2E">
              <w:rPr>
                <w:sz w:val="23"/>
                <w:szCs w:val="23"/>
                <w:lang w:val="ru-RU"/>
              </w:rPr>
              <w:t xml:space="preserve"> </w:t>
            </w:r>
            <w:r w:rsidRPr="00AF630E">
              <w:rPr>
                <w:sz w:val="23"/>
                <w:szCs w:val="23"/>
                <w:lang w:val="ru-RU"/>
              </w:rPr>
              <w:t>төлеу</w:t>
            </w:r>
            <w:r w:rsidRPr="00080C2E">
              <w:rPr>
                <w:sz w:val="23"/>
                <w:szCs w:val="23"/>
                <w:lang w:val="ru-RU"/>
              </w:rPr>
              <w:t xml:space="preserve"> </w:t>
            </w:r>
            <w:r w:rsidRPr="00AF630E">
              <w:rPr>
                <w:sz w:val="23"/>
                <w:szCs w:val="23"/>
                <w:lang w:val="ru-RU"/>
              </w:rPr>
              <w:t>мерзімін</w:t>
            </w:r>
            <w:r w:rsidRPr="00080C2E">
              <w:rPr>
                <w:sz w:val="23"/>
                <w:szCs w:val="23"/>
                <w:lang w:val="ru-RU"/>
              </w:rPr>
              <w:t xml:space="preserve"> </w:t>
            </w:r>
            <w:r w:rsidRPr="00AF630E">
              <w:rPr>
                <w:sz w:val="23"/>
                <w:szCs w:val="23"/>
                <w:lang w:val="ru-RU"/>
              </w:rPr>
              <w:t>екі</w:t>
            </w:r>
            <w:r w:rsidRPr="00080C2E">
              <w:rPr>
                <w:sz w:val="23"/>
                <w:szCs w:val="23"/>
                <w:lang w:val="ru-RU"/>
              </w:rPr>
              <w:t xml:space="preserve"> </w:t>
            </w:r>
            <w:r w:rsidRPr="00AF630E">
              <w:rPr>
                <w:sz w:val="23"/>
                <w:szCs w:val="23"/>
                <w:lang w:val="ru-RU"/>
              </w:rPr>
              <w:t>реттен</w:t>
            </w:r>
            <w:r w:rsidRPr="00080C2E">
              <w:rPr>
                <w:sz w:val="23"/>
                <w:szCs w:val="23"/>
                <w:lang w:val="ru-RU"/>
              </w:rPr>
              <w:t xml:space="preserve"> </w:t>
            </w:r>
            <w:r w:rsidRPr="00AF630E">
              <w:rPr>
                <w:sz w:val="23"/>
                <w:szCs w:val="23"/>
                <w:lang w:val="ru-RU"/>
              </w:rPr>
              <w:t>артық</w:t>
            </w:r>
            <w:r w:rsidRPr="00080C2E">
              <w:rPr>
                <w:sz w:val="23"/>
                <w:szCs w:val="23"/>
                <w:lang w:val="ru-RU"/>
              </w:rPr>
              <w:t xml:space="preserve"> </w:t>
            </w:r>
            <w:r w:rsidRPr="00AF630E">
              <w:rPr>
                <w:sz w:val="23"/>
                <w:szCs w:val="23"/>
                <w:lang w:val="ru-RU"/>
              </w:rPr>
              <w:t>бұзған</w:t>
            </w:r>
            <w:r w:rsidRPr="00080C2E">
              <w:rPr>
                <w:sz w:val="23"/>
                <w:szCs w:val="23"/>
                <w:lang w:val="ru-RU"/>
              </w:rPr>
              <w:t xml:space="preserve"> </w:t>
            </w:r>
            <w:r w:rsidRPr="00AF630E">
              <w:rPr>
                <w:sz w:val="23"/>
                <w:szCs w:val="23"/>
                <w:lang w:val="ru-RU"/>
              </w:rPr>
              <w:t>кезде</w:t>
            </w:r>
            <w:r w:rsidRPr="00080C2E">
              <w:rPr>
                <w:sz w:val="23"/>
                <w:szCs w:val="23"/>
                <w:lang w:val="ru-RU"/>
              </w:rPr>
              <w:t>;</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нарушения Арендатором срока оплаты арендной платы более двух раз;</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жалдау ақысы бойынша 10 (он) күнтізбелік күннен астам берешек болған кезде;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наличия задолженности по арендной плате более 10 (десяти) календарных дней;</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жарнама алаңы нысаналы мақсатына сай пайдаланылмаған кезде;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использования рекламной площади не по целевому назначению;</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жарнама алаңы Жалға берушінің жазбаша келісімінсіз үшінші тұлғаларға берілген кезде;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передачи рекламной площади третьим лицам без письменного согласия Арендодателя;</w:t>
            </w:r>
          </w:p>
        </w:tc>
      </w:tr>
      <w:tr w:rsidR="008A314B" w:rsidRPr="00AF630E"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келісілмеген жарнама материалы орналастырылған кезде;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rPr>
            </w:pPr>
            <w:r w:rsidRPr="00AF630E">
              <w:rPr>
                <w:sz w:val="23"/>
                <w:szCs w:val="23"/>
              </w:rPr>
              <w:t>размещения несогласованного рекламного материала;</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Қазақстан Республикасының заңнамасына қайшы келетін жарнама материалы орналастырылған кезде;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размещения рекламного материала, противоречащего законодательству Республики Казахстан;</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xml:space="preserve"> объектілеріне залал келтіріліп, мұндай залал Жалға беруші белгілеген мерзімде жойылмаған кезде;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xml:space="preserve">причинения ущерба объектам </w:t>
            </w:r>
            <w:r w:rsidRPr="00AF630E">
              <w:rPr>
                <w:sz w:val="23"/>
                <w:szCs w:val="23"/>
              </w:rPr>
              <w:t>Tarlan</w:t>
            </w:r>
            <w:r w:rsidRPr="00AF630E">
              <w:rPr>
                <w:sz w:val="23"/>
                <w:szCs w:val="23"/>
                <w:lang w:val="ru-RU"/>
              </w:rPr>
              <w:t xml:space="preserve"> </w:t>
            </w:r>
            <w:r w:rsidRPr="00AF630E">
              <w:rPr>
                <w:sz w:val="23"/>
                <w:szCs w:val="23"/>
              </w:rPr>
              <w:t>Astana</w:t>
            </w:r>
            <w:r w:rsidRPr="00AF630E">
              <w:rPr>
                <w:sz w:val="23"/>
                <w:szCs w:val="23"/>
                <w:lang w:val="ru-RU"/>
              </w:rPr>
              <w:t xml:space="preserve"> и неустранения такого ущерба в установленный Арендодателем срок;</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Жалға берушінің жазбаша талаптары бірнеше рет орындалмаған кезде;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неоднократного невыполнения письменных требований Арендодателя;</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монтаждау немесе бөлшектеу жұмыстарын жүргізу кезінде қауіпсіздік талаптары бұзылған кезде;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нарушения требований безопасности при проведении монтажных или демонтажных работ;</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осы Шарттың өзге талаптары елеулі түрде бұзылған кезде.</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существенного нарушения иных условий настоящего Договора.</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11</w:t>
            </w:r>
            <w:r w:rsidR="00D72F4B">
              <w:rPr>
                <w:sz w:val="23"/>
                <w:szCs w:val="23"/>
                <w:lang w:val="ru-RU"/>
              </w:rPr>
              <w:t>.</w:t>
            </w:r>
            <w:r w:rsidR="007738AC" w:rsidRPr="00AF630E">
              <w:rPr>
                <w:sz w:val="23"/>
                <w:szCs w:val="23"/>
                <w:lang w:val="ru-RU"/>
              </w:rPr>
              <w:t>3. Осы Шарт мерзімінен бұрын бұзылған жағдайда оны бұзуға бастамашы болған Тарап екінші Тарапқа Шартты бұзу туралы жазбаша хабарлама жібереді. Бұл ретте осы Шарт екінші Тарап тиісті хабарламаны алған күннен бастап 10 күнтізбелік күн өткен соң бұзылды деп есептеледі.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11</w:t>
            </w:r>
            <w:r w:rsidR="00D72F4B">
              <w:rPr>
                <w:sz w:val="23"/>
                <w:szCs w:val="23"/>
                <w:lang w:val="ru-RU"/>
              </w:rPr>
              <w:t>.</w:t>
            </w:r>
            <w:r w:rsidR="007738AC" w:rsidRPr="00AF630E">
              <w:rPr>
                <w:sz w:val="23"/>
                <w:szCs w:val="23"/>
                <w:lang w:val="ru-RU"/>
              </w:rPr>
              <w:t>3. В случае досрочного расторжения настоящего Договора Сторона, инициирующая его расторжение, направляет другой Стороне письменное уведомление о расторжении Договора. При этом настоящий Договор считается расторгнутым по истечении 10 календарных дней с даты получения другой Стороной соответствующего уведомления.</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11</w:t>
            </w:r>
            <w:r w:rsidR="00D72F4B">
              <w:rPr>
                <w:sz w:val="23"/>
                <w:szCs w:val="23"/>
                <w:lang w:val="ru-RU"/>
              </w:rPr>
              <w:t>.</w:t>
            </w:r>
            <w:r w:rsidR="007738AC" w:rsidRPr="00AF630E">
              <w:rPr>
                <w:sz w:val="23"/>
                <w:szCs w:val="23"/>
                <w:lang w:val="ru-RU"/>
              </w:rPr>
              <w:t xml:space="preserve">4. Егер бұзушылық жолаушылардың өміріне немесе денсаулығына, қозғалыс қауіпсіздігіне, мүліктің сақталуына не </w:t>
            </w:r>
            <w:r w:rsidR="007738AC" w:rsidRPr="00AF630E">
              <w:rPr>
                <w:sz w:val="23"/>
                <w:szCs w:val="23"/>
              </w:rPr>
              <w:t>Tarlan</w:t>
            </w:r>
            <w:r w:rsidR="007738AC" w:rsidRPr="00AF630E">
              <w:rPr>
                <w:sz w:val="23"/>
                <w:szCs w:val="23"/>
                <w:lang w:val="ru-RU"/>
              </w:rPr>
              <w:t xml:space="preserve"> </w:t>
            </w:r>
            <w:r w:rsidR="007738AC" w:rsidRPr="00AF630E">
              <w:rPr>
                <w:sz w:val="23"/>
                <w:szCs w:val="23"/>
              </w:rPr>
              <w:t>Astana</w:t>
            </w:r>
            <w:r w:rsidR="007738AC" w:rsidRPr="00AF630E">
              <w:rPr>
                <w:sz w:val="23"/>
                <w:szCs w:val="23"/>
                <w:lang w:val="ru-RU"/>
              </w:rPr>
              <w:t>-ның қалыпты пайдаланылуына қатер төндірсе, Жалға беруші жұмыстарды дереу тоқтатуды және (немесе) жарнама материалдарын бөлшектеуді талап етуге құқылы.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11</w:t>
            </w:r>
            <w:r w:rsidR="00D72F4B">
              <w:rPr>
                <w:sz w:val="23"/>
                <w:szCs w:val="23"/>
                <w:lang w:val="ru-RU"/>
              </w:rPr>
              <w:t>.</w:t>
            </w:r>
            <w:r w:rsidR="007738AC" w:rsidRPr="00AF630E">
              <w:rPr>
                <w:sz w:val="23"/>
                <w:szCs w:val="23"/>
                <w:lang w:val="ru-RU"/>
              </w:rPr>
              <w:t xml:space="preserve">4. Если нарушение создает угрозу жизни или здоровью пассажиров, безопасности движения, сохранности имущества либо нормальной эксплуатации </w:t>
            </w:r>
            <w:r w:rsidR="007738AC" w:rsidRPr="00AF630E">
              <w:rPr>
                <w:sz w:val="23"/>
                <w:szCs w:val="23"/>
              </w:rPr>
              <w:t>Tarlan</w:t>
            </w:r>
            <w:r w:rsidR="007738AC" w:rsidRPr="00AF630E">
              <w:rPr>
                <w:sz w:val="23"/>
                <w:szCs w:val="23"/>
                <w:lang w:val="ru-RU"/>
              </w:rPr>
              <w:t xml:space="preserve"> </w:t>
            </w:r>
            <w:r w:rsidR="007738AC" w:rsidRPr="00AF630E">
              <w:rPr>
                <w:sz w:val="23"/>
                <w:szCs w:val="23"/>
              </w:rPr>
              <w:t>Astana</w:t>
            </w:r>
            <w:r w:rsidR="007738AC" w:rsidRPr="00AF630E">
              <w:rPr>
                <w:sz w:val="23"/>
                <w:szCs w:val="23"/>
                <w:lang w:val="ru-RU"/>
              </w:rPr>
              <w:t>, Арендодатель вправе потребовать немедленного прекращения работ и (или) демонтажа рекламных материалов.</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11</w:t>
            </w:r>
            <w:r w:rsidR="00D72F4B">
              <w:rPr>
                <w:sz w:val="23"/>
                <w:szCs w:val="23"/>
                <w:lang w:val="ru-RU"/>
              </w:rPr>
              <w:t>.</w:t>
            </w:r>
            <w:r w:rsidR="007738AC" w:rsidRPr="00AF630E">
              <w:rPr>
                <w:sz w:val="23"/>
                <w:szCs w:val="23"/>
                <w:lang w:val="ru-RU"/>
              </w:rPr>
              <w:t>5. Шарт тоқтатылған кезде Жалға алушы бар берешекті өтеуге және Жалға беруші белгілеген мерзімде жарнама материалдарын бөлшектеуге міндетті.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11</w:t>
            </w:r>
            <w:r w:rsidR="00D72F4B">
              <w:rPr>
                <w:sz w:val="23"/>
                <w:szCs w:val="23"/>
                <w:lang w:val="ru-RU"/>
              </w:rPr>
              <w:t>.</w:t>
            </w:r>
            <w:r w:rsidR="007738AC" w:rsidRPr="00AF630E">
              <w:rPr>
                <w:sz w:val="23"/>
                <w:szCs w:val="23"/>
                <w:lang w:val="ru-RU"/>
              </w:rPr>
              <w:t>5. При прекращении Договора Арендатор обязан погасить имеющуюся задолженность и произвести демонтаж рекламных материалов в срок, установленный Арендодателем.</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lastRenderedPageBreak/>
              <w:t>11</w:t>
            </w:r>
            <w:r w:rsidR="00D72F4B">
              <w:rPr>
                <w:sz w:val="23"/>
                <w:szCs w:val="23"/>
                <w:lang w:val="ru-RU"/>
              </w:rPr>
              <w:t>.</w:t>
            </w:r>
            <w:r w:rsidR="007738AC" w:rsidRPr="00AF630E">
              <w:rPr>
                <w:sz w:val="23"/>
                <w:szCs w:val="23"/>
                <w:lang w:val="ru-RU"/>
              </w:rPr>
              <w:t>6. Осы Шарттың мерзімінен бұрын тоқтатылуы Жалға алушыны ол тоқтатылған күнге дейін туындаған міндеттемелерді орындаудан босатпайды.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11</w:t>
            </w:r>
            <w:r w:rsidR="00D72F4B">
              <w:rPr>
                <w:sz w:val="23"/>
                <w:szCs w:val="23"/>
                <w:lang w:val="ru-RU"/>
              </w:rPr>
              <w:t>.</w:t>
            </w:r>
            <w:r w:rsidR="007738AC" w:rsidRPr="00AF630E">
              <w:rPr>
                <w:sz w:val="23"/>
                <w:szCs w:val="23"/>
                <w:lang w:val="ru-RU"/>
              </w:rPr>
              <w:t>6. Досрочное прекращение настоящего Договора не освобождает Арендатора от исполнения обязательств, возникших до даты его прекращения.</w:t>
            </w:r>
          </w:p>
        </w:tc>
      </w:tr>
      <w:tr w:rsidR="008A314B" w:rsidRPr="00AF630E" w:rsidTr="00AF630E">
        <w:trPr>
          <w:cantSplit/>
        </w:trPr>
        <w:tc>
          <w:tcPr>
            <w:tcW w:w="5159" w:type="dxa"/>
            <w:tcMar>
              <w:top w:w="65" w:type="dxa"/>
              <w:left w:w="65" w:type="dxa"/>
              <w:bottom w:w="65" w:type="dxa"/>
              <w:right w:w="65" w:type="dxa"/>
            </w:tcMar>
          </w:tcPr>
          <w:p w:rsidR="008A314B" w:rsidRPr="00AF630E" w:rsidRDefault="000B72E5" w:rsidP="00D72F4B">
            <w:pPr>
              <w:ind w:firstLine="329"/>
              <w:jc w:val="center"/>
              <w:rPr>
                <w:b/>
                <w:sz w:val="23"/>
                <w:szCs w:val="23"/>
              </w:rPr>
            </w:pPr>
            <w:r>
              <w:rPr>
                <w:b/>
                <w:sz w:val="23"/>
                <w:szCs w:val="23"/>
              </w:rPr>
              <w:t>12</w:t>
            </w:r>
            <w:r w:rsidR="00D72F4B">
              <w:rPr>
                <w:b/>
                <w:sz w:val="23"/>
                <w:szCs w:val="23"/>
              </w:rPr>
              <w:t>.</w:t>
            </w:r>
            <w:r w:rsidR="007738AC" w:rsidRPr="00AF630E">
              <w:rPr>
                <w:b/>
                <w:sz w:val="23"/>
                <w:szCs w:val="23"/>
              </w:rPr>
              <w:t xml:space="preserve"> ЕҢСЕРІЛМЕЙТІН КҮШ МӘН-ЖАЙЛАРЫ</w:t>
            </w:r>
          </w:p>
        </w:tc>
        <w:tc>
          <w:tcPr>
            <w:tcW w:w="4905" w:type="dxa"/>
            <w:tcMar>
              <w:top w:w="65" w:type="dxa"/>
              <w:left w:w="65" w:type="dxa"/>
              <w:bottom w:w="65" w:type="dxa"/>
              <w:right w:w="65" w:type="dxa"/>
            </w:tcMar>
          </w:tcPr>
          <w:p w:rsidR="008A314B" w:rsidRPr="00AF630E" w:rsidRDefault="000B72E5" w:rsidP="00D72F4B">
            <w:pPr>
              <w:ind w:firstLine="329"/>
              <w:jc w:val="center"/>
              <w:rPr>
                <w:b/>
                <w:sz w:val="23"/>
                <w:szCs w:val="23"/>
              </w:rPr>
            </w:pPr>
            <w:r>
              <w:rPr>
                <w:b/>
                <w:sz w:val="23"/>
                <w:szCs w:val="23"/>
              </w:rPr>
              <w:t>12</w:t>
            </w:r>
            <w:r w:rsidR="00D72F4B">
              <w:rPr>
                <w:b/>
                <w:sz w:val="23"/>
                <w:szCs w:val="23"/>
              </w:rPr>
              <w:t>.</w:t>
            </w:r>
            <w:r w:rsidR="007738AC" w:rsidRPr="00AF630E">
              <w:rPr>
                <w:b/>
                <w:sz w:val="23"/>
                <w:szCs w:val="23"/>
              </w:rPr>
              <w:t xml:space="preserve"> ОБСТОЯТЕЛЬСТВА НЕПРЕОДОЛИМОЙ СИЛЫ</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12</w:t>
            </w:r>
            <w:r w:rsidR="00D72F4B">
              <w:rPr>
                <w:sz w:val="23"/>
                <w:szCs w:val="23"/>
              </w:rPr>
              <w:t>.</w:t>
            </w:r>
            <w:r w:rsidR="007738AC" w:rsidRPr="00AF630E">
              <w:rPr>
                <w:sz w:val="23"/>
                <w:szCs w:val="23"/>
              </w:rPr>
              <w:t>1. Егер осы Шарт бойынша міндеттемелердің толық немесе ішінара орындалмауы осы Шарт жасалғаннан кейін туындаған және Тараптар орынды түрде алдын ала болжай немесе болдырмай қоя алмаған еңсерілмейтін күш мән-жайларының тікелей салдары болса, Тараптар мұндай орындалмағаны үшін жауапкершіліктен босатылады.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12</w:t>
            </w:r>
            <w:r w:rsidR="00D72F4B">
              <w:rPr>
                <w:sz w:val="23"/>
                <w:szCs w:val="23"/>
                <w:lang w:val="ru-RU"/>
              </w:rPr>
              <w:t>.</w:t>
            </w:r>
            <w:r w:rsidR="007738AC" w:rsidRPr="00AF630E">
              <w:rPr>
                <w:sz w:val="23"/>
                <w:szCs w:val="23"/>
                <w:lang w:val="ru-RU"/>
              </w:rPr>
              <w:t>1. Стороны освобождаются от ответственности за полное либо частичное неисполнение обязательств по настоящему Договору, если такое неисполнение явилось непосредственным следствием обстоятельств непреодолимой силы, возникших после заключения настоящего Договора и которые Стороны не могли разумно предвидеть или предотвратить.</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12</w:t>
            </w:r>
            <w:r w:rsidR="00D72F4B">
              <w:rPr>
                <w:sz w:val="23"/>
                <w:szCs w:val="23"/>
                <w:lang w:val="ru-RU"/>
              </w:rPr>
              <w:t>.</w:t>
            </w:r>
            <w:r w:rsidR="007738AC" w:rsidRPr="00AF630E">
              <w:rPr>
                <w:sz w:val="23"/>
                <w:szCs w:val="23"/>
                <w:lang w:val="ru-RU"/>
              </w:rPr>
              <w:t>2. Міндеттемелерді орындау мерзімі еңсерілмейтін күш мән-жайлары мен олардың салдары әрекет еткен кезеңге сәйкес ұзартылады.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12</w:t>
            </w:r>
            <w:r w:rsidR="00D72F4B">
              <w:rPr>
                <w:sz w:val="23"/>
                <w:szCs w:val="23"/>
                <w:lang w:val="ru-RU"/>
              </w:rPr>
              <w:t>.</w:t>
            </w:r>
            <w:r w:rsidR="007738AC" w:rsidRPr="00AF630E">
              <w:rPr>
                <w:sz w:val="23"/>
                <w:szCs w:val="23"/>
                <w:lang w:val="ru-RU"/>
              </w:rPr>
              <w:t>2. Срок исполнения обязательств продлевается соразмерно периоду действия обстоятельств непреодолимой силы и их последствий.</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12</w:t>
            </w:r>
            <w:r w:rsidR="00D72F4B">
              <w:rPr>
                <w:sz w:val="23"/>
                <w:szCs w:val="23"/>
                <w:lang w:val="ru-RU"/>
              </w:rPr>
              <w:t>.</w:t>
            </w:r>
            <w:r w:rsidR="007738AC" w:rsidRPr="00AF630E">
              <w:rPr>
                <w:sz w:val="23"/>
                <w:szCs w:val="23"/>
                <w:lang w:val="ru-RU"/>
              </w:rPr>
              <w:t>3. Міндеттемелерді орындауы мүмкін болмай қалған Тарап еңсерілмейтін күш мән-жайларының басталуы және тоқтатылуы туралы екінші Тарапты 10 (он) күнтізбелік күн ішінде жазбаша хабардар етуге міндетті.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12</w:t>
            </w:r>
            <w:r w:rsidR="00D72F4B">
              <w:rPr>
                <w:sz w:val="23"/>
                <w:szCs w:val="23"/>
                <w:lang w:val="ru-RU"/>
              </w:rPr>
              <w:t>.</w:t>
            </w:r>
            <w:r w:rsidR="007738AC" w:rsidRPr="00AF630E">
              <w:rPr>
                <w:sz w:val="23"/>
                <w:szCs w:val="23"/>
                <w:lang w:val="ru-RU"/>
              </w:rPr>
              <w:t>3. Сторона, для которой возникла невозможность исполнения обязательств, обязана письменно уведомить другую Сторону о наступлении и прекращении обстоятельств непреодолимой силы в течение 10 (десяти) календарных дней.</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12</w:t>
            </w:r>
            <w:r w:rsidR="00D72F4B">
              <w:rPr>
                <w:sz w:val="23"/>
                <w:szCs w:val="23"/>
                <w:lang w:val="ru-RU"/>
              </w:rPr>
              <w:t>.</w:t>
            </w:r>
            <w:r w:rsidR="007738AC" w:rsidRPr="00AF630E">
              <w:rPr>
                <w:sz w:val="23"/>
                <w:szCs w:val="23"/>
                <w:lang w:val="ru-RU"/>
              </w:rPr>
              <w:t>4. Еңсерілмейтін күш мән-жайларының болуы Қазақстан Республикасының заңнамасында белгіленген тәртіппен расталады.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12</w:t>
            </w:r>
            <w:r w:rsidR="00D72F4B">
              <w:rPr>
                <w:sz w:val="23"/>
                <w:szCs w:val="23"/>
                <w:lang w:val="ru-RU"/>
              </w:rPr>
              <w:t>.</w:t>
            </w:r>
            <w:r w:rsidR="007738AC" w:rsidRPr="00AF630E">
              <w:rPr>
                <w:sz w:val="23"/>
                <w:szCs w:val="23"/>
                <w:lang w:val="ru-RU"/>
              </w:rPr>
              <w:t>4. Наличие обстоятельств непреодолимой силы подтверждается в порядке, установленном законодательством Республики Казахстан.</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12</w:t>
            </w:r>
            <w:r w:rsidR="00D72F4B">
              <w:rPr>
                <w:sz w:val="23"/>
                <w:szCs w:val="23"/>
                <w:lang w:val="ru-RU"/>
              </w:rPr>
              <w:t>.</w:t>
            </w:r>
            <w:r w:rsidR="007738AC" w:rsidRPr="00AF630E">
              <w:rPr>
                <w:sz w:val="23"/>
                <w:szCs w:val="23"/>
                <w:lang w:val="ru-RU"/>
              </w:rPr>
              <w:t>5. Тарапта ақшалай қаражаттың болмауы еңсерілмейтін күш мән-жайы болып танылмайды.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12</w:t>
            </w:r>
            <w:r w:rsidR="00D72F4B">
              <w:rPr>
                <w:sz w:val="23"/>
                <w:szCs w:val="23"/>
                <w:lang w:val="ru-RU"/>
              </w:rPr>
              <w:t>.</w:t>
            </w:r>
            <w:r w:rsidR="007738AC" w:rsidRPr="00AF630E">
              <w:rPr>
                <w:sz w:val="23"/>
                <w:szCs w:val="23"/>
                <w:lang w:val="ru-RU"/>
              </w:rPr>
              <w:t>5. Отсутствие денежных средств у Стороны не признается обстоятельством непреодолимой силы.</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12</w:t>
            </w:r>
            <w:r w:rsidR="00D72F4B">
              <w:rPr>
                <w:sz w:val="23"/>
                <w:szCs w:val="23"/>
                <w:lang w:val="ru-RU"/>
              </w:rPr>
              <w:t>.</w:t>
            </w:r>
            <w:r w:rsidR="007738AC" w:rsidRPr="00AF630E">
              <w:rPr>
                <w:sz w:val="23"/>
                <w:szCs w:val="23"/>
                <w:lang w:val="ru-RU"/>
              </w:rPr>
              <w:t>6. Егер еңсерілмейтін күш мән-жайлары қатарынан 60 (алпыс) күнтізбелік күннен астам уақыт жалғасса, Тараптар осы Шартты одан әрі орындау не тоқтату тәртібін айқындайды.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12</w:t>
            </w:r>
            <w:r w:rsidR="00D72F4B">
              <w:rPr>
                <w:sz w:val="23"/>
                <w:szCs w:val="23"/>
                <w:lang w:val="ru-RU"/>
              </w:rPr>
              <w:t>.</w:t>
            </w:r>
            <w:r w:rsidR="007738AC" w:rsidRPr="00AF630E">
              <w:rPr>
                <w:sz w:val="23"/>
                <w:szCs w:val="23"/>
                <w:lang w:val="ru-RU"/>
              </w:rPr>
              <w:t>6. Если обстоятельства непреодолимой силы продолжаются более 60 (шестидесяти) календарных дней подряд, Стороны определяют дальнейший порядок исполнения либо прекращения настоящего Договора.</w:t>
            </w:r>
          </w:p>
        </w:tc>
      </w:tr>
      <w:tr w:rsidR="008A314B" w:rsidRPr="00AF630E" w:rsidTr="00AF630E">
        <w:trPr>
          <w:cantSplit/>
        </w:trPr>
        <w:tc>
          <w:tcPr>
            <w:tcW w:w="5159" w:type="dxa"/>
            <w:tcMar>
              <w:top w:w="65" w:type="dxa"/>
              <w:left w:w="65" w:type="dxa"/>
              <w:bottom w:w="65" w:type="dxa"/>
              <w:right w:w="65" w:type="dxa"/>
            </w:tcMar>
          </w:tcPr>
          <w:p w:rsidR="008A314B" w:rsidRPr="00AF630E" w:rsidRDefault="000B72E5" w:rsidP="00D72F4B">
            <w:pPr>
              <w:ind w:firstLine="329"/>
              <w:jc w:val="center"/>
              <w:rPr>
                <w:b/>
                <w:sz w:val="23"/>
                <w:szCs w:val="23"/>
              </w:rPr>
            </w:pPr>
            <w:r>
              <w:rPr>
                <w:b/>
                <w:sz w:val="23"/>
                <w:szCs w:val="23"/>
              </w:rPr>
              <w:t>13</w:t>
            </w:r>
            <w:r w:rsidR="00D72F4B">
              <w:rPr>
                <w:b/>
                <w:sz w:val="23"/>
                <w:szCs w:val="23"/>
              </w:rPr>
              <w:t>.</w:t>
            </w:r>
            <w:r w:rsidR="007738AC" w:rsidRPr="00AF630E">
              <w:rPr>
                <w:b/>
                <w:sz w:val="23"/>
                <w:szCs w:val="23"/>
              </w:rPr>
              <w:t xml:space="preserve"> ҚҰПИЯЛЫЛЫҚ</w:t>
            </w:r>
          </w:p>
        </w:tc>
        <w:tc>
          <w:tcPr>
            <w:tcW w:w="4905" w:type="dxa"/>
            <w:tcMar>
              <w:top w:w="65" w:type="dxa"/>
              <w:left w:w="65" w:type="dxa"/>
              <w:bottom w:w="65" w:type="dxa"/>
              <w:right w:w="65" w:type="dxa"/>
            </w:tcMar>
          </w:tcPr>
          <w:p w:rsidR="008A314B" w:rsidRPr="00AF630E" w:rsidRDefault="000B72E5" w:rsidP="00D72F4B">
            <w:pPr>
              <w:ind w:firstLine="329"/>
              <w:jc w:val="center"/>
              <w:rPr>
                <w:b/>
                <w:sz w:val="23"/>
                <w:szCs w:val="23"/>
              </w:rPr>
            </w:pPr>
            <w:r>
              <w:rPr>
                <w:b/>
                <w:sz w:val="23"/>
                <w:szCs w:val="23"/>
              </w:rPr>
              <w:t>13</w:t>
            </w:r>
            <w:r w:rsidR="00D72F4B">
              <w:rPr>
                <w:b/>
                <w:sz w:val="23"/>
                <w:szCs w:val="23"/>
              </w:rPr>
              <w:t>.</w:t>
            </w:r>
            <w:r w:rsidR="007738AC" w:rsidRPr="00AF630E">
              <w:rPr>
                <w:b/>
                <w:sz w:val="23"/>
                <w:szCs w:val="23"/>
              </w:rPr>
              <w:t xml:space="preserve"> КОНФИДЕНЦИАЛЬНОСТЬ</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13</w:t>
            </w:r>
            <w:r w:rsidR="00D72F4B">
              <w:rPr>
                <w:sz w:val="23"/>
                <w:szCs w:val="23"/>
              </w:rPr>
              <w:t>.</w:t>
            </w:r>
            <w:r w:rsidR="007738AC" w:rsidRPr="00AF630E">
              <w:rPr>
                <w:sz w:val="23"/>
                <w:szCs w:val="23"/>
              </w:rPr>
              <w:t>1. Тараптар осы Шартты жасасуға және орындауға байланысты алынған құпия ақпаратты екінші Тараптың алдын ала жазбаша келісімінсіз үшінші тұлғаларға жария етпеуге міндеттенеді.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13</w:t>
            </w:r>
            <w:r w:rsidR="00D72F4B">
              <w:rPr>
                <w:sz w:val="23"/>
                <w:szCs w:val="23"/>
                <w:lang w:val="ru-RU"/>
              </w:rPr>
              <w:t>.</w:t>
            </w:r>
            <w:r w:rsidR="007738AC" w:rsidRPr="00AF630E">
              <w:rPr>
                <w:sz w:val="23"/>
                <w:szCs w:val="23"/>
                <w:lang w:val="ru-RU"/>
              </w:rPr>
              <w:t>1. Стороны обязуются не разглашать третьим лицам конфиденциальную информацию, полученную в связи с заключением и исполнением настоящего Договора, без предварительного письменного согласия другой Стороны.</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lastRenderedPageBreak/>
              <w:t>13</w:t>
            </w:r>
            <w:r w:rsidR="00D72F4B">
              <w:rPr>
                <w:sz w:val="23"/>
                <w:szCs w:val="23"/>
                <w:lang w:val="ru-RU"/>
              </w:rPr>
              <w:t>.</w:t>
            </w:r>
            <w:r w:rsidR="007738AC" w:rsidRPr="00AF630E">
              <w:rPr>
                <w:sz w:val="23"/>
                <w:szCs w:val="23"/>
                <w:lang w:val="ru-RU"/>
              </w:rPr>
              <w:t>2. Құпия ақпаратқа Шарттың қаржылық және коммерциялық талаптары, Тараптардың қызметі, жарнама материалдары, техникалық құжаттама туралы мәліметтер, сондай-ақ ақпаратты беретін Тарап құпия деп белгілеген өзге де ақпарат жатады.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13</w:t>
            </w:r>
            <w:r w:rsidR="00D72F4B">
              <w:rPr>
                <w:sz w:val="23"/>
                <w:szCs w:val="23"/>
                <w:lang w:val="ru-RU"/>
              </w:rPr>
              <w:t>.</w:t>
            </w:r>
            <w:r w:rsidR="007738AC" w:rsidRPr="00AF630E">
              <w:rPr>
                <w:sz w:val="23"/>
                <w:szCs w:val="23"/>
                <w:lang w:val="ru-RU"/>
              </w:rPr>
              <w:t>2. К конфиденциальной информации относятся сведения о финансовых и коммерческих условиях Договора, деятельности Сторон, рекламных материалах, технической документации, а также иная информация, обозначенная передающей Стороной как конфиденциальная.</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13</w:t>
            </w:r>
            <w:r w:rsidR="00D72F4B">
              <w:rPr>
                <w:sz w:val="23"/>
                <w:szCs w:val="23"/>
                <w:lang w:val="ru-RU"/>
              </w:rPr>
              <w:t>.</w:t>
            </w:r>
            <w:r w:rsidR="007738AC" w:rsidRPr="00AF630E">
              <w:rPr>
                <w:sz w:val="23"/>
                <w:szCs w:val="23"/>
                <w:lang w:val="ru-RU"/>
              </w:rPr>
              <w:t>3. Осы бөлімнің талаптары жалпыға қолжетімді ақпаратқа, сондай-ақ Қазақстан Республикасының заңнамасына сәйкес берілуі міндетті мәліметтерге қолданылмайды.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13</w:t>
            </w:r>
            <w:r w:rsidR="00D72F4B">
              <w:rPr>
                <w:sz w:val="23"/>
                <w:szCs w:val="23"/>
                <w:lang w:val="ru-RU"/>
              </w:rPr>
              <w:t>.</w:t>
            </w:r>
            <w:r w:rsidR="007738AC" w:rsidRPr="00AF630E">
              <w:rPr>
                <w:sz w:val="23"/>
                <w:szCs w:val="23"/>
                <w:lang w:val="ru-RU"/>
              </w:rPr>
              <w:t>3. Требования настоящего раздела не распространяются на общедоступную информацию, а также на сведения, предоставление которых обязательно в соответствии с законодательством Республики Казахстан.</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13</w:t>
            </w:r>
            <w:r w:rsidR="00D72F4B">
              <w:rPr>
                <w:sz w:val="23"/>
                <w:szCs w:val="23"/>
                <w:lang w:val="ru-RU"/>
              </w:rPr>
              <w:t>.</w:t>
            </w:r>
            <w:r w:rsidR="007738AC" w:rsidRPr="00AF630E">
              <w:rPr>
                <w:sz w:val="23"/>
                <w:szCs w:val="23"/>
                <w:lang w:val="ru-RU"/>
              </w:rPr>
              <w:t>4. Құпиялылықты сақтау жөніндегі міндеттемелер осы Шарттың қолданылу мерзімі ішінде және ол тоқтатылғаннан кейін 3 (үш) жыл бойы қолданылады.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13</w:t>
            </w:r>
            <w:r w:rsidR="00D72F4B">
              <w:rPr>
                <w:sz w:val="23"/>
                <w:szCs w:val="23"/>
                <w:lang w:val="ru-RU"/>
              </w:rPr>
              <w:t>.</w:t>
            </w:r>
            <w:r w:rsidR="007738AC" w:rsidRPr="00AF630E">
              <w:rPr>
                <w:sz w:val="23"/>
                <w:szCs w:val="23"/>
                <w:lang w:val="ru-RU"/>
              </w:rPr>
              <w:t>4. Обязательства по соблюдению конфиденциальности действуют в течение срока действия настоящего Договора и 3 (трёх) лет после его прекращения.</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13</w:t>
            </w:r>
            <w:r w:rsidR="00D72F4B">
              <w:rPr>
                <w:sz w:val="23"/>
                <w:szCs w:val="23"/>
                <w:lang w:val="ru-RU"/>
              </w:rPr>
              <w:t>.</w:t>
            </w:r>
            <w:r w:rsidR="007738AC" w:rsidRPr="00AF630E">
              <w:rPr>
                <w:sz w:val="23"/>
                <w:szCs w:val="23"/>
                <w:lang w:val="ru-RU"/>
              </w:rPr>
              <w:t>5. Құпия ақпаратты жария етуге жол берген Тарап екінші Тарапқа осындай жария етуден келтірілген, құжатпен расталған залалдарды өтеуге міндетті.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13</w:t>
            </w:r>
            <w:r w:rsidR="00D72F4B">
              <w:rPr>
                <w:sz w:val="23"/>
                <w:szCs w:val="23"/>
                <w:lang w:val="ru-RU"/>
              </w:rPr>
              <w:t>.</w:t>
            </w:r>
            <w:r w:rsidR="007738AC" w:rsidRPr="00AF630E">
              <w:rPr>
                <w:sz w:val="23"/>
                <w:szCs w:val="23"/>
                <w:lang w:val="ru-RU"/>
              </w:rPr>
              <w:t>5. Сторона, допустившая разглашение конфиденциальной информации, обязана возместить другой Стороне документально подтверждённые убытки, причинённые таким разглашением.</w:t>
            </w:r>
          </w:p>
        </w:tc>
      </w:tr>
      <w:tr w:rsidR="008A314B" w:rsidRPr="00AF630E" w:rsidTr="00AF630E">
        <w:trPr>
          <w:cantSplit/>
        </w:trPr>
        <w:tc>
          <w:tcPr>
            <w:tcW w:w="5159" w:type="dxa"/>
            <w:tcMar>
              <w:top w:w="65" w:type="dxa"/>
              <w:left w:w="65" w:type="dxa"/>
              <w:bottom w:w="65" w:type="dxa"/>
              <w:right w:w="65" w:type="dxa"/>
            </w:tcMar>
          </w:tcPr>
          <w:p w:rsidR="008A314B" w:rsidRPr="00080C2E" w:rsidRDefault="000B72E5" w:rsidP="00D72F4B">
            <w:pPr>
              <w:ind w:firstLine="329"/>
              <w:jc w:val="center"/>
              <w:rPr>
                <w:b/>
                <w:sz w:val="23"/>
                <w:szCs w:val="23"/>
                <w:lang w:val="ru-RU"/>
              </w:rPr>
            </w:pPr>
            <w:r w:rsidRPr="00080C2E">
              <w:rPr>
                <w:b/>
                <w:sz w:val="23"/>
                <w:szCs w:val="23"/>
                <w:lang w:val="ru-RU"/>
              </w:rPr>
              <w:t>14</w:t>
            </w:r>
            <w:r w:rsidR="00D72F4B" w:rsidRPr="00080C2E">
              <w:rPr>
                <w:b/>
                <w:sz w:val="23"/>
                <w:szCs w:val="23"/>
                <w:lang w:val="ru-RU"/>
              </w:rPr>
              <w:t>.</w:t>
            </w:r>
            <w:r w:rsidR="007738AC" w:rsidRPr="00080C2E">
              <w:rPr>
                <w:b/>
                <w:sz w:val="23"/>
                <w:szCs w:val="23"/>
                <w:lang w:val="ru-RU"/>
              </w:rPr>
              <w:t xml:space="preserve"> </w:t>
            </w:r>
            <w:r w:rsidR="007738AC" w:rsidRPr="00D72F4B">
              <w:rPr>
                <w:b/>
                <w:sz w:val="23"/>
                <w:szCs w:val="23"/>
                <w:lang w:val="ru-RU"/>
              </w:rPr>
              <w:t>Сыбайлас</w:t>
            </w:r>
            <w:r w:rsidR="007738AC" w:rsidRPr="00080C2E">
              <w:rPr>
                <w:b/>
                <w:sz w:val="23"/>
                <w:szCs w:val="23"/>
                <w:lang w:val="ru-RU"/>
              </w:rPr>
              <w:t xml:space="preserve"> </w:t>
            </w:r>
            <w:r w:rsidR="007738AC" w:rsidRPr="00D72F4B">
              <w:rPr>
                <w:b/>
                <w:sz w:val="23"/>
                <w:szCs w:val="23"/>
                <w:lang w:val="ru-RU"/>
              </w:rPr>
              <w:t>жемқорлыққа</w:t>
            </w:r>
            <w:r w:rsidR="007738AC" w:rsidRPr="00080C2E">
              <w:rPr>
                <w:b/>
                <w:sz w:val="23"/>
                <w:szCs w:val="23"/>
                <w:lang w:val="ru-RU"/>
              </w:rPr>
              <w:t xml:space="preserve"> </w:t>
            </w:r>
            <w:r w:rsidR="007738AC" w:rsidRPr="00D72F4B">
              <w:rPr>
                <w:b/>
                <w:sz w:val="23"/>
                <w:szCs w:val="23"/>
                <w:lang w:val="ru-RU"/>
              </w:rPr>
              <w:t>қарсы</w:t>
            </w:r>
            <w:r w:rsidR="007738AC" w:rsidRPr="00080C2E">
              <w:rPr>
                <w:b/>
                <w:sz w:val="23"/>
                <w:szCs w:val="23"/>
                <w:lang w:val="ru-RU"/>
              </w:rPr>
              <w:t xml:space="preserve"> </w:t>
            </w:r>
            <w:r w:rsidR="007738AC" w:rsidRPr="00D72F4B">
              <w:rPr>
                <w:b/>
                <w:sz w:val="23"/>
                <w:szCs w:val="23"/>
                <w:lang w:val="ru-RU"/>
              </w:rPr>
              <w:t>іс</w:t>
            </w:r>
            <w:r w:rsidR="007738AC" w:rsidRPr="00080C2E">
              <w:rPr>
                <w:b/>
                <w:sz w:val="23"/>
                <w:szCs w:val="23"/>
                <w:lang w:val="ru-RU"/>
              </w:rPr>
              <w:t>-</w:t>
            </w:r>
            <w:r w:rsidR="007738AC" w:rsidRPr="00D72F4B">
              <w:rPr>
                <w:b/>
                <w:sz w:val="23"/>
                <w:szCs w:val="23"/>
                <w:lang w:val="ru-RU"/>
              </w:rPr>
              <w:t>қимыл</w:t>
            </w:r>
          </w:p>
        </w:tc>
        <w:tc>
          <w:tcPr>
            <w:tcW w:w="4905" w:type="dxa"/>
            <w:tcMar>
              <w:top w:w="65" w:type="dxa"/>
              <w:left w:w="65" w:type="dxa"/>
              <w:bottom w:w="65" w:type="dxa"/>
              <w:right w:w="65" w:type="dxa"/>
            </w:tcMar>
          </w:tcPr>
          <w:p w:rsidR="008A314B" w:rsidRPr="00D72F4B" w:rsidRDefault="000B72E5" w:rsidP="00D72F4B">
            <w:pPr>
              <w:ind w:firstLine="329"/>
              <w:jc w:val="center"/>
              <w:rPr>
                <w:b/>
                <w:sz w:val="23"/>
                <w:szCs w:val="23"/>
              </w:rPr>
            </w:pPr>
            <w:r>
              <w:rPr>
                <w:b/>
                <w:sz w:val="23"/>
                <w:szCs w:val="23"/>
              </w:rPr>
              <w:t>14</w:t>
            </w:r>
            <w:r w:rsidR="00D72F4B">
              <w:rPr>
                <w:b/>
                <w:sz w:val="23"/>
                <w:szCs w:val="23"/>
              </w:rPr>
              <w:t>.</w:t>
            </w:r>
            <w:r w:rsidR="007738AC" w:rsidRPr="00D72F4B">
              <w:rPr>
                <w:b/>
                <w:sz w:val="23"/>
                <w:szCs w:val="23"/>
              </w:rPr>
              <w:t xml:space="preserve"> Противодействие коррупции</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14</w:t>
            </w:r>
            <w:r w:rsidR="00D72F4B">
              <w:rPr>
                <w:sz w:val="23"/>
                <w:szCs w:val="23"/>
              </w:rPr>
              <w:t>.</w:t>
            </w:r>
            <w:r w:rsidR="007738AC" w:rsidRPr="00AF630E">
              <w:rPr>
                <w:sz w:val="23"/>
                <w:szCs w:val="23"/>
              </w:rPr>
              <w:t>1. Осы Шарт бойынша өз міндеттемелерін орындау кезінде Тараптар мен олардың жұмыскерлері қандай да бір заңсыз артықшылықтарды алу немесе өзге де заңсыз мақсаттарға қол жеткізу үшін кез келген тұлғалардың әрекеттеріне немесе шешімдеріне ықпал ету мақсатында кез келген тұлғаларға тікелей немесе жанама түрде қандай да бір ақшалай қаражатты немесе құндылықтарды төлемейді, төлеуді ұсынбайды және олардың төленуіне рұқсат бермейді.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14</w:t>
            </w:r>
            <w:r w:rsidR="00D72F4B">
              <w:rPr>
                <w:sz w:val="23"/>
                <w:szCs w:val="23"/>
                <w:lang w:val="ru-RU"/>
              </w:rPr>
              <w:t>.</w:t>
            </w:r>
            <w:r w:rsidR="007738AC" w:rsidRPr="00AF630E">
              <w:rPr>
                <w:sz w:val="23"/>
                <w:szCs w:val="23"/>
                <w:lang w:val="ru-RU"/>
              </w:rPr>
              <w:t>1. При исполнении своих обязательств по настоящему Договору, Стороны и их работники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14</w:t>
            </w:r>
            <w:r w:rsidR="00D72F4B">
              <w:rPr>
                <w:sz w:val="23"/>
                <w:szCs w:val="23"/>
                <w:lang w:val="ru-RU"/>
              </w:rPr>
              <w:t>.</w:t>
            </w:r>
            <w:r w:rsidR="007738AC" w:rsidRPr="00AF630E">
              <w:rPr>
                <w:sz w:val="23"/>
                <w:szCs w:val="23"/>
                <w:lang w:val="ru-RU"/>
              </w:rPr>
              <w:t>2. Осы Шарттың мақсаттары үшін қолданылатын заңнама пара беру/алу, коммерциялық параға сатып алу деп саралайтын әрекеттерді, сондай-ақ қылмыстық жолмен алынған кірістерді заңдастыруға (жылыстатуға) қарсы іс-қимыл туралы қолданылатын заңнама мен халықаралық актілердің талаптарын бұзатын әрекеттерді Тараптар мен олардың жұмыскерлері осы Шарт бойынша міндеттемелерін орындау кезінде жасамайды.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14</w:t>
            </w:r>
            <w:r w:rsidR="00D72F4B">
              <w:rPr>
                <w:sz w:val="23"/>
                <w:szCs w:val="23"/>
                <w:lang w:val="ru-RU"/>
              </w:rPr>
              <w:t>.</w:t>
            </w:r>
            <w:r w:rsidR="007738AC" w:rsidRPr="00AF630E">
              <w:rPr>
                <w:sz w:val="23"/>
                <w:szCs w:val="23"/>
                <w:lang w:val="ru-RU"/>
              </w:rPr>
              <w:t>2. При исполнении своих обязательств по настоящему Договору, Стороны и их работники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lastRenderedPageBreak/>
              <w:t>14</w:t>
            </w:r>
            <w:r w:rsidR="00D72F4B">
              <w:rPr>
                <w:sz w:val="23"/>
                <w:szCs w:val="23"/>
                <w:lang w:val="ru-RU"/>
              </w:rPr>
              <w:t>.</w:t>
            </w:r>
            <w:r w:rsidR="007738AC" w:rsidRPr="00AF630E">
              <w:rPr>
                <w:sz w:val="23"/>
                <w:szCs w:val="23"/>
                <w:lang w:val="ru-RU"/>
              </w:rPr>
              <w:t>3. Осы Шарттың әрбір Тарабы екінші Тараптың жұмыскерлерін қандай да бір тәсілмен, оның ішінде ақшалай сомалар, сыйлықтар беру, оларға жұмыстарды (қызметтерді) өтеусіз орындау арқылы және жұмыскерді белгілі бір тәуелділікке түсіретін әрі оның ынталандырушы Тараптың пайдасына қандай да бір әрекеттерді орындауын қамтамасыз етуге бағытталған өзге тәсілдермен ынталандырудан бас тартады.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14</w:t>
            </w:r>
            <w:r w:rsidR="00D72F4B">
              <w:rPr>
                <w:sz w:val="23"/>
                <w:szCs w:val="23"/>
                <w:lang w:val="ru-RU"/>
              </w:rPr>
              <w:t>.</w:t>
            </w:r>
            <w:r w:rsidR="007738AC" w:rsidRPr="00AF630E">
              <w:rPr>
                <w:sz w:val="23"/>
                <w:szCs w:val="23"/>
                <w:lang w:val="ru-RU"/>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tc>
      </w:tr>
      <w:tr w:rsidR="008A314B" w:rsidRPr="00AF630E"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14</w:t>
            </w:r>
            <w:r w:rsidR="00D72F4B">
              <w:rPr>
                <w:sz w:val="23"/>
                <w:szCs w:val="23"/>
                <w:lang w:val="ru-RU"/>
              </w:rPr>
              <w:t>.</w:t>
            </w:r>
            <w:r w:rsidR="007738AC" w:rsidRPr="00AF630E">
              <w:rPr>
                <w:sz w:val="23"/>
                <w:szCs w:val="23"/>
                <w:lang w:val="ru-RU"/>
              </w:rPr>
              <w:t>4. Тарапта сыбайлас жемқорлыққа қарсы қандай да бір талаптардың бұзылғаны немесе бұзылуы мүмкін екені туралы күдік туындаған жағдайда, тиісті Тарап екінші Тарапты жазбаша нысанда хабардар етуге міндеттенеді.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lang w:val="ru-RU"/>
              </w:rPr>
              <w:t>14</w:t>
            </w:r>
            <w:r w:rsidR="00D72F4B">
              <w:rPr>
                <w:sz w:val="23"/>
                <w:szCs w:val="23"/>
                <w:lang w:val="ru-RU"/>
              </w:rPr>
              <w:t>.</w:t>
            </w:r>
            <w:r w:rsidR="007738AC" w:rsidRPr="00AF630E">
              <w:rPr>
                <w:sz w:val="23"/>
                <w:szCs w:val="23"/>
                <w:lang w:val="ru-RU"/>
              </w:rPr>
              <w:t xml:space="preserve">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w:t>
            </w:r>
            <w:r w:rsidR="007738AC" w:rsidRPr="00AF630E">
              <w:rPr>
                <w:sz w:val="23"/>
                <w:szCs w:val="23"/>
              </w:rPr>
              <w:t>Сторону в письменной форме.</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14</w:t>
            </w:r>
            <w:r w:rsidR="00D72F4B">
              <w:rPr>
                <w:sz w:val="23"/>
                <w:szCs w:val="23"/>
              </w:rPr>
              <w:t>.</w:t>
            </w:r>
            <w:r w:rsidR="007738AC" w:rsidRPr="00AF630E">
              <w:rPr>
                <w:sz w:val="23"/>
                <w:szCs w:val="23"/>
              </w:rPr>
              <w:t>5. Жазбаша хабарламада Тарап контрагенттің немесе оның жұмыскерлерінің осы талаптардың қандай да бір ережелерін бұзғанын немесе бұзуы мүмкін екенін анық растайтын не соны болжауға негіз беретін фактілерге сілтеме жасауға немесе материалдарды ұсынуға міндетті; бұл бұзушылықтар қолданылатын заңнама бойынша пара беру немесе алу, коммерциялық параға сатып алу деп сараланатын әрекеттерден, сондай-ақ қылмыстық жолмен алынған кірістерді заңдастыруға қарсы іс-қимыл туралы қолданылатын заңнама мен халықаралық актілердің талаптарын бұзатын әрекеттерден көрінеді.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14</w:t>
            </w:r>
            <w:r w:rsidR="00D72F4B">
              <w:rPr>
                <w:sz w:val="23"/>
                <w:szCs w:val="23"/>
                <w:lang w:val="ru-RU"/>
              </w:rPr>
              <w:t>.</w:t>
            </w:r>
            <w:r w:rsidR="007738AC" w:rsidRPr="00AF630E">
              <w:rPr>
                <w:sz w:val="23"/>
                <w:szCs w:val="23"/>
                <w:lang w:val="ru-RU"/>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работниками,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14</w:t>
            </w:r>
            <w:r w:rsidR="00D72F4B">
              <w:rPr>
                <w:sz w:val="23"/>
                <w:szCs w:val="23"/>
                <w:lang w:val="ru-RU"/>
              </w:rPr>
              <w:t>.</w:t>
            </w:r>
            <w:r w:rsidR="007738AC" w:rsidRPr="00AF630E">
              <w:rPr>
                <w:sz w:val="23"/>
                <w:szCs w:val="23"/>
                <w:lang w:val="ru-RU"/>
              </w:rPr>
              <w:t>6. Осы Шарттың Тараптары сыбайлас жемқорлықтың алдын алу рәсімдерін жүргізуді мойындайды және олардың сақталуын бақылайды. Бұл ретте Тараптар сыбайлас жемқорлық қызметіне тартылуы мүмкін контрагенттермен іскерлік қатынастар тәуекелін барынша азайту үшін ақылға қонымды күш-жігер жұмсайды, сондай-ақ сыбайлас жемқорлықтың алдын алу мақсатында бір-біріне өзара жәрдем көрсетеді. Тараптар өздерінің сыбайлас жемқорлық қызметіне тартылу тәуекелдерінің алдын алу мақсатында тексерулер жүргізу рәсімдерінің іске асырылуын қамтамасыз етуге міндеттенеді.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14</w:t>
            </w:r>
            <w:r w:rsidR="00D72F4B">
              <w:rPr>
                <w:sz w:val="23"/>
                <w:szCs w:val="23"/>
                <w:lang w:val="ru-RU"/>
              </w:rPr>
              <w:t>.</w:t>
            </w:r>
            <w:r w:rsidR="007738AC" w:rsidRPr="00AF630E">
              <w:rPr>
                <w:sz w:val="23"/>
                <w:szCs w:val="23"/>
                <w:lang w:val="ru-RU"/>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tc>
      </w:tr>
      <w:tr w:rsidR="008A314B" w:rsidRPr="00AF630E" w:rsidTr="00AF630E">
        <w:trPr>
          <w:cantSplit/>
        </w:trPr>
        <w:tc>
          <w:tcPr>
            <w:tcW w:w="5159" w:type="dxa"/>
            <w:tcMar>
              <w:top w:w="65" w:type="dxa"/>
              <w:left w:w="65" w:type="dxa"/>
              <w:bottom w:w="65" w:type="dxa"/>
              <w:right w:w="65" w:type="dxa"/>
            </w:tcMar>
          </w:tcPr>
          <w:p w:rsidR="008A314B" w:rsidRPr="00AF630E" w:rsidRDefault="000B72E5" w:rsidP="00D72F4B">
            <w:pPr>
              <w:ind w:firstLine="329"/>
              <w:jc w:val="center"/>
              <w:rPr>
                <w:b/>
                <w:sz w:val="23"/>
                <w:szCs w:val="23"/>
              </w:rPr>
            </w:pPr>
            <w:r>
              <w:rPr>
                <w:b/>
                <w:sz w:val="23"/>
                <w:szCs w:val="23"/>
              </w:rPr>
              <w:t>15.</w:t>
            </w:r>
            <w:r w:rsidR="007738AC" w:rsidRPr="00AF630E">
              <w:rPr>
                <w:b/>
                <w:sz w:val="23"/>
                <w:szCs w:val="23"/>
              </w:rPr>
              <w:t xml:space="preserve"> ДАУЛАРДЫ ШЕШУ ТӘРТІБІ</w:t>
            </w:r>
          </w:p>
        </w:tc>
        <w:tc>
          <w:tcPr>
            <w:tcW w:w="4905" w:type="dxa"/>
            <w:tcMar>
              <w:top w:w="65" w:type="dxa"/>
              <w:left w:w="65" w:type="dxa"/>
              <w:bottom w:w="65" w:type="dxa"/>
              <w:right w:w="65" w:type="dxa"/>
            </w:tcMar>
          </w:tcPr>
          <w:p w:rsidR="008A314B" w:rsidRPr="00AF630E" w:rsidRDefault="000B72E5" w:rsidP="00D72F4B">
            <w:pPr>
              <w:ind w:firstLine="329"/>
              <w:jc w:val="center"/>
              <w:rPr>
                <w:b/>
                <w:sz w:val="23"/>
                <w:szCs w:val="23"/>
              </w:rPr>
            </w:pPr>
            <w:r>
              <w:rPr>
                <w:b/>
                <w:sz w:val="23"/>
                <w:szCs w:val="23"/>
              </w:rPr>
              <w:t>15.</w:t>
            </w:r>
            <w:r w:rsidR="007738AC" w:rsidRPr="00AF630E">
              <w:rPr>
                <w:b/>
                <w:sz w:val="23"/>
                <w:szCs w:val="23"/>
              </w:rPr>
              <w:t xml:space="preserve"> ПОРЯДОК РАЗРЕШЕНИЯ СПОРОВ</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15</w:t>
            </w:r>
            <w:r w:rsidR="00D72F4B">
              <w:rPr>
                <w:sz w:val="23"/>
                <w:szCs w:val="23"/>
              </w:rPr>
              <w:t>.</w:t>
            </w:r>
            <w:r w:rsidR="007738AC" w:rsidRPr="00AF630E">
              <w:rPr>
                <w:sz w:val="23"/>
                <w:szCs w:val="23"/>
              </w:rPr>
              <w:t>1. Тараптар осы Шартты орындау кезінде туындайтын даулар мен келіспеушіліктерді келіссөздер жүргізу және жазбаша наразылықтар алмасу арқылы реттеуге ұмтылады.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15</w:t>
            </w:r>
            <w:r w:rsidR="00D72F4B">
              <w:rPr>
                <w:sz w:val="23"/>
                <w:szCs w:val="23"/>
                <w:lang w:val="ru-RU"/>
              </w:rPr>
              <w:t>.</w:t>
            </w:r>
            <w:r w:rsidR="007738AC" w:rsidRPr="00AF630E">
              <w:rPr>
                <w:sz w:val="23"/>
                <w:szCs w:val="23"/>
                <w:lang w:val="ru-RU"/>
              </w:rPr>
              <w:t>1. Споры и разногласия, возникающие при исполнении настоящего Договора, Стороны стремятся урегулировать путем переговоров и обмена письменными претензиями.</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lastRenderedPageBreak/>
              <w:t>15</w:t>
            </w:r>
            <w:r w:rsidR="00D72F4B">
              <w:rPr>
                <w:sz w:val="23"/>
                <w:szCs w:val="23"/>
                <w:lang w:val="ru-RU"/>
              </w:rPr>
              <w:t>.</w:t>
            </w:r>
            <w:r w:rsidR="007738AC" w:rsidRPr="00AF630E">
              <w:rPr>
                <w:sz w:val="23"/>
                <w:szCs w:val="23"/>
                <w:lang w:val="ru-RU"/>
              </w:rPr>
              <w:t>2. Егер Қазақстан Республикасының заңнамасында өзге мерзім белгіленбесе, жазбаша наразылықты қарау мерзімі ол алынған күннен бастап 10 (он) жұмыс күнін құрайды.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15</w:t>
            </w:r>
            <w:r w:rsidR="00D72F4B">
              <w:rPr>
                <w:sz w:val="23"/>
                <w:szCs w:val="23"/>
                <w:lang w:val="ru-RU"/>
              </w:rPr>
              <w:t>.</w:t>
            </w:r>
            <w:r w:rsidR="007738AC" w:rsidRPr="00AF630E">
              <w:rPr>
                <w:sz w:val="23"/>
                <w:szCs w:val="23"/>
                <w:lang w:val="ru-RU"/>
              </w:rPr>
              <w:t>2. Срок рассмотрения письменной претензии составляет 10 (десять) рабочих дней с даты ее получения, если иной срок не установлен законодательством Республики Казахстан.</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15</w:t>
            </w:r>
            <w:r w:rsidR="00D72F4B">
              <w:rPr>
                <w:sz w:val="23"/>
                <w:szCs w:val="23"/>
                <w:lang w:val="ru-RU"/>
              </w:rPr>
              <w:t>.</w:t>
            </w:r>
            <w:r w:rsidR="007738AC" w:rsidRPr="00AF630E">
              <w:rPr>
                <w:sz w:val="23"/>
                <w:szCs w:val="23"/>
                <w:lang w:val="ru-RU"/>
              </w:rPr>
              <w:t>3. Дауды келіссөздер арқылы реттеу мүмкін болмаған жағдайда, дау Қазақстан Республикасының заңнамасына сәйкес Жалға берушінің орналасқан жері бойынша сот тәртібімен қаралуға жатады.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15</w:t>
            </w:r>
            <w:r w:rsidR="00D72F4B">
              <w:rPr>
                <w:sz w:val="23"/>
                <w:szCs w:val="23"/>
                <w:lang w:val="ru-RU"/>
              </w:rPr>
              <w:t>.</w:t>
            </w:r>
            <w:r w:rsidR="007738AC" w:rsidRPr="00AF630E">
              <w:rPr>
                <w:sz w:val="23"/>
                <w:szCs w:val="23"/>
                <w:lang w:val="ru-RU"/>
              </w:rPr>
              <w:t>3. При невозможности урегулирования спора путем переговоров спор подлежит рассмотрению в судебном порядке по месту нахождения Арендодателя в соответствии с законодательством Республики Казахстан.</w:t>
            </w:r>
          </w:p>
        </w:tc>
      </w:tr>
      <w:tr w:rsidR="008A314B" w:rsidRPr="00AF630E" w:rsidTr="00AF630E">
        <w:trPr>
          <w:cantSplit/>
        </w:trPr>
        <w:tc>
          <w:tcPr>
            <w:tcW w:w="5159" w:type="dxa"/>
            <w:tcMar>
              <w:top w:w="65" w:type="dxa"/>
              <w:left w:w="65" w:type="dxa"/>
              <w:bottom w:w="65" w:type="dxa"/>
              <w:right w:w="65" w:type="dxa"/>
            </w:tcMar>
          </w:tcPr>
          <w:p w:rsidR="008A314B" w:rsidRPr="00AF630E" w:rsidRDefault="000B72E5" w:rsidP="00D72F4B">
            <w:pPr>
              <w:ind w:firstLine="329"/>
              <w:jc w:val="center"/>
              <w:rPr>
                <w:b/>
                <w:sz w:val="23"/>
                <w:szCs w:val="23"/>
              </w:rPr>
            </w:pPr>
            <w:r>
              <w:rPr>
                <w:b/>
                <w:sz w:val="23"/>
                <w:szCs w:val="23"/>
              </w:rPr>
              <w:t>16</w:t>
            </w:r>
            <w:r w:rsidR="00D72F4B">
              <w:rPr>
                <w:b/>
                <w:sz w:val="23"/>
                <w:szCs w:val="23"/>
              </w:rPr>
              <w:t>.</w:t>
            </w:r>
            <w:r w:rsidR="007738AC" w:rsidRPr="00AF630E">
              <w:rPr>
                <w:b/>
                <w:sz w:val="23"/>
                <w:szCs w:val="23"/>
              </w:rPr>
              <w:t xml:space="preserve"> ҚОРЫТЫНДЫ ЕРЕЖЕЛЕР</w:t>
            </w:r>
          </w:p>
        </w:tc>
        <w:tc>
          <w:tcPr>
            <w:tcW w:w="4905" w:type="dxa"/>
            <w:tcMar>
              <w:top w:w="65" w:type="dxa"/>
              <w:left w:w="65" w:type="dxa"/>
              <w:bottom w:w="65" w:type="dxa"/>
              <w:right w:w="65" w:type="dxa"/>
            </w:tcMar>
          </w:tcPr>
          <w:p w:rsidR="008A314B" w:rsidRPr="00AF630E" w:rsidRDefault="000B72E5" w:rsidP="00D72F4B">
            <w:pPr>
              <w:ind w:firstLine="329"/>
              <w:jc w:val="center"/>
              <w:rPr>
                <w:b/>
                <w:sz w:val="23"/>
                <w:szCs w:val="23"/>
              </w:rPr>
            </w:pPr>
            <w:r>
              <w:rPr>
                <w:b/>
                <w:sz w:val="23"/>
                <w:szCs w:val="23"/>
              </w:rPr>
              <w:t>16</w:t>
            </w:r>
            <w:r w:rsidR="00D72F4B">
              <w:rPr>
                <w:b/>
                <w:sz w:val="23"/>
                <w:szCs w:val="23"/>
              </w:rPr>
              <w:t>.</w:t>
            </w:r>
            <w:r w:rsidR="007738AC" w:rsidRPr="00AF630E">
              <w:rPr>
                <w:b/>
                <w:sz w:val="23"/>
                <w:szCs w:val="23"/>
              </w:rPr>
              <w:t xml:space="preserve"> ЗАКЛЮЧИТЕЛЬНЫЕ ПОЛОЖЕНИЯ</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16</w:t>
            </w:r>
            <w:r w:rsidR="00D72F4B">
              <w:rPr>
                <w:sz w:val="23"/>
                <w:szCs w:val="23"/>
              </w:rPr>
              <w:t>.</w:t>
            </w:r>
            <w:r w:rsidR="007738AC" w:rsidRPr="00AF630E">
              <w:rPr>
                <w:sz w:val="23"/>
                <w:szCs w:val="23"/>
              </w:rPr>
              <w:t>1. Осы Шарт оған Тараптар қол қойған күннен бастап күшіне енеді және Тараптар міндеттемелерін толық орындағанға дейін қолданылады.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16</w:t>
            </w:r>
            <w:r w:rsidR="00D72F4B">
              <w:rPr>
                <w:sz w:val="23"/>
                <w:szCs w:val="23"/>
                <w:lang w:val="ru-RU"/>
              </w:rPr>
              <w:t>.</w:t>
            </w:r>
            <w:r w:rsidR="007738AC" w:rsidRPr="00AF630E">
              <w:rPr>
                <w:sz w:val="23"/>
                <w:szCs w:val="23"/>
                <w:lang w:val="ru-RU"/>
              </w:rPr>
              <w:t>1. Настоящий Договор вступает в силу с даты его подписания Сторонами и действует до полного исполнения Сторонами обязательств.</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16</w:t>
            </w:r>
            <w:r w:rsidR="00D72F4B">
              <w:rPr>
                <w:sz w:val="23"/>
                <w:szCs w:val="23"/>
                <w:lang w:val="ru-RU"/>
              </w:rPr>
              <w:t>.</w:t>
            </w:r>
            <w:r w:rsidR="007738AC" w:rsidRPr="00AF630E">
              <w:rPr>
                <w:sz w:val="23"/>
                <w:szCs w:val="23"/>
                <w:lang w:val="ru-RU"/>
              </w:rPr>
              <w:t>2. Егер осы Шартта өзге тәртіп көзделмесе, осы Шартқа енгізілетін барлық өзгерістер мен толықтырулар жазбаша нысанда ресімделіп, Тараптардың уәкілетті өкілдері қол қойған жағдайда жарамды болады.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16</w:t>
            </w:r>
            <w:r w:rsidR="00D72F4B">
              <w:rPr>
                <w:sz w:val="23"/>
                <w:szCs w:val="23"/>
                <w:lang w:val="ru-RU"/>
              </w:rPr>
              <w:t>.</w:t>
            </w:r>
            <w:r w:rsidR="007738AC" w:rsidRPr="00AF630E">
              <w:rPr>
                <w:sz w:val="23"/>
                <w:szCs w:val="23"/>
                <w:lang w:val="ru-RU"/>
              </w:rPr>
              <w:t>2. Все изменения и дополнения к настоящему Договору действительны при условии их оформления в письменной форме и подписания уполномоченными представителями Сторон, если иной порядок не предусмотрен настоящим Договором.</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16</w:t>
            </w:r>
            <w:r w:rsidR="00D72F4B">
              <w:rPr>
                <w:sz w:val="23"/>
                <w:szCs w:val="23"/>
                <w:lang w:val="ru-RU"/>
              </w:rPr>
              <w:t>.</w:t>
            </w:r>
            <w:r w:rsidR="007738AC" w:rsidRPr="00AF630E">
              <w:rPr>
                <w:sz w:val="23"/>
                <w:szCs w:val="23"/>
                <w:lang w:val="ru-RU"/>
              </w:rPr>
              <w:t>3. Жалға алушының Жалға берушінің жазбаша келісімінсіз осы Шарт бойынша өз құқықтары мен міндеттерін үшінші тұлғаларға беруге құқығы жоқ.</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16</w:t>
            </w:r>
            <w:r w:rsidR="00D72F4B">
              <w:rPr>
                <w:sz w:val="23"/>
                <w:szCs w:val="23"/>
                <w:lang w:val="ru-RU"/>
              </w:rPr>
              <w:t>.</w:t>
            </w:r>
            <w:r w:rsidR="007738AC" w:rsidRPr="00AF630E">
              <w:rPr>
                <w:sz w:val="23"/>
                <w:szCs w:val="23"/>
                <w:lang w:val="ru-RU"/>
              </w:rPr>
              <w:t>3. Арендатор не вправе передавать свои права и обязанности по настоящему Договору третьим лицам без письменного согласия Арендодателя.</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16</w:t>
            </w:r>
            <w:r w:rsidR="00D72F4B">
              <w:rPr>
                <w:sz w:val="23"/>
                <w:szCs w:val="23"/>
                <w:lang w:val="ru-RU"/>
              </w:rPr>
              <w:t>.</w:t>
            </w:r>
            <w:r w:rsidR="007738AC" w:rsidRPr="00AF630E">
              <w:rPr>
                <w:sz w:val="23"/>
                <w:szCs w:val="23"/>
                <w:lang w:val="ru-RU"/>
              </w:rPr>
              <w:t>4. Осы Шарттың жекелеген ережесінің жарамсыздығы оның қалған ережелерінің жарамсыздығына әкеп соқпайды.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16</w:t>
            </w:r>
            <w:r w:rsidR="00D72F4B">
              <w:rPr>
                <w:sz w:val="23"/>
                <w:szCs w:val="23"/>
                <w:lang w:val="ru-RU"/>
              </w:rPr>
              <w:t>.</w:t>
            </w:r>
            <w:r w:rsidR="007738AC" w:rsidRPr="00AF630E">
              <w:rPr>
                <w:sz w:val="23"/>
                <w:szCs w:val="23"/>
                <w:lang w:val="ru-RU"/>
              </w:rPr>
              <w:t>4. Недействительность отдельного положения настоящего Договора не влечет недействительности остальных его положений.</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16</w:t>
            </w:r>
            <w:r w:rsidR="00D72F4B">
              <w:rPr>
                <w:sz w:val="23"/>
                <w:szCs w:val="23"/>
                <w:lang w:val="ru-RU"/>
              </w:rPr>
              <w:t>.</w:t>
            </w:r>
            <w:r w:rsidR="007738AC" w:rsidRPr="00AF630E">
              <w:rPr>
                <w:sz w:val="23"/>
                <w:szCs w:val="23"/>
                <w:lang w:val="ru-RU"/>
              </w:rPr>
              <w:t xml:space="preserve">5. Осы Шартпен тікелей реттелмеген барлық мәселелерде Тараптар Қазақстан Республикасының заңнамасын, </w:t>
            </w:r>
            <w:r w:rsidR="007738AC" w:rsidRPr="00AF630E">
              <w:rPr>
                <w:sz w:val="23"/>
                <w:szCs w:val="23"/>
              </w:rPr>
              <w:t>Tarlan</w:t>
            </w:r>
            <w:r w:rsidR="007738AC" w:rsidRPr="00AF630E">
              <w:rPr>
                <w:sz w:val="23"/>
                <w:szCs w:val="23"/>
                <w:lang w:val="ru-RU"/>
              </w:rPr>
              <w:t xml:space="preserve"> </w:t>
            </w:r>
            <w:r w:rsidR="007738AC" w:rsidRPr="00AF630E">
              <w:rPr>
                <w:sz w:val="23"/>
                <w:szCs w:val="23"/>
              </w:rPr>
              <w:t>Astana</w:t>
            </w:r>
            <w:r w:rsidR="007738AC" w:rsidRPr="00AF630E">
              <w:rPr>
                <w:sz w:val="23"/>
                <w:szCs w:val="23"/>
                <w:lang w:val="ru-RU"/>
              </w:rPr>
              <w:t xml:space="preserve"> объектілеріндегі жарнама алаңдарын жалға беру қағидаларын және қолданылатын конкурстық құжаттаманы басшылыққа алады.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16</w:t>
            </w:r>
            <w:r w:rsidR="00D72F4B">
              <w:rPr>
                <w:sz w:val="23"/>
                <w:szCs w:val="23"/>
                <w:lang w:val="ru-RU"/>
              </w:rPr>
              <w:t>.</w:t>
            </w:r>
            <w:r w:rsidR="007738AC" w:rsidRPr="00AF630E">
              <w:rPr>
                <w:sz w:val="23"/>
                <w:szCs w:val="23"/>
                <w:lang w:val="ru-RU"/>
              </w:rPr>
              <w:t xml:space="preserve">5. Во всем, что прямо не урегулировано настоящим Договором, Стороны руководствуются законодательством Республики Казахстан, Правилами передачи рекламных площадей на объектах </w:t>
            </w:r>
            <w:r w:rsidR="007738AC" w:rsidRPr="00AF630E">
              <w:rPr>
                <w:sz w:val="23"/>
                <w:szCs w:val="23"/>
              </w:rPr>
              <w:t>Tarlan</w:t>
            </w:r>
            <w:r w:rsidR="007738AC" w:rsidRPr="00AF630E">
              <w:rPr>
                <w:sz w:val="23"/>
                <w:szCs w:val="23"/>
                <w:lang w:val="ru-RU"/>
              </w:rPr>
              <w:t xml:space="preserve"> </w:t>
            </w:r>
            <w:r w:rsidR="007738AC" w:rsidRPr="00AF630E">
              <w:rPr>
                <w:sz w:val="23"/>
                <w:szCs w:val="23"/>
              </w:rPr>
              <w:t>Astana</w:t>
            </w:r>
            <w:r w:rsidR="007738AC" w:rsidRPr="00AF630E">
              <w:rPr>
                <w:sz w:val="23"/>
                <w:szCs w:val="23"/>
                <w:lang w:val="ru-RU"/>
              </w:rPr>
              <w:t xml:space="preserve"> в аренду и применимой конкурсной документацией.</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rPr>
            </w:pPr>
            <w:r>
              <w:rPr>
                <w:sz w:val="23"/>
                <w:szCs w:val="23"/>
              </w:rPr>
              <w:t>16</w:t>
            </w:r>
            <w:r w:rsidR="00D72F4B">
              <w:rPr>
                <w:sz w:val="23"/>
                <w:szCs w:val="23"/>
              </w:rPr>
              <w:t>.</w:t>
            </w:r>
            <w:r w:rsidR="007738AC" w:rsidRPr="00AF630E">
              <w:rPr>
                <w:sz w:val="23"/>
                <w:szCs w:val="23"/>
              </w:rPr>
              <w:t>6. Осы Шарттың ажырамас бөліктері:</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16</w:t>
            </w:r>
            <w:r w:rsidR="00D72F4B">
              <w:rPr>
                <w:sz w:val="23"/>
                <w:szCs w:val="23"/>
                <w:lang w:val="ru-RU"/>
              </w:rPr>
              <w:t>.</w:t>
            </w:r>
            <w:r w:rsidR="007738AC" w:rsidRPr="00AF630E">
              <w:rPr>
                <w:sz w:val="23"/>
                <w:szCs w:val="23"/>
                <w:lang w:val="ru-RU"/>
              </w:rPr>
              <w:t>6. Неотъемлемыми частями настоящего Договора являются:</w:t>
            </w:r>
          </w:p>
        </w:tc>
      </w:tr>
      <w:tr w:rsidR="008A314B" w:rsidRPr="00D263F5" w:rsidTr="00AF630E">
        <w:trPr>
          <w:cantSplit/>
        </w:trPr>
        <w:tc>
          <w:tcPr>
            <w:tcW w:w="5159" w:type="dxa"/>
            <w:tcMar>
              <w:top w:w="65" w:type="dxa"/>
              <w:left w:w="65" w:type="dxa"/>
              <w:bottom w:w="65" w:type="dxa"/>
              <w:right w:w="65" w:type="dxa"/>
            </w:tcMar>
          </w:tcPr>
          <w:p w:rsidR="008A314B" w:rsidRPr="00080C2E" w:rsidRDefault="007738AC" w:rsidP="00D72F4B">
            <w:pPr>
              <w:ind w:firstLine="329"/>
              <w:jc w:val="both"/>
              <w:rPr>
                <w:sz w:val="23"/>
                <w:szCs w:val="23"/>
                <w:lang w:val="ru-RU"/>
              </w:rPr>
            </w:pPr>
            <w:r w:rsidRPr="00080C2E">
              <w:rPr>
                <w:sz w:val="23"/>
                <w:szCs w:val="23"/>
                <w:lang w:val="ru-RU"/>
              </w:rPr>
              <w:t xml:space="preserve">№ 1 </w:t>
            </w:r>
            <w:r w:rsidRPr="00AF630E">
              <w:rPr>
                <w:sz w:val="23"/>
                <w:szCs w:val="23"/>
                <w:lang w:val="ru-RU"/>
              </w:rPr>
              <w:t>қосымша</w:t>
            </w:r>
            <w:r w:rsidRPr="00080C2E">
              <w:rPr>
                <w:sz w:val="23"/>
                <w:szCs w:val="23"/>
                <w:lang w:val="ru-RU"/>
              </w:rPr>
              <w:t xml:space="preserve"> – </w:t>
            </w:r>
            <w:r w:rsidRPr="00AF630E">
              <w:rPr>
                <w:sz w:val="23"/>
                <w:szCs w:val="23"/>
                <w:lang w:val="ru-RU"/>
              </w:rPr>
              <w:t>Жарнама</w:t>
            </w:r>
            <w:r w:rsidRPr="00080C2E">
              <w:rPr>
                <w:sz w:val="23"/>
                <w:szCs w:val="23"/>
                <w:lang w:val="ru-RU"/>
              </w:rPr>
              <w:t xml:space="preserve"> </w:t>
            </w:r>
            <w:r w:rsidRPr="00AF630E">
              <w:rPr>
                <w:sz w:val="23"/>
                <w:szCs w:val="23"/>
                <w:lang w:val="ru-RU"/>
              </w:rPr>
              <w:t>алаңдарының</w:t>
            </w:r>
            <w:r w:rsidRPr="00080C2E">
              <w:rPr>
                <w:sz w:val="23"/>
                <w:szCs w:val="23"/>
                <w:lang w:val="ru-RU"/>
              </w:rPr>
              <w:t xml:space="preserve"> </w:t>
            </w:r>
            <w:r w:rsidRPr="00AF630E">
              <w:rPr>
                <w:sz w:val="23"/>
                <w:szCs w:val="23"/>
                <w:lang w:val="ru-RU"/>
              </w:rPr>
              <w:t>тізбесі</w:t>
            </w:r>
            <w:r w:rsidRPr="00080C2E">
              <w:rPr>
                <w:sz w:val="23"/>
                <w:szCs w:val="23"/>
                <w:lang w:val="ru-RU"/>
              </w:rPr>
              <w:t xml:space="preserve"> </w:t>
            </w:r>
            <w:r w:rsidRPr="00AF630E">
              <w:rPr>
                <w:sz w:val="23"/>
                <w:szCs w:val="23"/>
                <w:lang w:val="ru-RU"/>
              </w:rPr>
              <w:t>мен</w:t>
            </w:r>
            <w:r w:rsidRPr="00080C2E">
              <w:rPr>
                <w:sz w:val="23"/>
                <w:szCs w:val="23"/>
                <w:lang w:val="ru-RU"/>
              </w:rPr>
              <w:t xml:space="preserve"> </w:t>
            </w:r>
            <w:r w:rsidRPr="00AF630E">
              <w:rPr>
                <w:sz w:val="23"/>
                <w:szCs w:val="23"/>
                <w:lang w:val="ru-RU"/>
              </w:rPr>
              <w:t>сипаттамасы</w:t>
            </w:r>
            <w:r w:rsidRPr="00080C2E">
              <w:rPr>
                <w:sz w:val="23"/>
                <w:szCs w:val="23"/>
                <w:lang w:val="ru-RU"/>
              </w:rPr>
              <w:t>;</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Приложение № 1 – Перечень и характеристика рекламных площадей;</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2 қосымша – Жарнама алаңын беру кезіндегі қарап-тексеру актісінің нысаны;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Приложение № 2 – Форма Акта осмотра рекламной площади при передаче;</w:t>
            </w:r>
          </w:p>
        </w:tc>
      </w:tr>
      <w:tr w:rsidR="008A314B" w:rsidRPr="00D263F5" w:rsidTr="00AF630E">
        <w:trPr>
          <w:cantSplit/>
        </w:trPr>
        <w:tc>
          <w:tcPr>
            <w:tcW w:w="5159"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 3 қосымша – Жарнама алаңын қабылдау кезіндегі қарап-тексеру актісінің нысаны.</w:t>
            </w:r>
          </w:p>
        </w:tc>
        <w:tc>
          <w:tcPr>
            <w:tcW w:w="4905" w:type="dxa"/>
            <w:tcMar>
              <w:top w:w="65" w:type="dxa"/>
              <w:left w:w="65" w:type="dxa"/>
              <w:bottom w:w="65" w:type="dxa"/>
              <w:right w:w="65" w:type="dxa"/>
            </w:tcMar>
          </w:tcPr>
          <w:p w:rsidR="008A314B" w:rsidRPr="00AF630E" w:rsidRDefault="007738AC" w:rsidP="00D72F4B">
            <w:pPr>
              <w:ind w:firstLine="329"/>
              <w:jc w:val="both"/>
              <w:rPr>
                <w:sz w:val="23"/>
                <w:szCs w:val="23"/>
                <w:lang w:val="ru-RU"/>
              </w:rPr>
            </w:pPr>
            <w:r w:rsidRPr="00AF630E">
              <w:rPr>
                <w:sz w:val="23"/>
                <w:szCs w:val="23"/>
                <w:lang w:val="ru-RU"/>
              </w:rPr>
              <w:t>Приложение № 3 – Форма Акта осмотра рекламной площади при приеме.</w:t>
            </w:r>
          </w:p>
        </w:tc>
      </w:tr>
      <w:tr w:rsidR="008A314B" w:rsidRPr="00D263F5" w:rsidTr="00AF630E">
        <w:trPr>
          <w:cantSplit/>
        </w:trPr>
        <w:tc>
          <w:tcPr>
            <w:tcW w:w="5159"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16</w:t>
            </w:r>
            <w:r w:rsidR="00D72F4B">
              <w:rPr>
                <w:sz w:val="23"/>
                <w:szCs w:val="23"/>
                <w:lang w:val="ru-RU"/>
              </w:rPr>
              <w:t>.</w:t>
            </w:r>
            <w:r w:rsidR="007738AC" w:rsidRPr="00AF630E">
              <w:rPr>
                <w:sz w:val="23"/>
                <w:szCs w:val="23"/>
                <w:lang w:val="ru-RU"/>
              </w:rPr>
              <w:t>7. Шарт қазақ және орыс тілдерінде бірдей заңдық күші бар 2 (екі) данада, Тараптардың әрқайсысы үшін бір-бір данадан жасалды.</w:t>
            </w:r>
          </w:p>
        </w:tc>
        <w:tc>
          <w:tcPr>
            <w:tcW w:w="4905" w:type="dxa"/>
            <w:tcMar>
              <w:top w:w="65" w:type="dxa"/>
              <w:left w:w="65" w:type="dxa"/>
              <w:bottom w:w="65" w:type="dxa"/>
              <w:right w:w="65" w:type="dxa"/>
            </w:tcMar>
          </w:tcPr>
          <w:p w:rsidR="008A314B" w:rsidRPr="00AF630E" w:rsidRDefault="000B72E5" w:rsidP="00D72F4B">
            <w:pPr>
              <w:ind w:firstLine="329"/>
              <w:jc w:val="both"/>
              <w:rPr>
                <w:sz w:val="23"/>
                <w:szCs w:val="23"/>
                <w:lang w:val="ru-RU"/>
              </w:rPr>
            </w:pPr>
            <w:r>
              <w:rPr>
                <w:sz w:val="23"/>
                <w:szCs w:val="23"/>
                <w:lang w:val="ru-RU"/>
              </w:rPr>
              <w:t>16</w:t>
            </w:r>
            <w:r w:rsidR="00D72F4B">
              <w:rPr>
                <w:sz w:val="23"/>
                <w:szCs w:val="23"/>
                <w:lang w:val="ru-RU"/>
              </w:rPr>
              <w:t>.</w:t>
            </w:r>
            <w:r w:rsidR="007738AC" w:rsidRPr="00AF630E">
              <w:rPr>
                <w:sz w:val="23"/>
                <w:szCs w:val="23"/>
                <w:lang w:val="ru-RU"/>
              </w:rPr>
              <w:t>7. Договор составлен на казахском и русском языках в 2 (двух) экземплярах, имеющих одинаковую юридическую силу, по одному экземпляру для каждой из Сторон.</w:t>
            </w:r>
          </w:p>
        </w:tc>
      </w:tr>
      <w:tr w:rsidR="008A314B" w:rsidRPr="00AF630E" w:rsidTr="00AF630E">
        <w:trPr>
          <w:cantSplit/>
        </w:trPr>
        <w:tc>
          <w:tcPr>
            <w:tcW w:w="5159" w:type="dxa"/>
            <w:tcMar>
              <w:top w:w="65" w:type="dxa"/>
              <w:left w:w="65" w:type="dxa"/>
              <w:bottom w:w="65" w:type="dxa"/>
              <w:right w:w="65" w:type="dxa"/>
            </w:tcMar>
          </w:tcPr>
          <w:p w:rsidR="008A314B" w:rsidRPr="00AF630E" w:rsidRDefault="000B72E5" w:rsidP="00D72F4B">
            <w:pPr>
              <w:ind w:firstLine="329"/>
              <w:jc w:val="center"/>
              <w:rPr>
                <w:b/>
                <w:sz w:val="23"/>
                <w:szCs w:val="23"/>
              </w:rPr>
            </w:pPr>
            <w:r>
              <w:rPr>
                <w:b/>
                <w:sz w:val="23"/>
                <w:szCs w:val="23"/>
              </w:rPr>
              <w:lastRenderedPageBreak/>
              <w:t>17</w:t>
            </w:r>
            <w:r w:rsidR="00D72F4B">
              <w:rPr>
                <w:b/>
                <w:sz w:val="23"/>
                <w:szCs w:val="23"/>
              </w:rPr>
              <w:t>.</w:t>
            </w:r>
            <w:r w:rsidR="007738AC" w:rsidRPr="00AF630E">
              <w:rPr>
                <w:b/>
                <w:sz w:val="23"/>
                <w:szCs w:val="23"/>
              </w:rPr>
              <w:t xml:space="preserve"> ТАРАПТАРДЫҢ ДЕРЕКТЕМЕЛЕРІ МЕН ҚОЛДАРЫ</w:t>
            </w:r>
          </w:p>
        </w:tc>
        <w:tc>
          <w:tcPr>
            <w:tcW w:w="4905" w:type="dxa"/>
            <w:tcMar>
              <w:top w:w="65" w:type="dxa"/>
              <w:left w:w="65" w:type="dxa"/>
              <w:bottom w:w="65" w:type="dxa"/>
              <w:right w:w="65" w:type="dxa"/>
            </w:tcMar>
          </w:tcPr>
          <w:p w:rsidR="00555C4A" w:rsidRDefault="000B72E5" w:rsidP="00D72F4B">
            <w:pPr>
              <w:ind w:firstLine="329"/>
              <w:jc w:val="center"/>
              <w:rPr>
                <w:b/>
                <w:sz w:val="23"/>
                <w:szCs w:val="23"/>
              </w:rPr>
            </w:pPr>
            <w:r>
              <w:rPr>
                <w:b/>
                <w:sz w:val="23"/>
                <w:szCs w:val="23"/>
              </w:rPr>
              <w:t>17</w:t>
            </w:r>
            <w:r w:rsidR="00D72F4B">
              <w:rPr>
                <w:b/>
                <w:sz w:val="23"/>
                <w:szCs w:val="23"/>
              </w:rPr>
              <w:t>.</w:t>
            </w:r>
            <w:r w:rsidR="007738AC" w:rsidRPr="00AF630E">
              <w:rPr>
                <w:b/>
                <w:sz w:val="23"/>
                <w:szCs w:val="23"/>
              </w:rPr>
              <w:t xml:space="preserve"> РЕКВИЗИТЫ И ПОДПИСИ</w:t>
            </w:r>
          </w:p>
          <w:p w:rsidR="008A314B" w:rsidRPr="00AF630E" w:rsidRDefault="007738AC" w:rsidP="00D72F4B">
            <w:pPr>
              <w:ind w:firstLine="329"/>
              <w:jc w:val="center"/>
              <w:rPr>
                <w:b/>
                <w:sz w:val="23"/>
                <w:szCs w:val="23"/>
              </w:rPr>
            </w:pPr>
            <w:r w:rsidRPr="00AF630E">
              <w:rPr>
                <w:b/>
                <w:sz w:val="23"/>
                <w:szCs w:val="23"/>
              </w:rPr>
              <w:t>СТОРОН</w:t>
            </w:r>
          </w:p>
        </w:tc>
      </w:tr>
      <w:tr w:rsidR="008A314B" w:rsidRPr="00AB1DB9" w:rsidTr="00AF630E">
        <w:trPr>
          <w:cantSplit/>
        </w:trPr>
        <w:tc>
          <w:tcPr>
            <w:tcW w:w="5159" w:type="dxa"/>
            <w:tcMar>
              <w:top w:w="65" w:type="dxa"/>
              <w:left w:w="65" w:type="dxa"/>
              <w:bottom w:w="65" w:type="dxa"/>
              <w:right w:w="65" w:type="dxa"/>
            </w:tcMar>
          </w:tcPr>
          <w:p w:rsidR="002336E2" w:rsidRPr="00DF231C" w:rsidRDefault="002336E2" w:rsidP="00D72F4B">
            <w:pPr>
              <w:jc w:val="center"/>
              <w:rPr>
                <w:b/>
                <w:sz w:val="23"/>
                <w:szCs w:val="23"/>
              </w:rPr>
            </w:pPr>
            <w:r w:rsidRPr="00DF231C">
              <w:rPr>
                <w:b/>
                <w:sz w:val="23"/>
                <w:szCs w:val="23"/>
              </w:rPr>
              <w:t>ЖАЛҒА БЕРУШІ</w:t>
            </w:r>
          </w:p>
          <w:p w:rsidR="002336E2" w:rsidRDefault="007738AC" w:rsidP="00D72F4B">
            <w:pPr>
              <w:rPr>
                <w:sz w:val="23"/>
                <w:szCs w:val="23"/>
              </w:rPr>
            </w:pPr>
            <w:r w:rsidRPr="002336E2">
              <w:rPr>
                <w:sz w:val="23"/>
                <w:szCs w:val="23"/>
              </w:rPr>
              <w:t>«C</w:t>
            </w:r>
            <w:r w:rsidR="002336E2">
              <w:rPr>
                <w:sz w:val="23"/>
                <w:szCs w:val="23"/>
              </w:rPr>
              <w:t>ity Transportation Systems» ЖШС</w:t>
            </w:r>
          </w:p>
          <w:p w:rsidR="002336E2" w:rsidRDefault="002336E2" w:rsidP="00D72F4B">
            <w:pPr>
              <w:rPr>
                <w:sz w:val="23"/>
                <w:szCs w:val="23"/>
                <w:lang w:val="ru-RU"/>
              </w:rPr>
            </w:pPr>
            <w:r>
              <w:rPr>
                <w:sz w:val="23"/>
                <w:szCs w:val="23"/>
                <w:lang w:val="ru-RU"/>
              </w:rPr>
              <w:t>БСН: 110540005586</w:t>
            </w:r>
          </w:p>
          <w:p w:rsidR="002336E2" w:rsidRDefault="007738AC" w:rsidP="00D72F4B">
            <w:pPr>
              <w:rPr>
                <w:sz w:val="23"/>
                <w:szCs w:val="23"/>
                <w:lang w:val="ru-RU"/>
              </w:rPr>
            </w:pPr>
            <w:r w:rsidRPr="002336E2">
              <w:rPr>
                <w:sz w:val="23"/>
                <w:szCs w:val="23"/>
                <w:lang w:val="ru-RU"/>
              </w:rPr>
              <w:t>Мекенжайы: Астана қ., Алматы к</w:t>
            </w:r>
            <w:r w:rsidR="00E134FE" w:rsidRPr="002336E2">
              <w:rPr>
                <w:sz w:val="23"/>
                <w:szCs w:val="23"/>
                <w:lang w:val="kk-KZ"/>
              </w:rPr>
              <w:t>-</w:t>
            </w:r>
            <w:r w:rsidRPr="002336E2">
              <w:rPr>
                <w:sz w:val="23"/>
                <w:szCs w:val="23"/>
                <w:lang w:val="ru-RU"/>
              </w:rPr>
              <w:t xml:space="preserve">сі 13, </w:t>
            </w:r>
            <w:r w:rsidR="00E134FE" w:rsidRPr="002336E2">
              <w:rPr>
                <w:sz w:val="23"/>
                <w:szCs w:val="23"/>
                <w:lang w:val="ru-RU"/>
              </w:rPr>
              <w:t>44</w:t>
            </w:r>
            <w:r w:rsidR="00E134FE" w:rsidRPr="002336E2">
              <w:rPr>
                <w:sz w:val="23"/>
                <w:szCs w:val="23"/>
                <w:lang w:val="kk-KZ"/>
              </w:rPr>
              <w:t xml:space="preserve"> т.е.ү-ж.</w:t>
            </w:r>
            <w:r w:rsidRPr="002336E2">
              <w:rPr>
                <w:sz w:val="23"/>
                <w:szCs w:val="23"/>
                <w:lang w:val="ru-RU"/>
              </w:rPr>
              <w:t xml:space="preserve"> </w:t>
            </w:r>
          </w:p>
          <w:p w:rsidR="002336E2" w:rsidRPr="002336E2" w:rsidRDefault="007738AC" w:rsidP="00D72F4B">
            <w:pPr>
              <w:rPr>
                <w:sz w:val="23"/>
                <w:szCs w:val="23"/>
                <w:lang w:val="ru-RU"/>
              </w:rPr>
            </w:pPr>
            <w:r w:rsidRPr="002336E2">
              <w:rPr>
                <w:sz w:val="23"/>
                <w:szCs w:val="23"/>
                <w:lang w:val="ru-RU"/>
              </w:rPr>
              <w:t xml:space="preserve">ЖСК: </w:t>
            </w:r>
            <w:r w:rsidR="00E134FE" w:rsidRPr="002336E2">
              <w:rPr>
                <w:sz w:val="23"/>
                <w:szCs w:val="23"/>
              </w:rPr>
              <w:t>KZ</w:t>
            </w:r>
            <w:r w:rsidR="00E134FE" w:rsidRPr="002336E2">
              <w:rPr>
                <w:sz w:val="23"/>
                <w:szCs w:val="23"/>
                <w:lang w:val="ru-RU"/>
              </w:rPr>
              <w:t>806017111000011640</w:t>
            </w:r>
          </w:p>
          <w:p w:rsidR="002336E2" w:rsidRDefault="007738AC" w:rsidP="00D72F4B">
            <w:pPr>
              <w:rPr>
                <w:sz w:val="23"/>
                <w:szCs w:val="23"/>
                <w:lang w:val="ru-RU"/>
              </w:rPr>
            </w:pPr>
            <w:r w:rsidRPr="002336E2">
              <w:rPr>
                <w:sz w:val="23"/>
                <w:szCs w:val="23"/>
                <w:lang w:val="ru-RU"/>
              </w:rPr>
              <w:t xml:space="preserve">БСК: </w:t>
            </w:r>
            <w:r w:rsidR="00E134FE" w:rsidRPr="002336E2">
              <w:rPr>
                <w:sz w:val="23"/>
                <w:szCs w:val="23"/>
              </w:rPr>
              <w:t>HSBKKZKX</w:t>
            </w:r>
          </w:p>
          <w:p w:rsidR="002336E2" w:rsidRDefault="007738AC" w:rsidP="00D72F4B">
            <w:pPr>
              <w:rPr>
                <w:sz w:val="23"/>
                <w:szCs w:val="23"/>
                <w:lang w:val="kk-KZ"/>
              </w:rPr>
            </w:pPr>
            <w:r w:rsidRPr="002336E2">
              <w:rPr>
                <w:sz w:val="23"/>
                <w:szCs w:val="23"/>
                <w:lang w:val="ru-RU"/>
              </w:rPr>
              <w:t xml:space="preserve">Банк: </w:t>
            </w:r>
            <w:r w:rsidR="00E134FE" w:rsidRPr="002336E2">
              <w:rPr>
                <w:sz w:val="23"/>
                <w:szCs w:val="23"/>
                <w:lang w:val="ru-RU"/>
              </w:rPr>
              <w:t xml:space="preserve">«Народный Банк Казахстана» </w:t>
            </w:r>
            <w:r w:rsidR="00E134FE" w:rsidRPr="002336E2">
              <w:rPr>
                <w:sz w:val="23"/>
                <w:szCs w:val="23"/>
                <w:lang w:val="kk-KZ"/>
              </w:rPr>
              <w:t>АҚ</w:t>
            </w:r>
          </w:p>
          <w:p w:rsidR="00E134FE" w:rsidRDefault="00E134FE" w:rsidP="00D72F4B">
            <w:pPr>
              <w:rPr>
                <w:sz w:val="23"/>
                <w:szCs w:val="23"/>
                <w:lang w:val="kk-KZ"/>
              </w:rPr>
            </w:pPr>
          </w:p>
          <w:p w:rsidR="00AC6EF4" w:rsidRPr="002336E2" w:rsidRDefault="00AC6EF4" w:rsidP="00D72F4B">
            <w:pPr>
              <w:rPr>
                <w:sz w:val="23"/>
                <w:szCs w:val="23"/>
                <w:lang w:val="kk-KZ"/>
              </w:rPr>
            </w:pPr>
          </w:p>
          <w:p w:rsidR="00555C4A" w:rsidRPr="002336E2" w:rsidRDefault="007738AC" w:rsidP="00D72F4B">
            <w:pPr>
              <w:rPr>
                <w:szCs w:val="23"/>
                <w:lang w:val="kk-KZ"/>
              </w:rPr>
            </w:pPr>
            <w:r w:rsidRPr="002336E2">
              <w:rPr>
                <w:sz w:val="23"/>
                <w:szCs w:val="23"/>
                <w:lang w:val="kk-KZ"/>
              </w:rPr>
              <w:t>________________</w:t>
            </w:r>
            <w:r w:rsidR="00555C4A" w:rsidRPr="002336E2">
              <w:rPr>
                <w:sz w:val="23"/>
                <w:szCs w:val="23"/>
                <w:lang w:val="kk-KZ"/>
              </w:rPr>
              <w:br/>
            </w:r>
            <w:r w:rsidR="00555C4A" w:rsidRPr="00D72F4B">
              <w:rPr>
                <w:szCs w:val="23"/>
                <w:lang w:val="kk-KZ"/>
              </w:rPr>
              <w:t xml:space="preserve">                </w:t>
            </w:r>
            <w:r w:rsidR="00555C4A" w:rsidRPr="00080C2E">
              <w:rPr>
                <w:szCs w:val="23"/>
                <w:lang w:val="kk-KZ"/>
              </w:rPr>
              <w:t>М.О.</w:t>
            </w:r>
          </w:p>
          <w:p w:rsidR="00555C4A" w:rsidRPr="002336E2" w:rsidRDefault="00555C4A" w:rsidP="00D72F4B">
            <w:pPr>
              <w:rPr>
                <w:sz w:val="23"/>
                <w:szCs w:val="23"/>
                <w:lang w:val="kk-KZ"/>
              </w:rPr>
            </w:pPr>
          </w:p>
          <w:p w:rsidR="002336E2" w:rsidRPr="00DF231C" w:rsidRDefault="002336E2" w:rsidP="00D72F4B">
            <w:pPr>
              <w:jc w:val="center"/>
              <w:rPr>
                <w:b/>
                <w:sz w:val="23"/>
                <w:szCs w:val="23"/>
                <w:lang w:val="kk-KZ"/>
              </w:rPr>
            </w:pPr>
            <w:r w:rsidRPr="00DF231C">
              <w:rPr>
                <w:b/>
                <w:sz w:val="23"/>
                <w:szCs w:val="23"/>
                <w:lang w:val="kk-KZ"/>
              </w:rPr>
              <w:t>ЖАЛҒА АЛУШЫ</w:t>
            </w:r>
          </w:p>
          <w:p w:rsidR="002336E2" w:rsidRDefault="007738AC" w:rsidP="00D72F4B">
            <w:pPr>
              <w:rPr>
                <w:sz w:val="23"/>
                <w:szCs w:val="23"/>
                <w:lang w:val="kk-KZ"/>
              </w:rPr>
            </w:pPr>
            <w:r w:rsidRPr="002336E2">
              <w:rPr>
                <w:sz w:val="23"/>
                <w:szCs w:val="23"/>
                <w:lang w:val="kk-KZ"/>
              </w:rPr>
              <w:t>ЖШС</w:t>
            </w:r>
            <w:r w:rsidR="00555C4A" w:rsidRPr="002336E2">
              <w:rPr>
                <w:sz w:val="23"/>
                <w:szCs w:val="23"/>
                <w:lang w:val="kk-KZ"/>
              </w:rPr>
              <w:t xml:space="preserve"> «</w:t>
            </w:r>
            <w:r w:rsidR="000B72E5">
              <w:rPr>
                <w:sz w:val="23"/>
                <w:szCs w:val="23"/>
                <w:lang w:val="kk-KZ"/>
              </w:rPr>
              <w:t>______</w:t>
            </w:r>
            <w:r w:rsidR="00555C4A" w:rsidRPr="002336E2">
              <w:rPr>
                <w:sz w:val="23"/>
                <w:szCs w:val="23"/>
                <w:lang w:val="kk-KZ"/>
              </w:rPr>
              <w:t>»</w:t>
            </w:r>
          </w:p>
          <w:p w:rsidR="002336E2" w:rsidRDefault="00555C4A" w:rsidP="00D72F4B">
            <w:pPr>
              <w:rPr>
                <w:sz w:val="23"/>
                <w:szCs w:val="23"/>
                <w:lang w:val="kk-KZ"/>
              </w:rPr>
            </w:pPr>
            <w:r w:rsidRPr="002336E2">
              <w:rPr>
                <w:sz w:val="23"/>
                <w:szCs w:val="23"/>
                <w:lang w:val="kk-KZ"/>
              </w:rPr>
              <w:t>БСН</w:t>
            </w:r>
            <w:r w:rsidR="007738AC" w:rsidRPr="002336E2">
              <w:rPr>
                <w:sz w:val="23"/>
                <w:szCs w:val="23"/>
                <w:lang w:val="kk-KZ"/>
              </w:rPr>
              <w:t xml:space="preserve">: </w:t>
            </w:r>
          </w:p>
          <w:p w:rsidR="002336E2" w:rsidRDefault="007738AC" w:rsidP="00D72F4B">
            <w:pPr>
              <w:rPr>
                <w:sz w:val="23"/>
                <w:szCs w:val="23"/>
                <w:lang w:val="kk-KZ"/>
              </w:rPr>
            </w:pPr>
            <w:r w:rsidRPr="002336E2">
              <w:rPr>
                <w:sz w:val="23"/>
                <w:szCs w:val="23"/>
                <w:lang w:val="kk-KZ"/>
              </w:rPr>
              <w:t xml:space="preserve">Мекенжайы: </w:t>
            </w:r>
          </w:p>
          <w:p w:rsidR="002336E2" w:rsidRDefault="007738AC" w:rsidP="00D72F4B">
            <w:pPr>
              <w:rPr>
                <w:sz w:val="23"/>
                <w:szCs w:val="23"/>
                <w:lang w:val="kk-KZ"/>
              </w:rPr>
            </w:pPr>
            <w:r w:rsidRPr="002336E2">
              <w:rPr>
                <w:sz w:val="23"/>
                <w:szCs w:val="23"/>
                <w:lang w:val="kk-KZ"/>
              </w:rPr>
              <w:t>ЖСК:</w:t>
            </w:r>
            <w:r w:rsidR="000B72E5">
              <w:rPr>
                <w:sz w:val="23"/>
                <w:szCs w:val="23"/>
                <w:lang w:val="kk-KZ"/>
              </w:rPr>
              <w:t xml:space="preserve"> </w:t>
            </w:r>
          </w:p>
          <w:p w:rsidR="002336E2" w:rsidRDefault="000B72E5" w:rsidP="00D72F4B">
            <w:pPr>
              <w:rPr>
                <w:sz w:val="23"/>
                <w:szCs w:val="23"/>
                <w:lang w:val="kk-KZ"/>
              </w:rPr>
            </w:pPr>
            <w:r>
              <w:rPr>
                <w:sz w:val="23"/>
                <w:szCs w:val="23"/>
                <w:lang w:val="kk-KZ"/>
              </w:rPr>
              <w:t>БСК:</w:t>
            </w:r>
          </w:p>
          <w:p w:rsidR="002336E2" w:rsidRDefault="007738AC" w:rsidP="00D72F4B">
            <w:pPr>
              <w:rPr>
                <w:sz w:val="23"/>
                <w:szCs w:val="23"/>
                <w:lang w:val="kk-KZ"/>
              </w:rPr>
            </w:pPr>
            <w:r w:rsidRPr="002336E2">
              <w:rPr>
                <w:sz w:val="23"/>
                <w:szCs w:val="23"/>
                <w:lang w:val="kk-KZ"/>
              </w:rPr>
              <w:t>Банк:</w:t>
            </w:r>
            <w:r w:rsidR="002336E2" w:rsidRPr="002336E2">
              <w:rPr>
                <w:sz w:val="23"/>
                <w:szCs w:val="23"/>
                <w:lang w:val="kk-KZ"/>
              </w:rPr>
              <w:t xml:space="preserve"> «» АҚ</w:t>
            </w:r>
          </w:p>
          <w:p w:rsidR="00555C4A" w:rsidRPr="002336E2" w:rsidRDefault="00555C4A" w:rsidP="00D72F4B">
            <w:pPr>
              <w:rPr>
                <w:sz w:val="23"/>
                <w:szCs w:val="23"/>
                <w:lang w:val="kk-KZ"/>
              </w:rPr>
            </w:pPr>
            <w:r w:rsidRPr="002336E2">
              <w:rPr>
                <w:sz w:val="23"/>
                <w:szCs w:val="23"/>
                <w:lang w:val="kk-KZ"/>
              </w:rPr>
              <w:t>Директор</w:t>
            </w:r>
          </w:p>
          <w:p w:rsidR="00555C4A" w:rsidRPr="002336E2" w:rsidRDefault="00555C4A" w:rsidP="00D72F4B">
            <w:pPr>
              <w:rPr>
                <w:sz w:val="23"/>
                <w:szCs w:val="23"/>
                <w:lang w:val="kk-KZ"/>
              </w:rPr>
            </w:pPr>
          </w:p>
          <w:p w:rsidR="008A314B" w:rsidRPr="002336E2" w:rsidRDefault="00555C4A" w:rsidP="000B72E5">
            <w:pPr>
              <w:rPr>
                <w:sz w:val="23"/>
                <w:szCs w:val="23"/>
                <w:lang w:val="kk-KZ"/>
              </w:rPr>
            </w:pPr>
            <w:r w:rsidRPr="002336E2">
              <w:rPr>
                <w:sz w:val="23"/>
                <w:szCs w:val="23"/>
                <w:lang w:val="ru-RU"/>
              </w:rPr>
              <w:t>________________</w:t>
            </w:r>
            <w:r w:rsidR="007738AC" w:rsidRPr="002336E2">
              <w:rPr>
                <w:sz w:val="23"/>
                <w:szCs w:val="23"/>
                <w:lang w:val="kk-KZ"/>
              </w:rPr>
              <w:br/>
            </w:r>
            <w:r w:rsidRPr="002336E2">
              <w:rPr>
                <w:szCs w:val="23"/>
                <w:lang w:val="kk-KZ"/>
              </w:rPr>
              <w:t xml:space="preserve">                 </w:t>
            </w:r>
            <w:r w:rsidR="007738AC" w:rsidRPr="002336E2">
              <w:rPr>
                <w:szCs w:val="23"/>
                <w:lang w:val="kk-KZ"/>
              </w:rPr>
              <w:t>М.О.</w:t>
            </w:r>
          </w:p>
        </w:tc>
        <w:tc>
          <w:tcPr>
            <w:tcW w:w="4905" w:type="dxa"/>
            <w:tcMar>
              <w:top w:w="65" w:type="dxa"/>
              <w:left w:w="65" w:type="dxa"/>
              <w:bottom w:w="65" w:type="dxa"/>
              <w:right w:w="65" w:type="dxa"/>
            </w:tcMar>
          </w:tcPr>
          <w:p w:rsidR="002336E2" w:rsidRPr="00DF231C" w:rsidRDefault="002336E2" w:rsidP="00D72F4B">
            <w:pPr>
              <w:jc w:val="center"/>
              <w:rPr>
                <w:b/>
                <w:sz w:val="23"/>
                <w:szCs w:val="23"/>
              </w:rPr>
            </w:pPr>
            <w:r w:rsidRPr="00DF231C">
              <w:rPr>
                <w:b/>
                <w:sz w:val="23"/>
                <w:szCs w:val="23"/>
              </w:rPr>
              <w:t>АРЕНДОДАТЕЛЬ</w:t>
            </w:r>
          </w:p>
          <w:p w:rsidR="002336E2" w:rsidRDefault="007738AC" w:rsidP="00D72F4B">
            <w:pPr>
              <w:rPr>
                <w:sz w:val="23"/>
                <w:szCs w:val="23"/>
              </w:rPr>
            </w:pPr>
            <w:r w:rsidRPr="002336E2">
              <w:rPr>
                <w:sz w:val="23"/>
                <w:szCs w:val="23"/>
              </w:rPr>
              <w:t>ТО</w:t>
            </w:r>
            <w:r w:rsidR="002336E2">
              <w:rPr>
                <w:sz w:val="23"/>
                <w:szCs w:val="23"/>
              </w:rPr>
              <w:t>О «City Transportation Systems»</w:t>
            </w:r>
          </w:p>
          <w:p w:rsidR="002336E2" w:rsidRPr="002336E2" w:rsidRDefault="002336E2" w:rsidP="00D72F4B">
            <w:pPr>
              <w:rPr>
                <w:sz w:val="23"/>
                <w:szCs w:val="23"/>
                <w:lang w:val="ru-RU"/>
              </w:rPr>
            </w:pPr>
            <w:r w:rsidRPr="002336E2">
              <w:rPr>
                <w:sz w:val="23"/>
                <w:szCs w:val="23"/>
                <w:lang w:val="ru-RU"/>
              </w:rPr>
              <w:t>БИН: 110540005586</w:t>
            </w:r>
          </w:p>
          <w:p w:rsidR="002336E2" w:rsidRPr="002336E2" w:rsidRDefault="007738AC" w:rsidP="00D72F4B">
            <w:pPr>
              <w:rPr>
                <w:sz w:val="23"/>
                <w:szCs w:val="23"/>
                <w:lang w:val="ru-RU"/>
              </w:rPr>
            </w:pPr>
            <w:r w:rsidRPr="002336E2">
              <w:rPr>
                <w:sz w:val="23"/>
                <w:szCs w:val="23"/>
                <w:lang w:val="ru-RU"/>
              </w:rPr>
              <w:t>Адрес: г. Астана, ул. Алматы 13, н.п</w:t>
            </w:r>
            <w:r w:rsidR="002336E2" w:rsidRPr="002336E2">
              <w:rPr>
                <w:sz w:val="23"/>
                <w:szCs w:val="23"/>
                <w:lang w:val="ru-RU"/>
              </w:rPr>
              <w:t>. 44</w:t>
            </w:r>
          </w:p>
          <w:p w:rsidR="002336E2" w:rsidRDefault="007738AC" w:rsidP="00D72F4B">
            <w:pPr>
              <w:rPr>
                <w:sz w:val="23"/>
                <w:szCs w:val="23"/>
                <w:lang w:val="ru-RU"/>
              </w:rPr>
            </w:pPr>
            <w:r w:rsidRPr="002336E2">
              <w:rPr>
                <w:sz w:val="23"/>
                <w:szCs w:val="23"/>
                <w:lang w:val="ru-RU"/>
              </w:rPr>
              <w:t xml:space="preserve">ИИК: </w:t>
            </w:r>
            <w:r w:rsidR="00E134FE" w:rsidRPr="002336E2">
              <w:rPr>
                <w:sz w:val="23"/>
                <w:szCs w:val="23"/>
              </w:rPr>
              <w:t>KZ</w:t>
            </w:r>
            <w:r w:rsidR="00E134FE" w:rsidRPr="002336E2">
              <w:rPr>
                <w:sz w:val="23"/>
                <w:szCs w:val="23"/>
                <w:lang w:val="ru-RU"/>
              </w:rPr>
              <w:t>806017111000011640</w:t>
            </w:r>
          </w:p>
          <w:p w:rsidR="002336E2" w:rsidRDefault="007738AC" w:rsidP="00D72F4B">
            <w:pPr>
              <w:rPr>
                <w:sz w:val="23"/>
                <w:szCs w:val="23"/>
                <w:lang w:val="ru-RU"/>
              </w:rPr>
            </w:pPr>
            <w:r w:rsidRPr="002336E2">
              <w:rPr>
                <w:sz w:val="23"/>
                <w:szCs w:val="23"/>
                <w:lang w:val="ru-RU"/>
              </w:rPr>
              <w:t xml:space="preserve">БИК: </w:t>
            </w:r>
            <w:r w:rsidR="00E134FE" w:rsidRPr="002336E2">
              <w:rPr>
                <w:sz w:val="23"/>
                <w:szCs w:val="23"/>
              </w:rPr>
              <w:t>HSBKKZKX</w:t>
            </w:r>
          </w:p>
          <w:p w:rsidR="002336E2" w:rsidRDefault="007738AC" w:rsidP="00D72F4B">
            <w:pPr>
              <w:rPr>
                <w:sz w:val="23"/>
                <w:szCs w:val="23"/>
                <w:lang w:val="ru-RU"/>
              </w:rPr>
            </w:pPr>
            <w:r w:rsidRPr="002336E2">
              <w:rPr>
                <w:sz w:val="23"/>
                <w:szCs w:val="23"/>
                <w:lang w:val="ru-RU"/>
              </w:rPr>
              <w:t xml:space="preserve">Банк: </w:t>
            </w:r>
            <w:r w:rsidR="00E134FE" w:rsidRPr="002336E2">
              <w:rPr>
                <w:sz w:val="23"/>
                <w:szCs w:val="23"/>
                <w:lang w:val="ru-RU"/>
              </w:rPr>
              <w:t>АО «Народный Банк Казахстана»</w:t>
            </w:r>
          </w:p>
          <w:p w:rsidR="00E134FE" w:rsidRDefault="00E134FE" w:rsidP="00D72F4B">
            <w:pPr>
              <w:rPr>
                <w:sz w:val="23"/>
                <w:szCs w:val="23"/>
                <w:lang w:val="ru-RU"/>
              </w:rPr>
            </w:pPr>
          </w:p>
          <w:p w:rsidR="00AC6EF4" w:rsidRPr="002336E2" w:rsidRDefault="00AC6EF4" w:rsidP="00D72F4B">
            <w:pPr>
              <w:rPr>
                <w:sz w:val="23"/>
                <w:szCs w:val="23"/>
                <w:lang w:val="ru-RU"/>
              </w:rPr>
            </w:pPr>
          </w:p>
          <w:p w:rsidR="00E134FE" w:rsidRPr="002336E2" w:rsidRDefault="00191BFC" w:rsidP="00D72F4B">
            <w:pPr>
              <w:rPr>
                <w:sz w:val="23"/>
                <w:szCs w:val="23"/>
                <w:lang w:val="ru-RU"/>
              </w:rPr>
            </w:pPr>
            <w:r>
              <w:rPr>
                <w:sz w:val="23"/>
                <w:szCs w:val="23"/>
                <w:lang w:val="ru-RU"/>
              </w:rPr>
              <w:t>_____________</w:t>
            </w:r>
            <w:r w:rsidR="00E134FE" w:rsidRPr="002336E2">
              <w:rPr>
                <w:sz w:val="23"/>
                <w:szCs w:val="23"/>
                <w:lang w:val="ru-RU"/>
              </w:rPr>
              <w:t xml:space="preserve"> </w:t>
            </w:r>
          </w:p>
          <w:p w:rsidR="00E134FE" w:rsidRPr="002336E2" w:rsidRDefault="00E134FE" w:rsidP="00D72F4B">
            <w:pPr>
              <w:rPr>
                <w:szCs w:val="23"/>
                <w:lang w:val="ru-RU"/>
              </w:rPr>
            </w:pPr>
            <w:r w:rsidRPr="002336E2">
              <w:rPr>
                <w:szCs w:val="23"/>
                <w:lang w:val="ru-RU"/>
              </w:rPr>
              <w:t xml:space="preserve">            </w:t>
            </w:r>
            <w:r w:rsidR="00555C4A" w:rsidRPr="002336E2">
              <w:rPr>
                <w:szCs w:val="23"/>
                <w:lang w:val="ru-RU"/>
              </w:rPr>
              <w:t xml:space="preserve"> </w:t>
            </w:r>
            <w:r w:rsidRPr="002336E2">
              <w:rPr>
                <w:szCs w:val="23"/>
                <w:lang w:val="ru-RU"/>
              </w:rPr>
              <w:t xml:space="preserve">  М.П.</w:t>
            </w:r>
          </w:p>
          <w:p w:rsidR="00E134FE" w:rsidRPr="002336E2" w:rsidRDefault="00E134FE" w:rsidP="00D72F4B">
            <w:pPr>
              <w:rPr>
                <w:sz w:val="23"/>
                <w:szCs w:val="23"/>
                <w:lang w:val="ru-RU"/>
              </w:rPr>
            </w:pPr>
          </w:p>
          <w:p w:rsidR="002336E2" w:rsidRPr="00DF231C" w:rsidRDefault="002336E2" w:rsidP="00D72F4B">
            <w:pPr>
              <w:jc w:val="center"/>
              <w:rPr>
                <w:b/>
                <w:sz w:val="23"/>
                <w:szCs w:val="23"/>
                <w:lang w:val="ru-RU"/>
              </w:rPr>
            </w:pPr>
            <w:r w:rsidRPr="00DF231C">
              <w:rPr>
                <w:b/>
                <w:sz w:val="23"/>
                <w:szCs w:val="23"/>
                <w:lang w:val="ru-RU"/>
              </w:rPr>
              <w:t>АРЕНДАТОР</w:t>
            </w:r>
          </w:p>
          <w:p w:rsidR="002336E2" w:rsidRDefault="007738AC" w:rsidP="00D72F4B">
            <w:pPr>
              <w:rPr>
                <w:sz w:val="23"/>
                <w:szCs w:val="23"/>
                <w:lang w:val="ru-RU"/>
              </w:rPr>
            </w:pPr>
            <w:r w:rsidRPr="002336E2">
              <w:rPr>
                <w:sz w:val="23"/>
                <w:szCs w:val="23"/>
                <w:lang w:val="ru-RU"/>
              </w:rPr>
              <w:t>ТОО</w:t>
            </w:r>
            <w:r w:rsidR="00E134FE" w:rsidRPr="002336E2">
              <w:rPr>
                <w:sz w:val="23"/>
                <w:szCs w:val="23"/>
                <w:lang w:val="ru-RU"/>
              </w:rPr>
              <w:t xml:space="preserve"> «</w:t>
            </w:r>
            <w:r w:rsidR="000B72E5">
              <w:rPr>
                <w:sz w:val="23"/>
                <w:szCs w:val="23"/>
                <w:lang w:val="ru-RU"/>
              </w:rPr>
              <w:t>______</w:t>
            </w:r>
            <w:r w:rsidR="00E134FE" w:rsidRPr="002336E2">
              <w:rPr>
                <w:sz w:val="23"/>
                <w:szCs w:val="23"/>
                <w:lang w:val="ru-RU"/>
              </w:rPr>
              <w:t>»</w:t>
            </w:r>
          </w:p>
          <w:p w:rsidR="002336E2" w:rsidRDefault="00E134FE" w:rsidP="00D72F4B">
            <w:pPr>
              <w:rPr>
                <w:sz w:val="23"/>
                <w:szCs w:val="23"/>
                <w:lang w:val="ru-RU"/>
              </w:rPr>
            </w:pPr>
            <w:r w:rsidRPr="002336E2">
              <w:rPr>
                <w:sz w:val="23"/>
                <w:szCs w:val="23"/>
                <w:lang w:val="ru-RU"/>
              </w:rPr>
              <w:t>БИН</w:t>
            </w:r>
            <w:r w:rsidR="000B72E5">
              <w:rPr>
                <w:sz w:val="23"/>
                <w:szCs w:val="23"/>
                <w:lang w:val="ru-RU"/>
              </w:rPr>
              <w:t>:</w:t>
            </w:r>
          </w:p>
          <w:p w:rsidR="002336E2" w:rsidRDefault="000B72E5" w:rsidP="00D72F4B">
            <w:pPr>
              <w:rPr>
                <w:sz w:val="23"/>
                <w:szCs w:val="23"/>
                <w:lang w:val="ru-RU"/>
              </w:rPr>
            </w:pPr>
            <w:r>
              <w:rPr>
                <w:sz w:val="23"/>
                <w:szCs w:val="23"/>
                <w:lang w:val="ru-RU"/>
              </w:rPr>
              <w:t>Адрес:</w:t>
            </w:r>
          </w:p>
          <w:p w:rsidR="002336E2" w:rsidRDefault="000B72E5" w:rsidP="00D72F4B">
            <w:pPr>
              <w:rPr>
                <w:sz w:val="23"/>
                <w:szCs w:val="23"/>
                <w:lang w:val="ru-RU"/>
              </w:rPr>
            </w:pPr>
            <w:r>
              <w:rPr>
                <w:sz w:val="23"/>
                <w:szCs w:val="23"/>
                <w:lang w:val="ru-RU"/>
              </w:rPr>
              <w:t>ИИК:</w:t>
            </w:r>
          </w:p>
          <w:p w:rsidR="002336E2" w:rsidRDefault="000B72E5" w:rsidP="00D72F4B">
            <w:pPr>
              <w:rPr>
                <w:sz w:val="23"/>
                <w:szCs w:val="23"/>
                <w:lang w:val="ru-RU"/>
              </w:rPr>
            </w:pPr>
            <w:r>
              <w:rPr>
                <w:sz w:val="23"/>
                <w:szCs w:val="23"/>
                <w:lang w:val="ru-RU"/>
              </w:rPr>
              <w:t>БИК:</w:t>
            </w:r>
          </w:p>
          <w:p w:rsidR="002336E2" w:rsidRDefault="007738AC" w:rsidP="00D72F4B">
            <w:pPr>
              <w:rPr>
                <w:sz w:val="23"/>
                <w:szCs w:val="23"/>
                <w:lang w:val="ru-RU"/>
              </w:rPr>
            </w:pPr>
            <w:r w:rsidRPr="002336E2">
              <w:rPr>
                <w:sz w:val="23"/>
                <w:szCs w:val="23"/>
                <w:lang w:val="ru-RU"/>
              </w:rPr>
              <w:t xml:space="preserve">Банк: </w:t>
            </w:r>
            <w:r w:rsidR="002336E2" w:rsidRPr="002336E2">
              <w:rPr>
                <w:sz w:val="23"/>
                <w:szCs w:val="23"/>
                <w:lang w:val="ru-RU"/>
              </w:rPr>
              <w:t>АО «</w:t>
            </w:r>
            <w:r w:rsidR="000B72E5">
              <w:rPr>
                <w:sz w:val="23"/>
                <w:szCs w:val="23"/>
                <w:lang w:val="ru-RU"/>
              </w:rPr>
              <w:t>_____</w:t>
            </w:r>
            <w:r w:rsidR="002336E2" w:rsidRPr="002336E2">
              <w:rPr>
                <w:sz w:val="23"/>
                <w:szCs w:val="23"/>
                <w:lang w:val="ru-RU"/>
              </w:rPr>
              <w:t>»</w:t>
            </w:r>
          </w:p>
          <w:p w:rsidR="00E134FE" w:rsidRPr="002336E2" w:rsidRDefault="00E134FE" w:rsidP="00D72F4B">
            <w:pPr>
              <w:rPr>
                <w:sz w:val="23"/>
                <w:szCs w:val="23"/>
                <w:lang w:val="ru-RU"/>
              </w:rPr>
            </w:pPr>
            <w:r w:rsidRPr="002336E2">
              <w:rPr>
                <w:sz w:val="23"/>
                <w:szCs w:val="23"/>
                <w:lang w:val="ru-RU"/>
              </w:rPr>
              <w:t>Директор</w:t>
            </w:r>
          </w:p>
          <w:p w:rsidR="00555C4A" w:rsidRPr="002336E2" w:rsidRDefault="00555C4A" w:rsidP="00D72F4B">
            <w:pPr>
              <w:rPr>
                <w:sz w:val="23"/>
                <w:szCs w:val="23"/>
                <w:lang w:val="ru-RU"/>
              </w:rPr>
            </w:pPr>
          </w:p>
          <w:p w:rsidR="008A314B" w:rsidRPr="002336E2" w:rsidRDefault="000B72E5" w:rsidP="000B72E5">
            <w:pPr>
              <w:rPr>
                <w:sz w:val="23"/>
                <w:szCs w:val="23"/>
                <w:lang w:val="ru-RU"/>
              </w:rPr>
            </w:pPr>
            <w:r>
              <w:rPr>
                <w:sz w:val="23"/>
                <w:szCs w:val="23"/>
                <w:lang w:val="ru-RU"/>
              </w:rPr>
              <w:t>_____________</w:t>
            </w:r>
            <w:r w:rsidR="007738AC" w:rsidRPr="002336E2">
              <w:rPr>
                <w:sz w:val="23"/>
                <w:szCs w:val="23"/>
                <w:lang w:val="ru-RU"/>
              </w:rPr>
              <w:br/>
            </w:r>
            <w:r w:rsidR="00E134FE" w:rsidRPr="002336E2">
              <w:rPr>
                <w:szCs w:val="23"/>
                <w:lang w:val="ru-RU"/>
              </w:rPr>
              <w:t xml:space="preserve">             </w:t>
            </w:r>
            <w:r w:rsidR="00555C4A" w:rsidRPr="002336E2">
              <w:rPr>
                <w:szCs w:val="23"/>
                <w:lang w:val="ru-RU"/>
              </w:rPr>
              <w:t xml:space="preserve">  </w:t>
            </w:r>
            <w:r w:rsidR="00E134FE" w:rsidRPr="002336E2">
              <w:rPr>
                <w:szCs w:val="23"/>
                <w:lang w:val="ru-RU"/>
              </w:rPr>
              <w:t xml:space="preserve"> </w:t>
            </w:r>
            <w:r w:rsidR="007738AC" w:rsidRPr="002336E2">
              <w:rPr>
                <w:szCs w:val="23"/>
                <w:lang w:val="ru-RU"/>
              </w:rPr>
              <w:t>М.П.</w:t>
            </w:r>
          </w:p>
        </w:tc>
      </w:tr>
    </w:tbl>
    <w:p w:rsidR="007738AC" w:rsidRPr="00E134FE" w:rsidRDefault="007738AC"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p w:rsidR="00C92E91" w:rsidRPr="00E134FE" w:rsidRDefault="00C92E91" w:rsidP="00D72F4B">
      <w:pPr>
        <w:spacing w:line="240" w:lineRule="auto"/>
        <w:rPr>
          <w:sz w:val="22"/>
          <w:lang w:val="ru-RU"/>
        </w:rPr>
      </w:pPr>
    </w:p>
    <w:tbl>
      <w:tblPr>
        <w:tblStyle w:val="aff0"/>
        <w:tblW w:w="10064" w:type="dxa"/>
        <w:tblInd w:w="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59"/>
        <w:gridCol w:w="4905"/>
      </w:tblGrid>
      <w:tr w:rsidR="00C92E91" w:rsidRPr="002336E2" w:rsidTr="00C92E91">
        <w:trPr>
          <w:cantSplit/>
        </w:trPr>
        <w:tc>
          <w:tcPr>
            <w:tcW w:w="5159" w:type="dxa"/>
            <w:tcMar>
              <w:top w:w="65" w:type="dxa"/>
              <w:left w:w="65" w:type="dxa"/>
              <w:bottom w:w="65" w:type="dxa"/>
              <w:right w:w="65" w:type="dxa"/>
            </w:tcMar>
          </w:tcPr>
          <w:p w:rsidR="00C92E91" w:rsidRPr="002336E2" w:rsidRDefault="00C92E91" w:rsidP="00D72F4B">
            <w:pPr>
              <w:jc w:val="right"/>
              <w:rPr>
                <w:i/>
                <w:sz w:val="22"/>
                <w:szCs w:val="23"/>
                <w:lang w:val="ru-RU"/>
              </w:rPr>
            </w:pPr>
            <w:r w:rsidRPr="002336E2">
              <w:rPr>
                <w:i/>
                <w:sz w:val="22"/>
                <w:szCs w:val="23"/>
                <w:lang w:val="ru-RU"/>
              </w:rPr>
              <w:lastRenderedPageBreak/>
              <w:t>№ 1 қосымша</w:t>
            </w:r>
          </w:p>
        </w:tc>
        <w:tc>
          <w:tcPr>
            <w:tcW w:w="4905" w:type="dxa"/>
            <w:tcMar>
              <w:top w:w="65" w:type="dxa"/>
              <w:left w:w="65" w:type="dxa"/>
              <w:bottom w:w="65" w:type="dxa"/>
              <w:right w:w="65" w:type="dxa"/>
            </w:tcMar>
          </w:tcPr>
          <w:p w:rsidR="00C92E91" w:rsidRPr="002336E2" w:rsidRDefault="00C92E91" w:rsidP="00D72F4B">
            <w:pPr>
              <w:jc w:val="right"/>
              <w:rPr>
                <w:i/>
                <w:sz w:val="22"/>
                <w:szCs w:val="23"/>
                <w:lang w:val="ru-RU"/>
              </w:rPr>
            </w:pPr>
            <w:r w:rsidRPr="002336E2">
              <w:rPr>
                <w:i/>
                <w:sz w:val="22"/>
                <w:szCs w:val="23"/>
                <w:lang w:val="ru-RU"/>
              </w:rPr>
              <w:t>Приложение № 1</w:t>
            </w:r>
          </w:p>
        </w:tc>
      </w:tr>
      <w:tr w:rsidR="00C92E91" w:rsidRPr="00D263F5" w:rsidTr="00C92E91">
        <w:trPr>
          <w:cantSplit/>
        </w:trPr>
        <w:tc>
          <w:tcPr>
            <w:tcW w:w="5159" w:type="dxa"/>
            <w:tcMar>
              <w:top w:w="65" w:type="dxa"/>
              <w:left w:w="65" w:type="dxa"/>
              <w:bottom w:w="65" w:type="dxa"/>
              <w:right w:w="65" w:type="dxa"/>
            </w:tcMar>
          </w:tcPr>
          <w:p w:rsidR="00C92E91" w:rsidRPr="00D72F4B" w:rsidRDefault="00C92E91" w:rsidP="00D72F4B">
            <w:pPr>
              <w:jc w:val="center"/>
              <w:rPr>
                <w:b/>
                <w:sz w:val="23"/>
                <w:szCs w:val="23"/>
              </w:rPr>
            </w:pPr>
            <w:r w:rsidRPr="00C92E91">
              <w:rPr>
                <w:b/>
                <w:sz w:val="23"/>
                <w:szCs w:val="23"/>
                <w:lang w:val="ru-RU"/>
              </w:rPr>
              <w:t>Жарнама</w:t>
            </w:r>
            <w:r w:rsidRPr="00D72F4B">
              <w:rPr>
                <w:b/>
                <w:sz w:val="23"/>
                <w:szCs w:val="23"/>
              </w:rPr>
              <w:t xml:space="preserve"> </w:t>
            </w:r>
            <w:r w:rsidRPr="00C92E91">
              <w:rPr>
                <w:b/>
                <w:sz w:val="23"/>
                <w:szCs w:val="23"/>
                <w:lang w:val="ru-RU"/>
              </w:rPr>
              <w:t>алаңдарын</w:t>
            </w:r>
            <w:r w:rsidRPr="00D72F4B">
              <w:rPr>
                <w:b/>
                <w:sz w:val="23"/>
                <w:szCs w:val="23"/>
              </w:rPr>
              <w:t xml:space="preserve"> </w:t>
            </w:r>
            <w:r w:rsidRPr="00C92E91">
              <w:rPr>
                <w:b/>
                <w:sz w:val="23"/>
                <w:szCs w:val="23"/>
                <w:lang w:val="ru-RU"/>
              </w:rPr>
              <w:t>жалға</w:t>
            </w:r>
            <w:r w:rsidRPr="00D72F4B">
              <w:rPr>
                <w:b/>
                <w:sz w:val="23"/>
                <w:szCs w:val="23"/>
              </w:rPr>
              <w:t xml:space="preserve"> </w:t>
            </w:r>
            <w:r w:rsidRPr="00C92E91">
              <w:rPr>
                <w:b/>
                <w:sz w:val="23"/>
                <w:szCs w:val="23"/>
                <w:lang w:val="ru-RU"/>
              </w:rPr>
              <w:t>алу</w:t>
            </w:r>
            <w:r w:rsidRPr="00D72F4B">
              <w:rPr>
                <w:b/>
                <w:sz w:val="23"/>
                <w:szCs w:val="23"/>
              </w:rPr>
              <w:t xml:space="preserve"> </w:t>
            </w:r>
            <w:r w:rsidRPr="00C92E91">
              <w:rPr>
                <w:b/>
                <w:sz w:val="23"/>
                <w:szCs w:val="23"/>
                <w:lang w:val="ru-RU"/>
              </w:rPr>
              <w:t>туралы</w:t>
            </w:r>
            <w:r w:rsidR="002336E2" w:rsidRPr="00D72F4B">
              <w:rPr>
                <w:b/>
                <w:sz w:val="23"/>
                <w:szCs w:val="23"/>
              </w:rPr>
              <w:t xml:space="preserve"> 2026 </w:t>
            </w:r>
            <w:r w:rsidRPr="00C92E91">
              <w:rPr>
                <w:b/>
                <w:sz w:val="23"/>
                <w:szCs w:val="23"/>
                <w:lang w:val="ru-RU"/>
              </w:rPr>
              <w:t>жылғы</w:t>
            </w:r>
            <w:r w:rsidRPr="00D72F4B">
              <w:rPr>
                <w:b/>
                <w:sz w:val="23"/>
                <w:szCs w:val="23"/>
              </w:rPr>
              <w:t xml:space="preserve"> «___» __________№ ___ </w:t>
            </w:r>
            <w:r w:rsidRPr="00C92E91">
              <w:rPr>
                <w:b/>
                <w:sz w:val="23"/>
                <w:szCs w:val="23"/>
                <w:lang w:val="ru-RU"/>
              </w:rPr>
              <w:t>шартқа</w:t>
            </w:r>
            <w:r w:rsidRPr="00D72F4B">
              <w:rPr>
                <w:b/>
                <w:sz w:val="23"/>
                <w:szCs w:val="23"/>
              </w:rPr>
              <w:t xml:space="preserve"> </w:t>
            </w:r>
            <w:r w:rsidRPr="00C92E91">
              <w:rPr>
                <w:b/>
                <w:sz w:val="23"/>
                <w:szCs w:val="23"/>
                <w:lang w:val="ru-RU"/>
              </w:rPr>
              <w:t>жарнама</w:t>
            </w:r>
            <w:r w:rsidRPr="00D72F4B">
              <w:rPr>
                <w:b/>
                <w:sz w:val="23"/>
                <w:szCs w:val="23"/>
              </w:rPr>
              <w:t xml:space="preserve"> </w:t>
            </w:r>
            <w:r w:rsidRPr="00C92E91">
              <w:rPr>
                <w:b/>
                <w:sz w:val="23"/>
                <w:szCs w:val="23"/>
                <w:lang w:val="ru-RU"/>
              </w:rPr>
              <w:t>алаңдарының</w:t>
            </w:r>
            <w:r w:rsidRPr="00D72F4B">
              <w:rPr>
                <w:b/>
                <w:sz w:val="23"/>
                <w:szCs w:val="23"/>
              </w:rPr>
              <w:t xml:space="preserve"> </w:t>
            </w:r>
            <w:r w:rsidRPr="00C92E91">
              <w:rPr>
                <w:b/>
                <w:sz w:val="23"/>
                <w:szCs w:val="23"/>
                <w:lang w:val="ru-RU"/>
              </w:rPr>
              <w:t>тізбесі</w:t>
            </w:r>
            <w:r w:rsidRPr="00D72F4B">
              <w:rPr>
                <w:b/>
                <w:sz w:val="23"/>
                <w:szCs w:val="23"/>
              </w:rPr>
              <w:t xml:space="preserve"> </w:t>
            </w:r>
            <w:r w:rsidRPr="00C92E91">
              <w:rPr>
                <w:b/>
                <w:sz w:val="23"/>
                <w:szCs w:val="23"/>
                <w:lang w:val="ru-RU"/>
              </w:rPr>
              <w:t>мен</w:t>
            </w:r>
            <w:r w:rsidRPr="00D72F4B">
              <w:rPr>
                <w:b/>
                <w:sz w:val="23"/>
                <w:szCs w:val="23"/>
              </w:rPr>
              <w:t xml:space="preserve"> </w:t>
            </w:r>
            <w:r w:rsidRPr="00C92E91">
              <w:rPr>
                <w:b/>
                <w:sz w:val="23"/>
                <w:szCs w:val="23"/>
                <w:lang w:val="ru-RU"/>
              </w:rPr>
              <w:t>сипаттамасы</w:t>
            </w:r>
          </w:p>
        </w:tc>
        <w:tc>
          <w:tcPr>
            <w:tcW w:w="4905" w:type="dxa"/>
            <w:tcMar>
              <w:top w:w="65" w:type="dxa"/>
              <w:left w:w="65" w:type="dxa"/>
              <w:bottom w:w="65" w:type="dxa"/>
              <w:right w:w="65" w:type="dxa"/>
            </w:tcMar>
          </w:tcPr>
          <w:p w:rsidR="00C92E91" w:rsidRPr="00C92E91" w:rsidRDefault="00C92E91" w:rsidP="00D72F4B">
            <w:pPr>
              <w:jc w:val="center"/>
              <w:rPr>
                <w:b/>
                <w:sz w:val="23"/>
                <w:szCs w:val="23"/>
                <w:lang w:val="ru-RU"/>
              </w:rPr>
            </w:pPr>
            <w:r w:rsidRPr="00C92E91">
              <w:rPr>
                <w:b/>
                <w:sz w:val="23"/>
                <w:szCs w:val="23"/>
                <w:lang w:val="ru-RU"/>
              </w:rPr>
              <w:t>Перечень и характеристика рекламных площадей к Договору аренды рекламных площадей</w:t>
            </w:r>
            <w:r w:rsidR="002336E2">
              <w:rPr>
                <w:b/>
                <w:sz w:val="23"/>
                <w:szCs w:val="23"/>
                <w:lang w:val="ru-RU"/>
              </w:rPr>
              <w:t xml:space="preserve"> № ___ от «___» __________ 2026 </w:t>
            </w:r>
            <w:r w:rsidRPr="00C92E91">
              <w:rPr>
                <w:b/>
                <w:sz w:val="23"/>
                <w:szCs w:val="23"/>
                <w:lang w:val="ru-RU"/>
              </w:rPr>
              <w:t>года</w:t>
            </w:r>
          </w:p>
        </w:tc>
      </w:tr>
      <w:tr w:rsidR="00E96D53" w:rsidRPr="00AF630E" w:rsidTr="00C92E91">
        <w:trPr>
          <w:cantSplit/>
        </w:trPr>
        <w:tc>
          <w:tcPr>
            <w:tcW w:w="5159" w:type="dxa"/>
            <w:tcMar>
              <w:top w:w="65" w:type="dxa"/>
              <w:left w:w="65" w:type="dxa"/>
              <w:bottom w:w="65" w:type="dxa"/>
              <w:right w:w="65" w:type="dxa"/>
            </w:tcMar>
          </w:tcPr>
          <w:p w:rsidR="00E96D53" w:rsidRPr="00D17096" w:rsidRDefault="000B72E5" w:rsidP="00E96D53">
            <w:pPr>
              <w:rPr>
                <w:sz w:val="23"/>
                <w:szCs w:val="23"/>
                <w:lang w:val="ru-RU"/>
              </w:rPr>
            </w:pPr>
            <w:r>
              <w:rPr>
                <w:sz w:val="23"/>
                <w:szCs w:val="23"/>
              </w:rPr>
              <w:t>Лот нөмірі:</w:t>
            </w:r>
          </w:p>
        </w:tc>
        <w:tc>
          <w:tcPr>
            <w:tcW w:w="4905" w:type="dxa"/>
            <w:tcMar>
              <w:top w:w="65" w:type="dxa"/>
              <w:left w:w="65" w:type="dxa"/>
              <w:bottom w:w="65" w:type="dxa"/>
              <w:right w:w="65" w:type="dxa"/>
            </w:tcMar>
          </w:tcPr>
          <w:p w:rsidR="00E96D53" w:rsidRPr="00D17096" w:rsidRDefault="00E96D53" w:rsidP="00E96D53">
            <w:pPr>
              <w:rPr>
                <w:sz w:val="23"/>
                <w:szCs w:val="23"/>
                <w:lang w:val="ru-RU"/>
              </w:rPr>
            </w:pPr>
            <w:r w:rsidRPr="00AF630E">
              <w:rPr>
                <w:sz w:val="23"/>
                <w:szCs w:val="23"/>
              </w:rPr>
              <w:t xml:space="preserve">Номер лота: </w:t>
            </w:r>
          </w:p>
        </w:tc>
      </w:tr>
      <w:tr w:rsidR="00E96D53" w:rsidRPr="00AB1DB9" w:rsidTr="00C92E91">
        <w:trPr>
          <w:cantSplit/>
        </w:trPr>
        <w:tc>
          <w:tcPr>
            <w:tcW w:w="5159" w:type="dxa"/>
            <w:tcMar>
              <w:top w:w="65" w:type="dxa"/>
              <w:left w:w="65" w:type="dxa"/>
              <w:bottom w:w="65" w:type="dxa"/>
              <w:right w:w="65" w:type="dxa"/>
            </w:tcMar>
          </w:tcPr>
          <w:p w:rsidR="00E96D53" w:rsidRPr="00AF630E" w:rsidRDefault="000B72E5" w:rsidP="000B72E5">
            <w:pPr>
              <w:rPr>
                <w:sz w:val="23"/>
                <w:szCs w:val="23"/>
              </w:rPr>
            </w:pPr>
            <w:r>
              <w:rPr>
                <w:sz w:val="23"/>
                <w:szCs w:val="23"/>
              </w:rPr>
              <w:t>Жарнама алаңының атауы:</w:t>
            </w:r>
          </w:p>
        </w:tc>
        <w:tc>
          <w:tcPr>
            <w:tcW w:w="4905" w:type="dxa"/>
            <w:tcMar>
              <w:top w:w="65" w:type="dxa"/>
              <w:left w:w="65" w:type="dxa"/>
              <w:bottom w:w="65" w:type="dxa"/>
              <w:right w:w="65" w:type="dxa"/>
            </w:tcMar>
          </w:tcPr>
          <w:p w:rsidR="00E96D53" w:rsidRPr="00D17096" w:rsidRDefault="000B72E5" w:rsidP="000B72E5">
            <w:pPr>
              <w:rPr>
                <w:sz w:val="23"/>
                <w:szCs w:val="23"/>
                <w:lang w:val="ru-RU"/>
              </w:rPr>
            </w:pPr>
            <w:r>
              <w:rPr>
                <w:sz w:val="23"/>
                <w:szCs w:val="23"/>
                <w:lang w:val="ru-RU"/>
              </w:rPr>
              <w:t>Наименование рекламной</w:t>
            </w:r>
            <w:r w:rsidR="00E8099B">
              <w:rPr>
                <w:sz w:val="23"/>
                <w:szCs w:val="23"/>
                <w:lang w:val="ru-RU"/>
              </w:rPr>
              <w:t xml:space="preserve"> </w:t>
            </w:r>
            <w:r w:rsidR="00E8099B" w:rsidRPr="00E8099B">
              <w:rPr>
                <w:sz w:val="23"/>
                <w:szCs w:val="23"/>
                <w:lang w:val="ru-RU"/>
              </w:rPr>
              <w:t>площади</w:t>
            </w:r>
            <w:r w:rsidR="00E8099B">
              <w:rPr>
                <w:sz w:val="23"/>
                <w:szCs w:val="23"/>
                <w:lang w:val="ru-RU"/>
              </w:rPr>
              <w:t>:</w:t>
            </w:r>
          </w:p>
        </w:tc>
      </w:tr>
      <w:tr w:rsidR="00E96D53" w:rsidRPr="00AF630E" w:rsidTr="00C92E91">
        <w:trPr>
          <w:cantSplit/>
        </w:trPr>
        <w:tc>
          <w:tcPr>
            <w:tcW w:w="5159" w:type="dxa"/>
            <w:tcMar>
              <w:top w:w="65" w:type="dxa"/>
              <w:left w:w="65" w:type="dxa"/>
              <w:bottom w:w="65" w:type="dxa"/>
              <w:right w:w="65" w:type="dxa"/>
            </w:tcMar>
          </w:tcPr>
          <w:p w:rsidR="00E96D53" w:rsidRPr="00AF630E" w:rsidRDefault="000B72E5" w:rsidP="000B72E5">
            <w:pPr>
              <w:rPr>
                <w:sz w:val="23"/>
                <w:szCs w:val="23"/>
              </w:rPr>
            </w:pPr>
            <w:r>
              <w:rPr>
                <w:sz w:val="23"/>
                <w:szCs w:val="23"/>
              </w:rPr>
              <w:t>Tarlan Astana объектісі:</w:t>
            </w:r>
          </w:p>
        </w:tc>
        <w:tc>
          <w:tcPr>
            <w:tcW w:w="4905" w:type="dxa"/>
            <w:tcMar>
              <w:top w:w="65" w:type="dxa"/>
              <w:left w:w="65" w:type="dxa"/>
              <w:bottom w:w="65" w:type="dxa"/>
              <w:right w:w="65" w:type="dxa"/>
            </w:tcMar>
          </w:tcPr>
          <w:p w:rsidR="00E96D53" w:rsidRPr="00AF630E" w:rsidRDefault="000B72E5" w:rsidP="000B72E5">
            <w:pPr>
              <w:rPr>
                <w:sz w:val="23"/>
                <w:szCs w:val="23"/>
              </w:rPr>
            </w:pPr>
            <w:r>
              <w:rPr>
                <w:sz w:val="23"/>
                <w:szCs w:val="23"/>
              </w:rPr>
              <w:t>Объект Tarlan Astana:</w:t>
            </w:r>
          </w:p>
        </w:tc>
      </w:tr>
      <w:tr w:rsidR="00E96D53" w:rsidRPr="00AF630E" w:rsidTr="00C92E91">
        <w:trPr>
          <w:cantSplit/>
        </w:trPr>
        <w:tc>
          <w:tcPr>
            <w:tcW w:w="5159" w:type="dxa"/>
            <w:tcMar>
              <w:top w:w="65" w:type="dxa"/>
              <w:left w:w="65" w:type="dxa"/>
              <w:bottom w:w="65" w:type="dxa"/>
              <w:right w:w="65" w:type="dxa"/>
            </w:tcMar>
          </w:tcPr>
          <w:p w:rsidR="00E96D53" w:rsidRPr="00AF630E" w:rsidRDefault="000B72E5" w:rsidP="000B72E5">
            <w:pPr>
              <w:rPr>
                <w:sz w:val="23"/>
                <w:szCs w:val="23"/>
              </w:rPr>
            </w:pPr>
            <w:r>
              <w:rPr>
                <w:sz w:val="23"/>
                <w:szCs w:val="23"/>
              </w:rPr>
              <w:t>станса № / вагон №:</w:t>
            </w:r>
          </w:p>
        </w:tc>
        <w:tc>
          <w:tcPr>
            <w:tcW w:w="4905" w:type="dxa"/>
            <w:tcMar>
              <w:top w:w="65" w:type="dxa"/>
              <w:left w:w="65" w:type="dxa"/>
              <w:bottom w:w="65" w:type="dxa"/>
              <w:right w:w="65" w:type="dxa"/>
            </w:tcMar>
          </w:tcPr>
          <w:p w:rsidR="00E96D53" w:rsidRPr="00AF630E" w:rsidRDefault="00E96D53" w:rsidP="000B72E5">
            <w:pPr>
              <w:rPr>
                <w:sz w:val="23"/>
                <w:szCs w:val="23"/>
              </w:rPr>
            </w:pPr>
            <w:r w:rsidRPr="00AF630E">
              <w:rPr>
                <w:sz w:val="23"/>
                <w:szCs w:val="23"/>
              </w:rPr>
              <w:t>№</w:t>
            </w:r>
            <w:r w:rsidR="000B72E5">
              <w:rPr>
                <w:sz w:val="23"/>
                <w:szCs w:val="23"/>
              </w:rPr>
              <w:t xml:space="preserve"> станции / № вагона:</w:t>
            </w:r>
          </w:p>
        </w:tc>
      </w:tr>
      <w:tr w:rsidR="00E96D53" w:rsidRPr="00AF630E" w:rsidTr="00C92E91">
        <w:trPr>
          <w:cantSplit/>
        </w:trPr>
        <w:tc>
          <w:tcPr>
            <w:tcW w:w="5159" w:type="dxa"/>
            <w:tcMar>
              <w:top w:w="65" w:type="dxa"/>
              <w:left w:w="65" w:type="dxa"/>
              <w:bottom w:w="65" w:type="dxa"/>
              <w:right w:w="65" w:type="dxa"/>
            </w:tcMar>
          </w:tcPr>
          <w:p w:rsidR="00E96D53" w:rsidRPr="00AF630E" w:rsidRDefault="00E96D53" w:rsidP="00E96D53">
            <w:pPr>
              <w:rPr>
                <w:sz w:val="23"/>
                <w:szCs w:val="23"/>
              </w:rPr>
            </w:pPr>
            <w:r w:rsidRPr="00AF630E">
              <w:rPr>
                <w:sz w:val="23"/>
                <w:szCs w:val="23"/>
              </w:rPr>
              <w:t xml:space="preserve">Орналасқан жері: </w:t>
            </w:r>
            <w:r>
              <w:rPr>
                <w:sz w:val="23"/>
                <w:szCs w:val="23"/>
                <w:lang w:val="ru-RU"/>
              </w:rPr>
              <w:t>Астана қ</w:t>
            </w:r>
            <w:r>
              <w:rPr>
                <w:sz w:val="23"/>
                <w:szCs w:val="23"/>
              </w:rPr>
              <w:t>.</w:t>
            </w:r>
          </w:p>
        </w:tc>
        <w:tc>
          <w:tcPr>
            <w:tcW w:w="4905" w:type="dxa"/>
            <w:tcMar>
              <w:top w:w="65" w:type="dxa"/>
              <w:left w:w="65" w:type="dxa"/>
              <w:bottom w:w="65" w:type="dxa"/>
              <w:right w:w="65" w:type="dxa"/>
            </w:tcMar>
          </w:tcPr>
          <w:p w:rsidR="00E96D53" w:rsidRPr="00D17096" w:rsidRDefault="00E96D53" w:rsidP="00E96D53">
            <w:pPr>
              <w:rPr>
                <w:sz w:val="23"/>
                <w:szCs w:val="23"/>
                <w:lang w:val="ru-RU"/>
              </w:rPr>
            </w:pPr>
            <w:r w:rsidRPr="00D17096">
              <w:rPr>
                <w:sz w:val="23"/>
                <w:szCs w:val="23"/>
                <w:lang w:val="ru-RU"/>
              </w:rPr>
              <w:t xml:space="preserve">Месторасположение: </w:t>
            </w:r>
            <w:r>
              <w:rPr>
                <w:sz w:val="23"/>
                <w:szCs w:val="23"/>
                <w:lang w:val="ru-RU"/>
              </w:rPr>
              <w:t>г. Астана</w:t>
            </w:r>
          </w:p>
        </w:tc>
      </w:tr>
      <w:tr w:rsidR="00E96D53" w:rsidRPr="00D263F5" w:rsidTr="00C92E91">
        <w:trPr>
          <w:cantSplit/>
        </w:trPr>
        <w:tc>
          <w:tcPr>
            <w:tcW w:w="5159" w:type="dxa"/>
            <w:tcMar>
              <w:top w:w="65" w:type="dxa"/>
              <w:left w:w="65" w:type="dxa"/>
              <w:bottom w:w="65" w:type="dxa"/>
              <w:right w:w="65" w:type="dxa"/>
            </w:tcMar>
          </w:tcPr>
          <w:p w:rsidR="00E96D53" w:rsidRPr="00E96D53" w:rsidRDefault="00E96D53" w:rsidP="00E96D53">
            <w:pPr>
              <w:rPr>
                <w:sz w:val="23"/>
                <w:szCs w:val="23"/>
              </w:rPr>
            </w:pPr>
            <w:r w:rsidRPr="00AF630E">
              <w:rPr>
                <w:sz w:val="23"/>
                <w:szCs w:val="23"/>
                <w:lang w:val="ru-RU"/>
              </w:rPr>
              <w:t>Жалдау</w:t>
            </w:r>
            <w:r w:rsidRPr="00E96D53">
              <w:rPr>
                <w:sz w:val="23"/>
                <w:szCs w:val="23"/>
              </w:rPr>
              <w:t xml:space="preserve"> </w:t>
            </w:r>
            <w:r w:rsidRPr="00AF630E">
              <w:rPr>
                <w:sz w:val="23"/>
                <w:szCs w:val="23"/>
                <w:lang w:val="ru-RU"/>
              </w:rPr>
              <w:t>мерзімі</w:t>
            </w:r>
            <w:r w:rsidRPr="00E96D53">
              <w:rPr>
                <w:sz w:val="23"/>
                <w:szCs w:val="23"/>
              </w:rPr>
              <w:t xml:space="preserve">: 2026 </w:t>
            </w:r>
            <w:r w:rsidRPr="00AF630E">
              <w:rPr>
                <w:sz w:val="23"/>
                <w:szCs w:val="23"/>
                <w:lang w:val="ru-RU"/>
              </w:rPr>
              <w:t>жылғы</w:t>
            </w:r>
            <w:r w:rsidRPr="00E96D53">
              <w:rPr>
                <w:sz w:val="23"/>
                <w:szCs w:val="23"/>
              </w:rPr>
              <w:t xml:space="preserve"> «____» __________ </w:t>
            </w:r>
            <w:r w:rsidRPr="00AF630E">
              <w:rPr>
                <w:sz w:val="23"/>
                <w:szCs w:val="23"/>
                <w:lang w:val="ru-RU"/>
              </w:rPr>
              <w:t>бастап</w:t>
            </w:r>
            <w:r w:rsidRPr="00E96D53">
              <w:rPr>
                <w:sz w:val="23"/>
                <w:szCs w:val="23"/>
              </w:rPr>
              <w:t xml:space="preserve"> 2027 </w:t>
            </w:r>
            <w:r w:rsidRPr="00AF630E">
              <w:rPr>
                <w:sz w:val="23"/>
                <w:szCs w:val="23"/>
                <w:lang w:val="ru-RU"/>
              </w:rPr>
              <w:t>жылғы</w:t>
            </w:r>
            <w:r w:rsidRPr="00E96D53">
              <w:rPr>
                <w:sz w:val="23"/>
                <w:szCs w:val="23"/>
              </w:rPr>
              <w:t xml:space="preserve"> «____» __________ </w:t>
            </w:r>
            <w:r w:rsidRPr="00AF630E">
              <w:rPr>
                <w:sz w:val="23"/>
                <w:szCs w:val="23"/>
                <w:lang w:val="ru-RU"/>
              </w:rPr>
              <w:t>дейін</w:t>
            </w:r>
            <w:r w:rsidRPr="00E96D53">
              <w:rPr>
                <w:sz w:val="23"/>
                <w:szCs w:val="23"/>
              </w:rPr>
              <w:t>.</w:t>
            </w:r>
          </w:p>
        </w:tc>
        <w:tc>
          <w:tcPr>
            <w:tcW w:w="4905" w:type="dxa"/>
            <w:tcMar>
              <w:top w:w="65" w:type="dxa"/>
              <w:left w:w="65" w:type="dxa"/>
              <w:bottom w:w="65" w:type="dxa"/>
              <w:right w:w="65" w:type="dxa"/>
            </w:tcMar>
          </w:tcPr>
          <w:p w:rsidR="00E96D53" w:rsidRPr="00AF630E" w:rsidRDefault="00E96D53" w:rsidP="00E96D53">
            <w:pPr>
              <w:rPr>
                <w:sz w:val="23"/>
                <w:szCs w:val="23"/>
                <w:lang w:val="ru-RU"/>
              </w:rPr>
            </w:pPr>
            <w:r w:rsidRPr="00AF630E">
              <w:rPr>
                <w:sz w:val="23"/>
                <w:szCs w:val="23"/>
                <w:lang w:val="ru-RU"/>
              </w:rPr>
              <w:t>Срок аренды: с «____» __________ 202</w:t>
            </w:r>
            <w:r>
              <w:rPr>
                <w:sz w:val="23"/>
                <w:szCs w:val="23"/>
                <w:lang w:val="ru-RU"/>
              </w:rPr>
              <w:t>6 года по «____» __________ 2027</w:t>
            </w:r>
            <w:r w:rsidRPr="00AF630E">
              <w:rPr>
                <w:sz w:val="23"/>
                <w:szCs w:val="23"/>
                <w:lang w:val="ru-RU"/>
              </w:rPr>
              <w:t xml:space="preserve"> года.</w:t>
            </w:r>
          </w:p>
        </w:tc>
      </w:tr>
      <w:tr w:rsidR="00E96D53" w:rsidRPr="00D263F5" w:rsidTr="00C92E91">
        <w:trPr>
          <w:cantSplit/>
        </w:trPr>
        <w:tc>
          <w:tcPr>
            <w:tcW w:w="5159" w:type="dxa"/>
            <w:tcMar>
              <w:top w:w="65" w:type="dxa"/>
              <w:left w:w="65" w:type="dxa"/>
              <w:bottom w:w="65" w:type="dxa"/>
              <w:right w:w="65" w:type="dxa"/>
            </w:tcMar>
          </w:tcPr>
          <w:p w:rsidR="00E96D53" w:rsidRPr="00AF630E" w:rsidRDefault="00E96D53" w:rsidP="000B72E5">
            <w:pPr>
              <w:rPr>
                <w:sz w:val="23"/>
                <w:szCs w:val="23"/>
                <w:lang w:val="ru-RU"/>
              </w:rPr>
            </w:pPr>
            <w:r w:rsidRPr="00AF630E">
              <w:rPr>
                <w:sz w:val="23"/>
                <w:szCs w:val="23"/>
                <w:lang w:val="ru-RU"/>
              </w:rPr>
              <w:t>Ай сайынғы жалдау ақыс</w:t>
            </w:r>
            <w:r w:rsidR="000B72E5">
              <w:rPr>
                <w:sz w:val="23"/>
                <w:szCs w:val="23"/>
                <w:lang w:val="ru-RU"/>
              </w:rPr>
              <w:t>ының мөлшері: ____________</w:t>
            </w:r>
            <w:r w:rsidRPr="00AF630E">
              <w:rPr>
                <w:sz w:val="23"/>
                <w:szCs w:val="23"/>
                <w:lang w:val="ru-RU"/>
              </w:rPr>
              <w:t>теңге.</w:t>
            </w:r>
          </w:p>
        </w:tc>
        <w:tc>
          <w:tcPr>
            <w:tcW w:w="4905" w:type="dxa"/>
            <w:tcMar>
              <w:top w:w="65" w:type="dxa"/>
              <w:left w:w="65" w:type="dxa"/>
              <w:bottom w:w="65" w:type="dxa"/>
              <w:right w:w="65" w:type="dxa"/>
            </w:tcMar>
          </w:tcPr>
          <w:p w:rsidR="00E96D53" w:rsidRPr="00AF630E" w:rsidRDefault="00E96D53" w:rsidP="000B72E5">
            <w:pPr>
              <w:rPr>
                <w:sz w:val="23"/>
                <w:szCs w:val="23"/>
                <w:lang w:val="ru-RU"/>
              </w:rPr>
            </w:pPr>
            <w:r w:rsidRPr="00AF630E">
              <w:rPr>
                <w:sz w:val="23"/>
                <w:szCs w:val="23"/>
                <w:lang w:val="ru-RU"/>
              </w:rPr>
              <w:t>Размер ежемесячной арендной платы: _________________тенге.</w:t>
            </w:r>
          </w:p>
        </w:tc>
      </w:tr>
      <w:tr w:rsidR="00C92E91" w:rsidRPr="00D263F5" w:rsidTr="00C92E91">
        <w:trPr>
          <w:cantSplit/>
        </w:trPr>
        <w:tc>
          <w:tcPr>
            <w:tcW w:w="5159" w:type="dxa"/>
            <w:tcMar>
              <w:top w:w="65" w:type="dxa"/>
              <w:left w:w="65" w:type="dxa"/>
              <w:bottom w:w="65" w:type="dxa"/>
              <w:right w:w="65" w:type="dxa"/>
            </w:tcMar>
          </w:tcPr>
          <w:p w:rsidR="00C92E91" w:rsidRPr="00AF630E" w:rsidRDefault="00C92E91" w:rsidP="00D72F4B">
            <w:pPr>
              <w:rPr>
                <w:sz w:val="23"/>
                <w:szCs w:val="23"/>
                <w:lang w:val="ru-RU"/>
              </w:rPr>
            </w:pPr>
            <w:r w:rsidRPr="00AF630E">
              <w:rPr>
                <w:sz w:val="23"/>
                <w:szCs w:val="23"/>
                <w:lang w:val="ru-RU"/>
              </w:rPr>
              <w:t>Жарнама алаңына қойылатын ерекше талаптар:</w:t>
            </w:r>
          </w:p>
        </w:tc>
        <w:tc>
          <w:tcPr>
            <w:tcW w:w="4905" w:type="dxa"/>
            <w:tcMar>
              <w:top w:w="65" w:type="dxa"/>
              <w:left w:w="65" w:type="dxa"/>
              <w:bottom w:w="65" w:type="dxa"/>
              <w:right w:w="65" w:type="dxa"/>
            </w:tcMar>
          </w:tcPr>
          <w:p w:rsidR="00C92E91" w:rsidRPr="00AF630E" w:rsidRDefault="00C92E91" w:rsidP="00D72F4B">
            <w:pPr>
              <w:rPr>
                <w:sz w:val="23"/>
                <w:szCs w:val="23"/>
                <w:lang w:val="ru-RU"/>
              </w:rPr>
            </w:pPr>
            <w:r w:rsidRPr="00AF630E">
              <w:rPr>
                <w:sz w:val="23"/>
                <w:szCs w:val="23"/>
                <w:lang w:val="ru-RU"/>
              </w:rPr>
              <w:t>Особые требования к рекламной площади:</w:t>
            </w:r>
          </w:p>
        </w:tc>
      </w:tr>
      <w:tr w:rsidR="00AF3254" w:rsidRPr="00D263F5" w:rsidTr="00C92E91">
        <w:trPr>
          <w:cantSplit/>
        </w:trPr>
        <w:tc>
          <w:tcPr>
            <w:tcW w:w="5159" w:type="dxa"/>
            <w:tcMar>
              <w:top w:w="65" w:type="dxa"/>
              <w:left w:w="65" w:type="dxa"/>
              <w:bottom w:w="65" w:type="dxa"/>
              <w:right w:w="65" w:type="dxa"/>
            </w:tcMar>
          </w:tcPr>
          <w:p w:rsidR="00AF3254" w:rsidRPr="00DF231C" w:rsidRDefault="00AF3254" w:rsidP="00D72F4B">
            <w:pPr>
              <w:jc w:val="center"/>
              <w:rPr>
                <w:b/>
                <w:sz w:val="23"/>
                <w:szCs w:val="23"/>
              </w:rPr>
            </w:pPr>
            <w:r w:rsidRPr="00DF231C">
              <w:rPr>
                <w:b/>
                <w:sz w:val="23"/>
                <w:szCs w:val="23"/>
              </w:rPr>
              <w:t>ЖАЛҒА БЕРУШІ</w:t>
            </w:r>
          </w:p>
          <w:p w:rsidR="00AF3254" w:rsidRDefault="00AF3254" w:rsidP="00D72F4B">
            <w:pPr>
              <w:rPr>
                <w:sz w:val="23"/>
                <w:szCs w:val="23"/>
              </w:rPr>
            </w:pPr>
            <w:r w:rsidRPr="002336E2">
              <w:rPr>
                <w:sz w:val="23"/>
                <w:szCs w:val="23"/>
              </w:rPr>
              <w:t>«C</w:t>
            </w:r>
            <w:r>
              <w:rPr>
                <w:sz w:val="23"/>
                <w:szCs w:val="23"/>
              </w:rPr>
              <w:t>ity Transportation Systems» ЖШС</w:t>
            </w:r>
          </w:p>
          <w:p w:rsidR="00AF3254" w:rsidRDefault="00AF3254" w:rsidP="00D72F4B">
            <w:pPr>
              <w:rPr>
                <w:sz w:val="23"/>
                <w:szCs w:val="23"/>
                <w:lang w:val="ru-RU"/>
              </w:rPr>
            </w:pPr>
            <w:r>
              <w:rPr>
                <w:sz w:val="23"/>
                <w:szCs w:val="23"/>
                <w:lang w:val="ru-RU"/>
              </w:rPr>
              <w:t>БСН: 110540005586</w:t>
            </w:r>
          </w:p>
          <w:p w:rsidR="00AF3254" w:rsidRDefault="00AF3254" w:rsidP="00D72F4B">
            <w:pPr>
              <w:rPr>
                <w:sz w:val="23"/>
                <w:szCs w:val="23"/>
                <w:lang w:val="ru-RU"/>
              </w:rPr>
            </w:pPr>
            <w:r w:rsidRPr="002336E2">
              <w:rPr>
                <w:sz w:val="23"/>
                <w:szCs w:val="23"/>
                <w:lang w:val="ru-RU"/>
              </w:rPr>
              <w:t>Мекенжайы: Астана қ., Алматы к</w:t>
            </w:r>
            <w:r w:rsidRPr="002336E2">
              <w:rPr>
                <w:sz w:val="23"/>
                <w:szCs w:val="23"/>
                <w:lang w:val="kk-KZ"/>
              </w:rPr>
              <w:t>-</w:t>
            </w:r>
            <w:r w:rsidRPr="002336E2">
              <w:rPr>
                <w:sz w:val="23"/>
                <w:szCs w:val="23"/>
                <w:lang w:val="ru-RU"/>
              </w:rPr>
              <w:t>сі 13, 44</w:t>
            </w:r>
            <w:r w:rsidRPr="002336E2">
              <w:rPr>
                <w:sz w:val="23"/>
                <w:szCs w:val="23"/>
                <w:lang w:val="kk-KZ"/>
              </w:rPr>
              <w:t xml:space="preserve"> т.е.ү-ж.</w:t>
            </w:r>
            <w:r w:rsidRPr="002336E2">
              <w:rPr>
                <w:sz w:val="23"/>
                <w:szCs w:val="23"/>
                <w:lang w:val="ru-RU"/>
              </w:rPr>
              <w:t xml:space="preserve"> </w:t>
            </w:r>
          </w:p>
          <w:p w:rsidR="00AF3254" w:rsidRDefault="00AF3254" w:rsidP="00D72F4B">
            <w:pPr>
              <w:rPr>
                <w:sz w:val="23"/>
                <w:szCs w:val="23"/>
                <w:lang w:val="kk-KZ"/>
              </w:rPr>
            </w:pPr>
          </w:p>
          <w:p w:rsidR="00E8099B" w:rsidRPr="002336E2" w:rsidRDefault="00E8099B" w:rsidP="00D72F4B">
            <w:pPr>
              <w:rPr>
                <w:sz w:val="23"/>
                <w:szCs w:val="23"/>
                <w:lang w:val="kk-KZ"/>
              </w:rPr>
            </w:pPr>
          </w:p>
          <w:p w:rsidR="00AF3254" w:rsidRPr="002336E2" w:rsidRDefault="00191BFC" w:rsidP="00D72F4B">
            <w:pPr>
              <w:rPr>
                <w:szCs w:val="23"/>
                <w:lang w:val="kk-KZ"/>
              </w:rPr>
            </w:pPr>
            <w:r>
              <w:rPr>
                <w:sz w:val="23"/>
                <w:szCs w:val="23"/>
                <w:lang w:val="kk-KZ"/>
              </w:rPr>
              <w:t>________________</w:t>
            </w:r>
            <w:r w:rsidR="00E8099B" w:rsidRPr="002336E2">
              <w:rPr>
                <w:sz w:val="23"/>
                <w:szCs w:val="23"/>
                <w:lang w:val="kk-KZ"/>
              </w:rPr>
              <w:t xml:space="preserve"> </w:t>
            </w:r>
            <w:r w:rsidR="00AF3254" w:rsidRPr="002336E2">
              <w:rPr>
                <w:sz w:val="23"/>
                <w:szCs w:val="23"/>
                <w:lang w:val="kk-KZ"/>
              </w:rPr>
              <w:br/>
            </w:r>
            <w:r w:rsidR="00AF3254" w:rsidRPr="00AF3254">
              <w:rPr>
                <w:szCs w:val="23"/>
                <w:lang w:val="kk-KZ"/>
              </w:rPr>
              <w:t xml:space="preserve">                </w:t>
            </w:r>
            <w:r w:rsidR="00AF3254" w:rsidRPr="00080C2E">
              <w:rPr>
                <w:szCs w:val="23"/>
                <w:lang w:val="kk-KZ"/>
              </w:rPr>
              <w:t>М.О.</w:t>
            </w:r>
          </w:p>
          <w:p w:rsidR="00AF3254" w:rsidRPr="002336E2" w:rsidRDefault="00AF3254" w:rsidP="00D72F4B">
            <w:pPr>
              <w:rPr>
                <w:sz w:val="23"/>
                <w:szCs w:val="23"/>
                <w:lang w:val="kk-KZ"/>
              </w:rPr>
            </w:pPr>
          </w:p>
          <w:p w:rsidR="00AF3254" w:rsidRPr="00DF231C" w:rsidRDefault="00AF3254" w:rsidP="00D72F4B">
            <w:pPr>
              <w:jc w:val="center"/>
              <w:rPr>
                <w:b/>
                <w:sz w:val="23"/>
                <w:szCs w:val="23"/>
                <w:lang w:val="kk-KZ"/>
              </w:rPr>
            </w:pPr>
            <w:r w:rsidRPr="00DF231C">
              <w:rPr>
                <w:b/>
                <w:sz w:val="23"/>
                <w:szCs w:val="23"/>
                <w:lang w:val="kk-KZ"/>
              </w:rPr>
              <w:t>ЖАЛҒА АЛУШЫ</w:t>
            </w:r>
          </w:p>
          <w:p w:rsidR="00AF3254" w:rsidRDefault="00AF3254" w:rsidP="00D72F4B">
            <w:pPr>
              <w:rPr>
                <w:sz w:val="23"/>
                <w:szCs w:val="23"/>
                <w:lang w:val="kk-KZ"/>
              </w:rPr>
            </w:pPr>
            <w:r w:rsidRPr="002336E2">
              <w:rPr>
                <w:sz w:val="23"/>
                <w:szCs w:val="23"/>
                <w:lang w:val="kk-KZ"/>
              </w:rPr>
              <w:t>ЖШС «</w:t>
            </w:r>
            <w:r w:rsidR="000B72E5">
              <w:rPr>
                <w:sz w:val="23"/>
                <w:szCs w:val="23"/>
                <w:lang w:val="kk-KZ"/>
              </w:rPr>
              <w:t>________</w:t>
            </w:r>
            <w:r w:rsidRPr="002336E2">
              <w:rPr>
                <w:sz w:val="23"/>
                <w:szCs w:val="23"/>
                <w:lang w:val="kk-KZ"/>
              </w:rPr>
              <w:t>»</w:t>
            </w:r>
          </w:p>
          <w:p w:rsidR="00AF3254" w:rsidRDefault="000B72E5" w:rsidP="00D72F4B">
            <w:pPr>
              <w:rPr>
                <w:sz w:val="23"/>
                <w:szCs w:val="23"/>
                <w:lang w:val="kk-KZ"/>
              </w:rPr>
            </w:pPr>
            <w:r>
              <w:rPr>
                <w:sz w:val="23"/>
                <w:szCs w:val="23"/>
                <w:lang w:val="kk-KZ"/>
              </w:rPr>
              <w:t>БСН:</w:t>
            </w:r>
          </w:p>
          <w:p w:rsidR="00AF3254" w:rsidRDefault="000B72E5" w:rsidP="00D72F4B">
            <w:pPr>
              <w:rPr>
                <w:sz w:val="23"/>
                <w:szCs w:val="23"/>
                <w:lang w:val="kk-KZ"/>
              </w:rPr>
            </w:pPr>
            <w:r>
              <w:rPr>
                <w:sz w:val="23"/>
                <w:szCs w:val="23"/>
                <w:lang w:val="kk-KZ"/>
              </w:rPr>
              <w:t>Мекенжайы:</w:t>
            </w:r>
          </w:p>
          <w:p w:rsidR="00AF3254" w:rsidRPr="002336E2" w:rsidRDefault="00AF3254" w:rsidP="00D72F4B">
            <w:pPr>
              <w:rPr>
                <w:sz w:val="23"/>
                <w:szCs w:val="23"/>
                <w:lang w:val="kk-KZ"/>
              </w:rPr>
            </w:pPr>
            <w:r w:rsidRPr="002336E2">
              <w:rPr>
                <w:sz w:val="23"/>
                <w:szCs w:val="23"/>
                <w:lang w:val="kk-KZ"/>
              </w:rPr>
              <w:t>Директор</w:t>
            </w:r>
          </w:p>
          <w:p w:rsidR="00AF3254" w:rsidRPr="002336E2" w:rsidRDefault="00AF3254" w:rsidP="00D72F4B">
            <w:pPr>
              <w:rPr>
                <w:sz w:val="23"/>
                <w:szCs w:val="23"/>
                <w:lang w:val="kk-KZ"/>
              </w:rPr>
            </w:pPr>
          </w:p>
          <w:p w:rsidR="00AF3254" w:rsidRPr="002336E2" w:rsidRDefault="000B72E5" w:rsidP="00E8099B">
            <w:pPr>
              <w:rPr>
                <w:sz w:val="23"/>
                <w:szCs w:val="23"/>
                <w:lang w:val="kk-KZ"/>
              </w:rPr>
            </w:pPr>
            <w:r>
              <w:rPr>
                <w:sz w:val="23"/>
                <w:szCs w:val="23"/>
                <w:lang w:val="ru-RU"/>
              </w:rPr>
              <w:t>________________</w:t>
            </w:r>
            <w:r w:rsidR="00E8099B" w:rsidRPr="002336E2">
              <w:rPr>
                <w:sz w:val="23"/>
                <w:szCs w:val="23"/>
                <w:lang w:val="kk-KZ"/>
              </w:rPr>
              <w:t xml:space="preserve"> </w:t>
            </w:r>
            <w:r w:rsidR="00AF3254" w:rsidRPr="002336E2">
              <w:rPr>
                <w:sz w:val="23"/>
                <w:szCs w:val="23"/>
                <w:lang w:val="kk-KZ"/>
              </w:rPr>
              <w:br/>
            </w:r>
            <w:r w:rsidR="00AF3254" w:rsidRPr="002336E2">
              <w:rPr>
                <w:szCs w:val="23"/>
                <w:lang w:val="kk-KZ"/>
              </w:rPr>
              <w:t xml:space="preserve">                 М.О.</w:t>
            </w:r>
          </w:p>
        </w:tc>
        <w:tc>
          <w:tcPr>
            <w:tcW w:w="4905" w:type="dxa"/>
            <w:tcMar>
              <w:top w:w="65" w:type="dxa"/>
              <w:left w:w="65" w:type="dxa"/>
              <w:bottom w:w="65" w:type="dxa"/>
              <w:right w:w="65" w:type="dxa"/>
            </w:tcMar>
          </w:tcPr>
          <w:p w:rsidR="00AF3254" w:rsidRPr="00DF231C" w:rsidRDefault="00AF3254" w:rsidP="00D72F4B">
            <w:pPr>
              <w:jc w:val="center"/>
              <w:rPr>
                <w:b/>
                <w:sz w:val="23"/>
                <w:szCs w:val="23"/>
              </w:rPr>
            </w:pPr>
            <w:r w:rsidRPr="00DF231C">
              <w:rPr>
                <w:b/>
                <w:sz w:val="23"/>
                <w:szCs w:val="23"/>
              </w:rPr>
              <w:t>АРЕНДОДАТЕЛЬ</w:t>
            </w:r>
          </w:p>
          <w:p w:rsidR="00AF3254" w:rsidRDefault="00AF3254" w:rsidP="00D72F4B">
            <w:pPr>
              <w:rPr>
                <w:sz w:val="23"/>
                <w:szCs w:val="23"/>
              </w:rPr>
            </w:pPr>
            <w:r w:rsidRPr="002336E2">
              <w:rPr>
                <w:sz w:val="23"/>
                <w:szCs w:val="23"/>
              </w:rPr>
              <w:t>ТО</w:t>
            </w:r>
            <w:r>
              <w:rPr>
                <w:sz w:val="23"/>
                <w:szCs w:val="23"/>
              </w:rPr>
              <w:t>О «City Transportation Systems»</w:t>
            </w:r>
          </w:p>
          <w:p w:rsidR="00AF3254" w:rsidRPr="002336E2" w:rsidRDefault="00AF3254" w:rsidP="00D72F4B">
            <w:pPr>
              <w:rPr>
                <w:sz w:val="23"/>
                <w:szCs w:val="23"/>
                <w:lang w:val="ru-RU"/>
              </w:rPr>
            </w:pPr>
            <w:r w:rsidRPr="002336E2">
              <w:rPr>
                <w:sz w:val="23"/>
                <w:szCs w:val="23"/>
                <w:lang w:val="ru-RU"/>
              </w:rPr>
              <w:t>БИН: 110540005586</w:t>
            </w:r>
          </w:p>
          <w:p w:rsidR="00AF3254" w:rsidRPr="002336E2" w:rsidRDefault="00AF3254" w:rsidP="00D72F4B">
            <w:pPr>
              <w:rPr>
                <w:sz w:val="23"/>
                <w:szCs w:val="23"/>
                <w:lang w:val="ru-RU"/>
              </w:rPr>
            </w:pPr>
            <w:r w:rsidRPr="002336E2">
              <w:rPr>
                <w:sz w:val="23"/>
                <w:szCs w:val="23"/>
                <w:lang w:val="ru-RU"/>
              </w:rPr>
              <w:t>Адрес: г. Астана, ул. Алматы 13, н.п. 44</w:t>
            </w:r>
          </w:p>
          <w:p w:rsidR="00AF3254" w:rsidRDefault="00AF3254" w:rsidP="00D72F4B">
            <w:pPr>
              <w:rPr>
                <w:sz w:val="23"/>
                <w:szCs w:val="23"/>
                <w:lang w:val="ru-RU"/>
              </w:rPr>
            </w:pPr>
          </w:p>
          <w:p w:rsidR="00E8099B" w:rsidRPr="002336E2" w:rsidRDefault="00E8099B" w:rsidP="00D72F4B">
            <w:pPr>
              <w:rPr>
                <w:sz w:val="23"/>
                <w:szCs w:val="23"/>
                <w:lang w:val="ru-RU"/>
              </w:rPr>
            </w:pPr>
          </w:p>
          <w:p w:rsidR="00AF3254" w:rsidRPr="002336E2" w:rsidRDefault="00191BFC" w:rsidP="00D72F4B">
            <w:pPr>
              <w:rPr>
                <w:sz w:val="23"/>
                <w:szCs w:val="23"/>
                <w:lang w:val="ru-RU"/>
              </w:rPr>
            </w:pPr>
            <w:r>
              <w:rPr>
                <w:sz w:val="23"/>
                <w:szCs w:val="23"/>
                <w:lang w:val="ru-RU"/>
              </w:rPr>
              <w:t>_____________</w:t>
            </w:r>
            <w:r w:rsidR="00AF3254" w:rsidRPr="002336E2">
              <w:rPr>
                <w:sz w:val="23"/>
                <w:szCs w:val="23"/>
                <w:lang w:val="ru-RU"/>
              </w:rPr>
              <w:t xml:space="preserve"> </w:t>
            </w:r>
          </w:p>
          <w:p w:rsidR="00AF3254" w:rsidRPr="002336E2" w:rsidRDefault="00AF3254" w:rsidP="00D72F4B">
            <w:pPr>
              <w:rPr>
                <w:szCs w:val="23"/>
                <w:lang w:val="ru-RU"/>
              </w:rPr>
            </w:pPr>
            <w:r w:rsidRPr="002336E2">
              <w:rPr>
                <w:szCs w:val="23"/>
                <w:lang w:val="ru-RU"/>
              </w:rPr>
              <w:t xml:space="preserve">               М.П.</w:t>
            </w:r>
          </w:p>
          <w:p w:rsidR="00AF3254" w:rsidRPr="002336E2" w:rsidRDefault="00AF3254" w:rsidP="00D72F4B">
            <w:pPr>
              <w:rPr>
                <w:sz w:val="23"/>
                <w:szCs w:val="23"/>
                <w:lang w:val="ru-RU"/>
              </w:rPr>
            </w:pPr>
          </w:p>
          <w:p w:rsidR="00AF3254" w:rsidRPr="00DF231C" w:rsidRDefault="00AF3254" w:rsidP="00D72F4B">
            <w:pPr>
              <w:jc w:val="center"/>
              <w:rPr>
                <w:b/>
                <w:sz w:val="23"/>
                <w:szCs w:val="23"/>
                <w:lang w:val="ru-RU"/>
              </w:rPr>
            </w:pPr>
            <w:r w:rsidRPr="00DF231C">
              <w:rPr>
                <w:b/>
                <w:sz w:val="23"/>
                <w:szCs w:val="23"/>
                <w:lang w:val="ru-RU"/>
              </w:rPr>
              <w:t>АРЕНДАТОР</w:t>
            </w:r>
          </w:p>
          <w:p w:rsidR="00AF3254" w:rsidRDefault="00AF3254" w:rsidP="00D72F4B">
            <w:pPr>
              <w:rPr>
                <w:sz w:val="23"/>
                <w:szCs w:val="23"/>
                <w:lang w:val="ru-RU"/>
              </w:rPr>
            </w:pPr>
            <w:r w:rsidRPr="002336E2">
              <w:rPr>
                <w:sz w:val="23"/>
                <w:szCs w:val="23"/>
                <w:lang w:val="ru-RU"/>
              </w:rPr>
              <w:t>ТОО «</w:t>
            </w:r>
            <w:r w:rsidR="000B72E5">
              <w:rPr>
                <w:sz w:val="23"/>
                <w:szCs w:val="23"/>
                <w:lang w:val="ru-RU"/>
              </w:rPr>
              <w:t>_______</w:t>
            </w:r>
            <w:r w:rsidRPr="002336E2">
              <w:rPr>
                <w:sz w:val="23"/>
                <w:szCs w:val="23"/>
                <w:lang w:val="ru-RU"/>
              </w:rPr>
              <w:t>»</w:t>
            </w:r>
          </w:p>
          <w:p w:rsidR="00AF3254" w:rsidRDefault="000B72E5" w:rsidP="00D72F4B">
            <w:pPr>
              <w:rPr>
                <w:sz w:val="23"/>
                <w:szCs w:val="23"/>
                <w:lang w:val="ru-RU"/>
              </w:rPr>
            </w:pPr>
            <w:r>
              <w:rPr>
                <w:sz w:val="23"/>
                <w:szCs w:val="23"/>
                <w:lang w:val="ru-RU"/>
              </w:rPr>
              <w:t>БИН:</w:t>
            </w:r>
          </w:p>
          <w:p w:rsidR="00AF3254" w:rsidRDefault="000B72E5" w:rsidP="00D72F4B">
            <w:pPr>
              <w:rPr>
                <w:sz w:val="23"/>
                <w:szCs w:val="23"/>
                <w:lang w:val="ru-RU"/>
              </w:rPr>
            </w:pPr>
            <w:r>
              <w:rPr>
                <w:sz w:val="23"/>
                <w:szCs w:val="23"/>
                <w:lang w:val="ru-RU"/>
              </w:rPr>
              <w:t>Адрес:</w:t>
            </w:r>
          </w:p>
          <w:p w:rsidR="00AF3254" w:rsidRPr="002336E2" w:rsidRDefault="00AF3254" w:rsidP="00D72F4B">
            <w:pPr>
              <w:rPr>
                <w:sz w:val="23"/>
                <w:szCs w:val="23"/>
                <w:lang w:val="ru-RU"/>
              </w:rPr>
            </w:pPr>
            <w:r w:rsidRPr="002336E2">
              <w:rPr>
                <w:sz w:val="23"/>
                <w:szCs w:val="23"/>
                <w:lang w:val="ru-RU"/>
              </w:rPr>
              <w:t>Директор</w:t>
            </w:r>
          </w:p>
          <w:p w:rsidR="00AF3254" w:rsidRPr="002336E2" w:rsidRDefault="00AF3254" w:rsidP="00D72F4B">
            <w:pPr>
              <w:rPr>
                <w:sz w:val="23"/>
                <w:szCs w:val="23"/>
                <w:lang w:val="ru-RU"/>
              </w:rPr>
            </w:pPr>
          </w:p>
          <w:p w:rsidR="00AF3254" w:rsidRPr="002336E2" w:rsidRDefault="000B72E5" w:rsidP="00E8099B">
            <w:pPr>
              <w:rPr>
                <w:sz w:val="23"/>
                <w:szCs w:val="23"/>
                <w:lang w:val="ru-RU"/>
              </w:rPr>
            </w:pPr>
            <w:r>
              <w:rPr>
                <w:sz w:val="23"/>
                <w:szCs w:val="23"/>
                <w:lang w:val="ru-RU"/>
              </w:rPr>
              <w:t>_____________</w:t>
            </w:r>
            <w:r w:rsidR="00E8099B" w:rsidRPr="002336E2">
              <w:rPr>
                <w:sz w:val="23"/>
                <w:szCs w:val="23"/>
                <w:lang w:val="ru-RU"/>
              </w:rPr>
              <w:t xml:space="preserve"> </w:t>
            </w:r>
            <w:r w:rsidR="00AF3254" w:rsidRPr="002336E2">
              <w:rPr>
                <w:sz w:val="23"/>
                <w:szCs w:val="23"/>
                <w:lang w:val="ru-RU"/>
              </w:rPr>
              <w:br/>
            </w:r>
            <w:r w:rsidR="00AF3254" w:rsidRPr="002336E2">
              <w:rPr>
                <w:szCs w:val="23"/>
                <w:lang w:val="ru-RU"/>
              </w:rPr>
              <w:t xml:space="preserve">                М.П.</w:t>
            </w:r>
          </w:p>
        </w:tc>
      </w:tr>
    </w:tbl>
    <w:p w:rsidR="00C92E91" w:rsidRDefault="00C92E91"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E96D53" w:rsidRDefault="00E96D53" w:rsidP="00D72F4B">
      <w:pPr>
        <w:spacing w:line="240" w:lineRule="auto"/>
        <w:rPr>
          <w:sz w:val="22"/>
          <w:lang w:val="ru-RU"/>
        </w:rPr>
      </w:pPr>
    </w:p>
    <w:p w:rsidR="00E96D53" w:rsidRDefault="00E96D53" w:rsidP="00D72F4B">
      <w:pPr>
        <w:spacing w:line="240" w:lineRule="auto"/>
        <w:rPr>
          <w:sz w:val="22"/>
          <w:lang w:val="ru-RU"/>
        </w:rPr>
      </w:pPr>
    </w:p>
    <w:p w:rsidR="00E96D53" w:rsidRDefault="00E96D53"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0B72E5" w:rsidRDefault="000B72E5" w:rsidP="00D72F4B">
      <w:pPr>
        <w:spacing w:line="240" w:lineRule="auto"/>
        <w:rPr>
          <w:sz w:val="22"/>
          <w:lang w:val="ru-RU"/>
        </w:rPr>
      </w:pPr>
    </w:p>
    <w:p w:rsidR="00DF231C" w:rsidRDefault="00DF231C" w:rsidP="00D72F4B">
      <w:pPr>
        <w:spacing w:line="240" w:lineRule="auto"/>
        <w:rPr>
          <w:sz w:val="22"/>
          <w:lang w:val="ru-RU"/>
        </w:rPr>
      </w:pPr>
    </w:p>
    <w:tbl>
      <w:tblPr>
        <w:tblStyle w:val="aff0"/>
        <w:tblW w:w="10064" w:type="dxa"/>
        <w:tblInd w:w="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59"/>
        <w:gridCol w:w="4905"/>
      </w:tblGrid>
      <w:tr w:rsidR="00AF3254" w:rsidRPr="00DF231C" w:rsidTr="007D6BFB">
        <w:trPr>
          <w:cantSplit/>
        </w:trPr>
        <w:tc>
          <w:tcPr>
            <w:tcW w:w="5159" w:type="dxa"/>
            <w:tcMar>
              <w:top w:w="65" w:type="dxa"/>
              <w:left w:w="65" w:type="dxa"/>
              <w:bottom w:w="65" w:type="dxa"/>
              <w:right w:w="65" w:type="dxa"/>
            </w:tcMar>
          </w:tcPr>
          <w:p w:rsidR="00AF3254" w:rsidRPr="00DF231C" w:rsidRDefault="00AF3254" w:rsidP="00D72F4B">
            <w:pPr>
              <w:jc w:val="right"/>
              <w:rPr>
                <w:i/>
                <w:sz w:val="23"/>
                <w:szCs w:val="23"/>
              </w:rPr>
            </w:pPr>
            <w:r w:rsidRPr="00DF231C">
              <w:rPr>
                <w:i/>
                <w:sz w:val="23"/>
                <w:szCs w:val="23"/>
              </w:rPr>
              <w:lastRenderedPageBreak/>
              <w:t>№ 2 қосымша</w:t>
            </w:r>
          </w:p>
        </w:tc>
        <w:tc>
          <w:tcPr>
            <w:tcW w:w="4905" w:type="dxa"/>
            <w:tcMar>
              <w:top w:w="65" w:type="dxa"/>
              <w:left w:w="65" w:type="dxa"/>
              <w:bottom w:w="65" w:type="dxa"/>
              <w:right w:w="65" w:type="dxa"/>
            </w:tcMar>
          </w:tcPr>
          <w:p w:rsidR="00AF3254" w:rsidRPr="00DF231C" w:rsidRDefault="00AF3254" w:rsidP="00D72F4B">
            <w:pPr>
              <w:jc w:val="right"/>
              <w:rPr>
                <w:i/>
                <w:sz w:val="23"/>
                <w:szCs w:val="23"/>
              </w:rPr>
            </w:pPr>
            <w:r w:rsidRPr="00DF231C">
              <w:rPr>
                <w:i/>
                <w:sz w:val="23"/>
                <w:szCs w:val="23"/>
              </w:rPr>
              <w:t>Приложение № 2</w:t>
            </w:r>
          </w:p>
        </w:tc>
      </w:tr>
      <w:tr w:rsidR="00AF3254" w:rsidRPr="00D263F5" w:rsidTr="007D6BFB">
        <w:trPr>
          <w:cantSplit/>
        </w:trPr>
        <w:tc>
          <w:tcPr>
            <w:tcW w:w="5159" w:type="dxa"/>
            <w:tcMar>
              <w:top w:w="65" w:type="dxa"/>
              <w:left w:w="65" w:type="dxa"/>
              <w:bottom w:w="65" w:type="dxa"/>
              <w:right w:w="65" w:type="dxa"/>
            </w:tcMar>
          </w:tcPr>
          <w:p w:rsidR="00AF3254" w:rsidRPr="00DF231C" w:rsidRDefault="00AF3254" w:rsidP="00D72F4B">
            <w:pPr>
              <w:jc w:val="center"/>
              <w:rPr>
                <w:b/>
                <w:sz w:val="23"/>
                <w:szCs w:val="23"/>
              </w:rPr>
            </w:pPr>
            <w:r w:rsidRPr="00DF231C">
              <w:rPr>
                <w:b/>
                <w:sz w:val="23"/>
                <w:szCs w:val="23"/>
                <w:lang w:val="ru-RU"/>
              </w:rPr>
              <w:t>Жарнама</w:t>
            </w:r>
            <w:r w:rsidRPr="00DF231C">
              <w:rPr>
                <w:b/>
                <w:sz w:val="23"/>
                <w:szCs w:val="23"/>
              </w:rPr>
              <w:t xml:space="preserve"> </w:t>
            </w:r>
            <w:r w:rsidRPr="00DF231C">
              <w:rPr>
                <w:b/>
                <w:sz w:val="23"/>
                <w:szCs w:val="23"/>
                <w:lang w:val="ru-RU"/>
              </w:rPr>
              <w:t>алаңын</w:t>
            </w:r>
            <w:r w:rsidRPr="00DF231C">
              <w:rPr>
                <w:b/>
                <w:sz w:val="23"/>
                <w:szCs w:val="23"/>
              </w:rPr>
              <w:t xml:space="preserve"> </w:t>
            </w:r>
            <w:r w:rsidRPr="00DF231C">
              <w:rPr>
                <w:b/>
                <w:sz w:val="23"/>
                <w:szCs w:val="23"/>
                <w:lang w:val="ru-RU"/>
              </w:rPr>
              <w:t>беру</w:t>
            </w:r>
            <w:r w:rsidRPr="00DF231C">
              <w:rPr>
                <w:b/>
                <w:sz w:val="23"/>
                <w:szCs w:val="23"/>
              </w:rPr>
              <w:t xml:space="preserve"> </w:t>
            </w:r>
            <w:r w:rsidRPr="00DF231C">
              <w:rPr>
                <w:b/>
                <w:sz w:val="23"/>
                <w:szCs w:val="23"/>
                <w:lang w:val="ru-RU"/>
              </w:rPr>
              <w:t>кезіндегі</w:t>
            </w:r>
            <w:r w:rsidRPr="00DF231C">
              <w:rPr>
                <w:b/>
                <w:sz w:val="23"/>
                <w:szCs w:val="23"/>
              </w:rPr>
              <w:t xml:space="preserve"> </w:t>
            </w:r>
            <w:r w:rsidRPr="00DF231C">
              <w:rPr>
                <w:b/>
                <w:sz w:val="23"/>
                <w:szCs w:val="23"/>
                <w:lang w:val="ru-RU"/>
              </w:rPr>
              <w:t>қарап</w:t>
            </w:r>
            <w:r w:rsidRPr="00DF231C">
              <w:rPr>
                <w:b/>
                <w:sz w:val="23"/>
                <w:szCs w:val="23"/>
              </w:rPr>
              <w:t>-</w:t>
            </w:r>
            <w:r w:rsidRPr="00DF231C">
              <w:rPr>
                <w:b/>
                <w:sz w:val="23"/>
                <w:szCs w:val="23"/>
                <w:lang w:val="ru-RU"/>
              </w:rPr>
              <w:t>тексеру</w:t>
            </w:r>
            <w:r w:rsidRPr="00DF231C">
              <w:rPr>
                <w:b/>
                <w:sz w:val="23"/>
                <w:szCs w:val="23"/>
              </w:rPr>
              <w:t xml:space="preserve"> </w:t>
            </w:r>
            <w:r w:rsidRPr="00DF231C">
              <w:rPr>
                <w:b/>
                <w:sz w:val="23"/>
                <w:szCs w:val="23"/>
                <w:lang w:val="ru-RU"/>
              </w:rPr>
              <w:t>актісі</w:t>
            </w:r>
          </w:p>
        </w:tc>
        <w:tc>
          <w:tcPr>
            <w:tcW w:w="4905" w:type="dxa"/>
            <w:tcMar>
              <w:top w:w="65" w:type="dxa"/>
              <w:left w:w="65" w:type="dxa"/>
              <w:bottom w:w="65" w:type="dxa"/>
              <w:right w:w="65" w:type="dxa"/>
            </w:tcMar>
          </w:tcPr>
          <w:p w:rsidR="00AF3254" w:rsidRPr="00DF231C" w:rsidRDefault="00AF3254" w:rsidP="00D72F4B">
            <w:pPr>
              <w:jc w:val="center"/>
              <w:rPr>
                <w:b/>
                <w:sz w:val="23"/>
                <w:szCs w:val="23"/>
                <w:lang w:val="ru-RU"/>
              </w:rPr>
            </w:pPr>
            <w:r w:rsidRPr="00DF231C">
              <w:rPr>
                <w:b/>
                <w:sz w:val="23"/>
                <w:szCs w:val="23"/>
                <w:lang w:val="ru-RU"/>
              </w:rPr>
              <w:t>Акт осмотра рекламной площади при передаче</w:t>
            </w:r>
          </w:p>
        </w:tc>
      </w:tr>
      <w:tr w:rsidR="00AF3254" w:rsidRPr="00AF630E" w:rsidTr="007D6BFB">
        <w:trPr>
          <w:cantSplit/>
        </w:trPr>
        <w:tc>
          <w:tcPr>
            <w:tcW w:w="5159" w:type="dxa"/>
            <w:tcMar>
              <w:top w:w="65" w:type="dxa"/>
              <w:left w:w="65" w:type="dxa"/>
              <w:bottom w:w="65" w:type="dxa"/>
              <w:right w:w="65" w:type="dxa"/>
            </w:tcMar>
          </w:tcPr>
          <w:p w:rsidR="00AF3254" w:rsidRPr="00AF630E" w:rsidRDefault="00DF231C" w:rsidP="00D72F4B">
            <w:pPr>
              <w:jc w:val="center"/>
              <w:rPr>
                <w:sz w:val="23"/>
                <w:szCs w:val="23"/>
              </w:rPr>
            </w:pPr>
            <w:r>
              <w:rPr>
                <w:sz w:val="23"/>
                <w:szCs w:val="23"/>
              </w:rPr>
              <w:t xml:space="preserve">Астана қ. </w:t>
            </w:r>
            <w:r w:rsidR="00AF3254" w:rsidRPr="00AF630E">
              <w:rPr>
                <w:sz w:val="23"/>
                <w:szCs w:val="23"/>
              </w:rPr>
              <w:tab/>
            </w:r>
            <w:r>
              <w:rPr>
                <w:sz w:val="23"/>
                <w:szCs w:val="23"/>
              </w:rPr>
              <w:t xml:space="preserve">         </w:t>
            </w:r>
            <w:r w:rsidR="00AF3254" w:rsidRPr="00AF630E">
              <w:rPr>
                <w:sz w:val="23"/>
                <w:szCs w:val="23"/>
              </w:rPr>
              <w:t>2026 жылғы «___» __________</w:t>
            </w:r>
          </w:p>
        </w:tc>
        <w:tc>
          <w:tcPr>
            <w:tcW w:w="4905" w:type="dxa"/>
            <w:tcMar>
              <w:top w:w="65" w:type="dxa"/>
              <w:left w:w="65" w:type="dxa"/>
              <w:bottom w:w="65" w:type="dxa"/>
              <w:right w:w="65" w:type="dxa"/>
            </w:tcMar>
          </w:tcPr>
          <w:p w:rsidR="00AF3254" w:rsidRPr="00AF630E" w:rsidRDefault="00DF231C" w:rsidP="00D72F4B">
            <w:pPr>
              <w:jc w:val="center"/>
              <w:rPr>
                <w:sz w:val="23"/>
                <w:szCs w:val="23"/>
              </w:rPr>
            </w:pPr>
            <w:r>
              <w:rPr>
                <w:sz w:val="23"/>
                <w:szCs w:val="23"/>
              </w:rPr>
              <w:t xml:space="preserve">г. Астана </w:t>
            </w:r>
            <w:r>
              <w:rPr>
                <w:sz w:val="23"/>
                <w:szCs w:val="23"/>
              </w:rPr>
              <w:tab/>
            </w:r>
            <w:r>
              <w:rPr>
                <w:sz w:val="23"/>
                <w:szCs w:val="23"/>
                <w:lang w:val="kk-KZ"/>
              </w:rPr>
              <w:t xml:space="preserve">         </w:t>
            </w:r>
            <w:r w:rsidR="00AF3254" w:rsidRPr="00AF630E">
              <w:rPr>
                <w:sz w:val="23"/>
                <w:szCs w:val="23"/>
              </w:rPr>
              <w:t>«___» __________ 2026 года</w:t>
            </w:r>
          </w:p>
        </w:tc>
      </w:tr>
      <w:tr w:rsidR="00AF3254" w:rsidRPr="00D263F5" w:rsidTr="007D6BFB">
        <w:trPr>
          <w:cantSplit/>
        </w:trPr>
        <w:tc>
          <w:tcPr>
            <w:tcW w:w="5159" w:type="dxa"/>
            <w:tcMar>
              <w:top w:w="65" w:type="dxa"/>
              <w:left w:w="65" w:type="dxa"/>
              <w:bottom w:w="65" w:type="dxa"/>
              <w:right w:w="65" w:type="dxa"/>
            </w:tcMar>
          </w:tcPr>
          <w:p w:rsidR="00AF3254" w:rsidRPr="00C92E91" w:rsidRDefault="00AF3254" w:rsidP="00191BFC">
            <w:pPr>
              <w:ind w:firstLine="506"/>
              <w:jc w:val="both"/>
              <w:rPr>
                <w:sz w:val="23"/>
                <w:szCs w:val="23"/>
              </w:rPr>
            </w:pPr>
            <w:r w:rsidRPr="00AF630E">
              <w:rPr>
                <w:sz w:val="23"/>
                <w:szCs w:val="23"/>
                <w:lang w:val="ru-RU"/>
              </w:rPr>
              <w:t>Бұдан</w:t>
            </w:r>
            <w:r w:rsidRPr="00C92E91">
              <w:rPr>
                <w:sz w:val="23"/>
                <w:szCs w:val="23"/>
              </w:rPr>
              <w:t xml:space="preserve"> </w:t>
            </w:r>
            <w:r w:rsidRPr="00AF630E">
              <w:rPr>
                <w:sz w:val="23"/>
                <w:szCs w:val="23"/>
                <w:lang w:val="ru-RU"/>
              </w:rPr>
              <w:t>әрі</w:t>
            </w:r>
            <w:r w:rsidRPr="00C92E91">
              <w:rPr>
                <w:sz w:val="23"/>
                <w:szCs w:val="23"/>
              </w:rPr>
              <w:t xml:space="preserve"> «</w:t>
            </w:r>
            <w:r w:rsidRPr="00AF630E">
              <w:rPr>
                <w:sz w:val="23"/>
                <w:szCs w:val="23"/>
                <w:lang w:val="ru-RU"/>
              </w:rPr>
              <w:t>Жалға</w:t>
            </w:r>
            <w:r w:rsidRPr="00C92E91">
              <w:rPr>
                <w:sz w:val="23"/>
                <w:szCs w:val="23"/>
              </w:rPr>
              <w:t xml:space="preserve"> </w:t>
            </w:r>
            <w:r w:rsidRPr="00AF630E">
              <w:rPr>
                <w:sz w:val="23"/>
                <w:szCs w:val="23"/>
                <w:lang w:val="ru-RU"/>
              </w:rPr>
              <w:t>беруші</w:t>
            </w:r>
            <w:r w:rsidRPr="00C92E91">
              <w:rPr>
                <w:sz w:val="23"/>
                <w:szCs w:val="23"/>
              </w:rPr>
              <w:t xml:space="preserve">» </w:t>
            </w:r>
            <w:r w:rsidRPr="00AF630E">
              <w:rPr>
                <w:sz w:val="23"/>
                <w:szCs w:val="23"/>
                <w:lang w:val="ru-RU"/>
              </w:rPr>
              <w:t>деп</w:t>
            </w:r>
            <w:r w:rsidRPr="00C92E91">
              <w:rPr>
                <w:sz w:val="23"/>
                <w:szCs w:val="23"/>
              </w:rPr>
              <w:t xml:space="preserve"> </w:t>
            </w:r>
            <w:r w:rsidRPr="00AF630E">
              <w:rPr>
                <w:sz w:val="23"/>
                <w:szCs w:val="23"/>
                <w:lang w:val="ru-RU"/>
              </w:rPr>
              <w:t>аталатын</w:t>
            </w:r>
            <w:r w:rsidRPr="00C92E91">
              <w:rPr>
                <w:sz w:val="23"/>
                <w:szCs w:val="23"/>
              </w:rPr>
              <w:t xml:space="preserve"> «</w:t>
            </w:r>
            <w:r w:rsidRPr="00AF630E">
              <w:rPr>
                <w:sz w:val="23"/>
                <w:szCs w:val="23"/>
              </w:rPr>
              <w:t>City</w:t>
            </w:r>
            <w:r w:rsidRPr="00C92E91">
              <w:rPr>
                <w:sz w:val="23"/>
                <w:szCs w:val="23"/>
              </w:rPr>
              <w:t xml:space="preserve"> </w:t>
            </w:r>
            <w:r w:rsidRPr="00AF630E">
              <w:rPr>
                <w:sz w:val="23"/>
                <w:szCs w:val="23"/>
              </w:rPr>
              <w:t>Transportation</w:t>
            </w:r>
            <w:r w:rsidRPr="00C92E91">
              <w:rPr>
                <w:sz w:val="23"/>
                <w:szCs w:val="23"/>
              </w:rPr>
              <w:t xml:space="preserve"> </w:t>
            </w:r>
            <w:r w:rsidRPr="00AF630E">
              <w:rPr>
                <w:sz w:val="23"/>
                <w:szCs w:val="23"/>
              </w:rPr>
              <w:t>Systems</w:t>
            </w:r>
            <w:r w:rsidRPr="00C92E91">
              <w:rPr>
                <w:sz w:val="23"/>
                <w:szCs w:val="23"/>
              </w:rPr>
              <w:t xml:space="preserve">» </w:t>
            </w:r>
            <w:r w:rsidRPr="00AF630E">
              <w:rPr>
                <w:sz w:val="23"/>
                <w:szCs w:val="23"/>
                <w:lang w:val="ru-RU"/>
              </w:rPr>
              <w:t>ЖШС</w:t>
            </w:r>
            <w:r w:rsidRPr="00C92E91">
              <w:rPr>
                <w:sz w:val="23"/>
                <w:szCs w:val="23"/>
              </w:rPr>
              <w:t xml:space="preserve"> </w:t>
            </w:r>
            <w:r w:rsidRPr="00AF630E">
              <w:rPr>
                <w:sz w:val="23"/>
                <w:szCs w:val="23"/>
                <w:lang w:val="ru-RU"/>
              </w:rPr>
              <w:t>және</w:t>
            </w:r>
            <w:r w:rsidRPr="00C92E91">
              <w:rPr>
                <w:sz w:val="23"/>
                <w:szCs w:val="23"/>
              </w:rPr>
              <w:t xml:space="preserve"> </w:t>
            </w:r>
            <w:r w:rsidRPr="00AF630E">
              <w:rPr>
                <w:sz w:val="23"/>
                <w:szCs w:val="23"/>
                <w:lang w:val="ru-RU"/>
              </w:rPr>
              <w:t>бұдан</w:t>
            </w:r>
            <w:r w:rsidRPr="00C92E91">
              <w:rPr>
                <w:sz w:val="23"/>
                <w:szCs w:val="23"/>
              </w:rPr>
              <w:t xml:space="preserve"> </w:t>
            </w:r>
            <w:r w:rsidRPr="00AF630E">
              <w:rPr>
                <w:sz w:val="23"/>
                <w:szCs w:val="23"/>
                <w:lang w:val="ru-RU"/>
              </w:rPr>
              <w:t>әрі</w:t>
            </w:r>
            <w:r w:rsidRPr="00C92E91">
              <w:rPr>
                <w:sz w:val="23"/>
                <w:szCs w:val="23"/>
              </w:rPr>
              <w:t xml:space="preserve"> «</w:t>
            </w:r>
            <w:r w:rsidRPr="00AF630E">
              <w:rPr>
                <w:sz w:val="23"/>
                <w:szCs w:val="23"/>
                <w:lang w:val="ru-RU"/>
              </w:rPr>
              <w:t>Жалға</w:t>
            </w:r>
            <w:r w:rsidRPr="00C92E91">
              <w:rPr>
                <w:sz w:val="23"/>
                <w:szCs w:val="23"/>
              </w:rPr>
              <w:t xml:space="preserve"> </w:t>
            </w:r>
            <w:r w:rsidRPr="00AF630E">
              <w:rPr>
                <w:sz w:val="23"/>
                <w:szCs w:val="23"/>
                <w:lang w:val="ru-RU"/>
              </w:rPr>
              <w:t>алушы</w:t>
            </w:r>
            <w:r w:rsidRPr="00C92E91">
              <w:rPr>
                <w:sz w:val="23"/>
                <w:szCs w:val="23"/>
              </w:rPr>
              <w:t xml:space="preserve">» </w:t>
            </w:r>
            <w:r w:rsidRPr="00AF630E">
              <w:rPr>
                <w:sz w:val="23"/>
                <w:szCs w:val="23"/>
                <w:lang w:val="ru-RU"/>
              </w:rPr>
              <w:t>деп</w:t>
            </w:r>
            <w:r w:rsidRPr="00C92E91">
              <w:rPr>
                <w:sz w:val="23"/>
                <w:szCs w:val="23"/>
              </w:rPr>
              <w:t xml:space="preserve"> </w:t>
            </w:r>
            <w:r w:rsidRPr="00AF630E">
              <w:rPr>
                <w:sz w:val="23"/>
                <w:szCs w:val="23"/>
                <w:lang w:val="ru-RU"/>
              </w:rPr>
              <w:t>аталатын</w:t>
            </w:r>
            <w:r w:rsidR="00DF231C">
              <w:rPr>
                <w:sz w:val="23"/>
                <w:szCs w:val="23"/>
              </w:rPr>
              <w:t xml:space="preserve"> </w:t>
            </w:r>
            <w:r w:rsidR="00DF231C">
              <w:rPr>
                <w:sz w:val="23"/>
                <w:szCs w:val="23"/>
                <w:lang w:val="kk-KZ"/>
              </w:rPr>
              <w:t>«</w:t>
            </w:r>
            <w:r w:rsidR="00191BFC">
              <w:rPr>
                <w:sz w:val="23"/>
                <w:szCs w:val="23"/>
                <w:lang w:val="kk-KZ"/>
              </w:rPr>
              <w:t>______</w:t>
            </w:r>
            <w:r w:rsidR="00DF231C">
              <w:rPr>
                <w:sz w:val="23"/>
                <w:szCs w:val="23"/>
                <w:lang w:val="kk-KZ"/>
              </w:rPr>
              <w:t>» ЖШС</w:t>
            </w:r>
            <w:r w:rsidRPr="00C92E91">
              <w:rPr>
                <w:sz w:val="23"/>
                <w:szCs w:val="23"/>
              </w:rPr>
              <w:t xml:space="preserve"> 2026 </w:t>
            </w:r>
            <w:r w:rsidRPr="00AF630E">
              <w:rPr>
                <w:sz w:val="23"/>
                <w:szCs w:val="23"/>
                <w:lang w:val="ru-RU"/>
              </w:rPr>
              <w:t>жылғы</w:t>
            </w:r>
            <w:r w:rsidRPr="00C92E91">
              <w:rPr>
                <w:sz w:val="23"/>
                <w:szCs w:val="23"/>
              </w:rPr>
              <w:t xml:space="preserve"> «_» __________ № ___ </w:t>
            </w:r>
            <w:r w:rsidRPr="00AF630E">
              <w:rPr>
                <w:sz w:val="23"/>
                <w:szCs w:val="23"/>
                <w:lang w:val="ru-RU"/>
              </w:rPr>
              <w:t>Жарнама</w:t>
            </w:r>
            <w:r w:rsidRPr="00C92E91">
              <w:rPr>
                <w:sz w:val="23"/>
                <w:szCs w:val="23"/>
              </w:rPr>
              <w:t xml:space="preserve"> </w:t>
            </w:r>
            <w:r w:rsidRPr="00AF630E">
              <w:rPr>
                <w:sz w:val="23"/>
                <w:szCs w:val="23"/>
                <w:lang w:val="ru-RU"/>
              </w:rPr>
              <w:t>алаңдарын</w:t>
            </w:r>
            <w:r w:rsidRPr="00C92E91">
              <w:rPr>
                <w:sz w:val="23"/>
                <w:szCs w:val="23"/>
              </w:rPr>
              <w:t xml:space="preserve"> </w:t>
            </w:r>
            <w:r w:rsidRPr="00AF630E">
              <w:rPr>
                <w:sz w:val="23"/>
                <w:szCs w:val="23"/>
                <w:lang w:val="ru-RU"/>
              </w:rPr>
              <w:t>жалға</w:t>
            </w:r>
            <w:r w:rsidRPr="00C92E91">
              <w:rPr>
                <w:sz w:val="23"/>
                <w:szCs w:val="23"/>
              </w:rPr>
              <w:t xml:space="preserve"> </w:t>
            </w:r>
            <w:r w:rsidRPr="00AF630E">
              <w:rPr>
                <w:sz w:val="23"/>
                <w:szCs w:val="23"/>
                <w:lang w:val="ru-RU"/>
              </w:rPr>
              <w:t>алу</w:t>
            </w:r>
            <w:r w:rsidRPr="00C92E91">
              <w:rPr>
                <w:sz w:val="23"/>
                <w:szCs w:val="23"/>
              </w:rPr>
              <w:t xml:space="preserve"> </w:t>
            </w:r>
            <w:r w:rsidRPr="00AF630E">
              <w:rPr>
                <w:sz w:val="23"/>
                <w:szCs w:val="23"/>
                <w:lang w:val="ru-RU"/>
              </w:rPr>
              <w:t>туралы</w:t>
            </w:r>
            <w:r w:rsidRPr="00C92E91">
              <w:rPr>
                <w:sz w:val="23"/>
                <w:szCs w:val="23"/>
              </w:rPr>
              <w:t xml:space="preserve"> </w:t>
            </w:r>
            <w:r w:rsidRPr="00AF630E">
              <w:rPr>
                <w:sz w:val="23"/>
                <w:szCs w:val="23"/>
                <w:lang w:val="ru-RU"/>
              </w:rPr>
              <w:t>шартқа</w:t>
            </w:r>
            <w:r w:rsidRPr="00C92E91">
              <w:rPr>
                <w:sz w:val="23"/>
                <w:szCs w:val="23"/>
              </w:rPr>
              <w:t xml:space="preserve"> </w:t>
            </w:r>
            <w:r w:rsidRPr="00AF630E">
              <w:rPr>
                <w:sz w:val="23"/>
                <w:szCs w:val="23"/>
                <w:lang w:val="ru-RU"/>
              </w:rPr>
              <w:t>сәйкес</w:t>
            </w:r>
            <w:r w:rsidRPr="00C92E91">
              <w:rPr>
                <w:sz w:val="23"/>
                <w:szCs w:val="23"/>
              </w:rPr>
              <w:t xml:space="preserve"> </w:t>
            </w:r>
            <w:r w:rsidRPr="00AF630E">
              <w:rPr>
                <w:sz w:val="23"/>
                <w:szCs w:val="23"/>
                <w:lang w:val="ru-RU"/>
              </w:rPr>
              <w:t>берілетін</w:t>
            </w:r>
            <w:r w:rsidRPr="00C92E91">
              <w:rPr>
                <w:sz w:val="23"/>
                <w:szCs w:val="23"/>
              </w:rPr>
              <w:t xml:space="preserve"> </w:t>
            </w:r>
            <w:r w:rsidRPr="00AF630E">
              <w:rPr>
                <w:sz w:val="23"/>
                <w:szCs w:val="23"/>
                <w:lang w:val="ru-RU"/>
              </w:rPr>
              <w:t>жарнама</w:t>
            </w:r>
            <w:r w:rsidRPr="00C92E91">
              <w:rPr>
                <w:sz w:val="23"/>
                <w:szCs w:val="23"/>
              </w:rPr>
              <w:t xml:space="preserve"> </w:t>
            </w:r>
            <w:r w:rsidRPr="00AF630E">
              <w:rPr>
                <w:sz w:val="23"/>
                <w:szCs w:val="23"/>
                <w:lang w:val="ru-RU"/>
              </w:rPr>
              <w:t>алаңын</w:t>
            </w:r>
            <w:r w:rsidRPr="00C92E91">
              <w:rPr>
                <w:sz w:val="23"/>
                <w:szCs w:val="23"/>
              </w:rPr>
              <w:t xml:space="preserve"> </w:t>
            </w:r>
            <w:r w:rsidRPr="00AF630E">
              <w:rPr>
                <w:sz w:val="23"/>
                <w:szCs w:val="23"/>
                <w:lang w:val="ru-RU"/>
              </w:rPr>
              <w:t>бірлесіп</w:t>
            </w:r>
            <w:r w:rsidRPr="00C92E91">
              <w:rPr>
                <w:sz w:val="23"/>
                <w:szCs w:val="23"/>
              </w:rPr>
              <w:t xml:space="preserve"> </w:t>
            </w:r>
            <w:r w:rsidRPr="00AF630E">
              <w:rPr>
                <w:sz w:val="23"/>
                <w:szCs w:val="23"/>
                <w:lang w:val="ru-RU"/>
              </w:rPr>
              <w:t>қарап</w:t>
            </w:r>
            <w:r w:rsidRPr="00C92E91">
              <w:rPr>
                <w:sz w:val="23"/>
                <w:szCs w:val="23"/>
              </w:rPr>
              <w:t>-</w:t>
            </w:r>
            <w:r w:rsidRPr="00AF630E">
              <w:rPr>
                <w:sz w:val="23"/>
                <w:szCs w:val="23"/>
                <w:lang w:val="ru-RU"/>
              </w:rPr>
              <w:t>тексерді</w:t>
            </w:r>
            <w:r w:rsidRPr="00C92E91">
              <w:rPr>
                <w:sz w:val="23"/>
                <w:szCs w:val="23"/>
              </w:rPr>
              <w:t>.</w:t>
            </w:r>
          </w:p>
        </w:tc>
        <w:tc>
          <w:tcPr>
            <w:tcW w:w="4905" w:type="dxa"/>
            <w:tcMar>
              <w:top w:w="65" w:type="dxa"/>
              <w:left w:w="65" w:type="dxa"/>
              <w:bottom w:w="65" w:type="dxa"/>
              <w:right w:w="65" w:type="dxa"/>
            </w:tcMar>
          </w:tcPr>
          <w:p w:rsidR="00AF3254" w:rsidRPr="00AF630E" w:rsidRDefault="00AF3254" w:rsidP="00191BFC">
            <w:pPr>
              <w:ind w:firstLine="506"/>
              <w:jc w:val="both"/>
              <w:rPr>
                <w:sz w:val="23"/>
                <w:szCs w:val="23"/>
                <w:lang w:val="ru-RU"/>
              </w:rPr>
            </w:pPr>
            <w:r w:rsidRPr="00AF630E">
              <w:rPr>
                <w:sz w:val="23"/>
                <w:szCs w:val="23"/>
                <w:lang w:val="ru-RU"/>
              </w:rPr>
              <w:t>ТОО «</w:t>
            </w:r>
            <w:r w:rsidRPr="00AF630E">
              <w:rPr>
                <w:sz w:val="23"/>
                <w:szCs w:val="23"/>
              </w:rPr>
              <w:t>City</w:t>
            </w:r>
            <w:r w:rsidRPr="00AF630E">
              <w:rPr>
                <w:sz w:val="23"/>
                <w:szCs w:val="23"/>
                <w:lang w:val="ru-RU"/>
              </w:rPr>
              <w:t xml:space="preserve"> </w:t>
            </w:r>
            <w:r w:rsidRPr="00AF630E">
              <w:rPr>
                <w:sz w:val="23"/>
                <w:szCs w:val="23"/>
              </w:rPr>
              <w:t>Transportation</w:t>
            </w:r>
            <w:r w:rsidRPr="00AF630E">
              <w:rPr>
                <w:sz w:val="23"/>
                <w:szCs w:val="23"/>
                <w:lang w:val="ru-RU"/>
              </w:rPr>
              <w:t xml:space="preserve"> </w:t>
            </w:r>
            <w:r w:rsidRPr="00AF630E">
              <w:rPr>
                <w:sz w:val="23"/>
                <w:szCs w:val="23"/>
              </w:rPr>
              <w:t>Systems</w:t>
            </w:r>
            <w:r w:rsidRPr="00AF630E">
              <w:rPr>
                <w:sz w:val="23"/>
                <w:szCs w:val="23"/>
                <w:lang w:val="ru-RU"/>
              </w:rPr>
              <w:t xml:space="preserve">», именуемое в дальнейшем «Арендодатель», и </w:t>
            </w:r>
            <w:r w:rsidR="00DF231C">
              <w:rPr>
                <w:sz w:val="23"/>
                <w:szCs w:val="23"/>
                <w:lang w:val="ru-RU"/>
              </w:rPr>
              <w:t>ТОО «</w:t>
            </w:r>
            <w:r w:rsidR="00191BFC">
              <w:rPr>
                <w:sz w:val="23"/>
                <w:szCs w:val="23"/>
                <w:lang w:val="ru-RU"/>
              </w:rPr>
              <w:t>________</w:t>
            </w:r>
            <w:r w:rsidR="00DF231C">
              <w:rPr>
                <w:sz w:val="23"/>
                <w:szCs w:val="23"/>
                <w:lang w:val="ru-RU"/>
              </w:rPr>
              <w:t>»</w:t>
            </w:r>
            <w:r w:rsidRPr="00AF630E">
              <w:rPr>
                <w:sz w:val="23"/>
                <w:szCs w:val="23"/>
                <w:lang w:val="ru-RU"/>
              </w:rPr>
              <w:t>, именуемое в дальнейшем «Арендатор», провели совместный осмотр рекламной площади, предоставляемой в соответствии с Договором аренды рекламных площадей №</w:t>
            </w:r>
            <w:r w:rsidRPr="00AF630E">
              <w:rPr>
                <w:sz w:val="23"/>
                <w:szCs w:val="23"/>
              </w:rPr>
              <w:t> </w:t>
            </w:r>
            <w:r w:rsidRPr="00AF630E">
              <w:rPr>
                <w:sz w:val="23"/>
                <w:szCs w:val="23"/>
                <w:lang w:val="ru-RU"/>
              </w:rPr>
              <w:t>___ от «_» __________ 2026 года.</w:t>
            </w:r>
          </w:p>
        </w:tc>
      </w:tr>
      <w:tr w:rsidR="00E96D53" w:rsidRPr="00AF4CEA" w:rsidTr="007D6BFB">
        <w:trPr>
          <w:cantSplit/>
        </w:trPr>
        <w:tc>
          <w:tcPr>
            <w:tcW w:w="5159" w:type="dxa"/>
            <w:tcMar>
              <w:top w:w="65" w:type="dxa"/>
              <w:left w:w="65" w:type="dxa"/>
              <w:bottom w:w="65" w:type="dxa"/>
              <w:right w:w="65" w:type="dxa"/>
            </w:tcMar>
          </w:tcPr>
          <w:p w:rsidR="00E96D53" w:rsidRPr="0061514B" w:rsidRDefault="00E96D53" w:rsidP="00080C2E">
            <w:pPr>
              <w:rPr>
                <w:sz w:val="23"/>
                <w:szCs w:val="23"/>
                <w:lang w:val="ru-RU"/>
              </w:rPr>
            </w:pPr>
            <w:r w:rsidRPr="00AF630E">
              <w:rPr>
                <w:sz w:val="23"/>
                <w:szCs w:val="23"/>
              </w:rPr>
              <w:t>1. Жарнама алаңы:</w:t>
            </w:r>
            <w:r>
              <w:rPr>
                <w:sz w:val="23"/>
                <w:szCs w:val="23"/>
                <w:lang w:val="ru-RU"/>
              </w:rPr>
              <w:t xml:space="preserve"> </w:t>
            </w:r>
          </w:p>
        </w:tc>
        <w:tc>
          <w:tcPr>
            <w:tcW w:w="4905" w:type="dxa"/>
            <w:tcMar>
              <w:top w:w="65" w:type="dxa"/>
              <w:left w:w="65" w:type="dxa"/>
              <w:bottom w:w="65" w:type="dxa"/>
              <w:right w:w="65" w:type="dxa"/>
            </w:tcMar>
          </w:tcPr>
          <w:p w:rsidR="00E96D53" w:rsidRPr="0061514B" w:rsidRDefault="00E96D53" w:rsidP="00080C2E">
            <w:pPr>
              <w:rPr>
                <w:sz w:val="23"/>
                <w:szCs w:val="23"/>
                <w:lang w:val="ru-RU"/>
              </w:rPr>
            </w:pPr>
            <w:r w:rsidRPr="0061514B">
              <w:rPr>
                <w:sz w:val="23"/>
                <w:szCs w:val="23"/>
                <w:lang w:val="ru-RU"/>
              </w:rPr>
              <w:t>1. Рекламная площадь:</w:t>
            </w:r>
            <w:r>
              <w:rPr>
                <w:sz w:val="23"/>
                <w:szCs w:val="23"/>
                <w:lang w:val="ru-RU"/>
              </w:rPr>
              <w:t xml:space="preserve"> </w:t>
            </w:r>
          </w:p>
        </w:tc>
      </w:tr>
      <w:tr w:rsidR="00E96D53" w:rsidRPr="00AF630E" w:rsidTr="007D6BFB">
        <w:trPr>
          <w:cantSplit/>
        </w:trPr>
        <w:tc>
          <w:tcPr>
            <w:tcW w:w="5159" w:type="dxa"/>
            <w:tcMar>
              <w:top w:w="65" w:type="dxa"/>
              <w:left w:w="65" w:type="dxa"/>
              <w:bottom w:w="65" w:type="dxa"/>
              <w:right w:w="65" w:type="dxa"/>
            </w:tcMar>
          </w:tcPr>
          <w:p w:rsidR="00E96D53" w:rsidRPr="00AF630E" w:rsidRDefault="000B72E5" w:rsidP="00E96D53">
            <w:pPr>
              <w:rPr>
                <w:sz w:val="23"/>
                <w:szCs w:val="23"/>
              </w:rPr>
            </w:pPr>
            <w:r>
              <w:rPr>
                <w:sz w:val="23"/>
                <w:szCs w:val="23"/>
              </w:rPr>
              <w:t xml:space="preserve">Лот нөмірі: </w:t>
            </w:r>
          </w:p>
        </w:tc>
        <w:tc>
          <w:tcPr>
            <w:tcW w:w="4905" w:type="dxa"/>
            <w:tcMar>
              <w:top w:w="65" w:type="dxa"/>
              <w:left w:w="65" w:type="dxa"/>
              <w:bottom w:w="65" w:type="dxa"/>
              <w:right w:w="65" w:type="dxa"/>
            </w:tcMar>
          </w:tcPr>
          <w:p w:rsidR="00E96D53" w:rsidRPr="00AF630E" w:rsidRDefault="000B72E5" w:rsidP="00E96D53">
            <w:pPr>
              <w:rPr>
                <w:sz w:val="23"/>
                <w:szCs w:val="23"/>
              </w:rPr>
            </w:pPr>
            <w:r>
              <w:rPr>
                <w:sz w:val="23"/>
                <w:szCs w:val="23"/>
              </w:rPr>
              <w:t xml:space="preserve">Номер лота: </w:t>
            </w:r>
          </w:p>
        </w:tc>
      </w:tr>
      <w:tr w:rsidR="00E96D53" w:rsidRPr="00AF630E" w:rsidTr="007D6BFB">
        <w:trPr>
          <w:cantSplit/>
        </w:trPr>
        <w:tc>
          <w:tcPr>
            <w:tcW w:w="5159" w:type="dxa"/>
            <w:tcMar>
              <w:top w:w="65" w:type="dxa"/>
              <w:left w:w="65" w:type="dxa"/>
              <w:bottom w:w="65" w:type="dxa"/>
              <w:right w:w="65" w:type="dxa"/>
            </w:tcMar>
          </w:tcPr>
          <w:p w:rsidR="00E96D53" w:rsidRPr="00D17096" w:rsidRDefault="00E96D53" w:rsidP="000B72E5">
            <w:pPr>
              <w:rPr>
                <w:sz w:val="23"/>
                <w:szCs w:val="23"/>
                <w:lang w:val="ru-RU"/>
              </w:rPr>
            </w:pPr>
            <w:r>
              <w:rPr>
                <w:sz w:val="23"/>
                <w:szCs w:val="23"/>
              </w:rPr>
              <w:t>Нысан / станса / вагон</w:t>
            </w:r>
            <w:r>
              <w:rPr>
                <w:sz w:val="23"/>
                <w:szCs w:val="23"/>
                <w:lang w:val="ru-RU"/>
              </w:rPr>
              <w:t>:</w:t>
            </w:r>
          </w:p>
        </w:tc>
        <w:tc>
          <w:tcPr>
            <w:tcW w:w="4905" w:type="dxa"/>
            <w:tcMar>
              <w:top w:w="65" w:type="dxa"/>
              <w:left w:w="65" w:type="dxa"/>
              <w:bottom w:w="65" w:type="dxa"/>
              <w:right w:w="65" w:type="dxa"/>
            </w:tcMar>
          </w:tcPr>
          <w:p w:rsidR="00E96D53" w:rsidRPr="00AF630E" w:rsidRDefault="00E96D53" w:rsidP="000B72E5">
            <w:pPr>
              <w:rPr>
                <w:sz w:val="23"/>
                <w:szCs w:val="23"/>
              </w:rPr>
            </w:pPr>
            <w:r>
              <w:rPr>
                <w:sz w:val="23"/>
                <w:szCs w:val="23"/>
              </w:rPr>
              <w:t>Объект / станция / вагон:</w:t>
            </w:r>
          </w:p>
        </w:tc>
      </w:tr>
      <w:tr w:rsidR="00E96D53" w:rsidRPr="00AF630E" w:rsidTr="007D6BFB">
        <w:trPr>
          <w:cantSplit/>
        </w:trPr>
        <w:tc>
          <w:tcPr>
            <w:tcW w:w="5159" w:type="dxa"/>
            <w:tcMar>
              <w:top w:w="65" w:type="dxa"/>
              <w:left w:w="65" w:type="dxa"/>
              <w:bottom w:w="65" w:type="dxa"/>
              <w:right w:w="65" w:type="dxa"/>
            </w:tcMar>
          </w:tcPr>
          <w:p w:rsidR="00E96D53" w:rsidRPr="00AF630E" w:rsidRDefault="00E96D53" w:rsidP="00E96D53">
            <w:pPr>
              <w:rPr>
                <w:sz w:val="23"/>
                <w:szCs w:val="23"/>
              </w:rPr>
            </w:pPr>
            <w:r w:rsidRPr="00AF630E">
              <w:rPr>
                <w:sz w:val="23"/>
                <w:szCs w:val="23"/>
              </w:rPr>
              <w:t xml:space="preserve">Орналасқан жері: </w:t>
            </w:r>
            <w:r>
              <w:rPr>
                <w:sz w:val="23"/>
                <w:szCs w:val="23"/>
                <w:lang w:val="ru-RU"/>
              </w:rPr>
              <w:t>Астана қ</w:t>
            </w:r>
            <w:r>
              <w:rPr>
                <w:sz w:val="23"/>
                <w:szCs w:val="23"/>
              </w:rPr>
              <w:t>.</w:t>
            </w:r>
          </w:p>
        </w:tc>
        <w:tc>
          <w:tcPr>
            <w:tcW w:w="4905" w:type="dxa"/>
            <w:tcMar>
              <w:top w:w="65" w:type="dxa"/>
              <w:left w:w="65" w:type="dxa"/>
              <w:bottom w:w="65" w:type="dxa"/>
              <w:right w:w="65" w:type="dxa"/>
            </w:tcMar>
          </w:tcPr>
          <w:p w:rsidR="00E96D53" w:rsidRPr="00D17096" w:rsidRDefault="00E96D53" w:rsidP="00E96D53">
            <w:pPr>
              <w:rPr>
                <w:sz w:val="23"/>
                <w:szCs w:val="23"/>
                <w:lang w:val="ru-RU"/>
              </w:rPr>
            </w:pPr>
            <w:r w:rsidRPr="00D17096">
              <w:rPr>
                <w:sz w:val="23"/>
                <w:szCs w:val="23"/>
                <w:lang w:val="ru-RU"/>
              </w:rPr>
              <w:t xml:space="preserve">Месторасположение: </w:t>
            </w:r>
            <w:r>
              <w:rPr>
                <w:sz w:val="23"/>
                <w:szCs w:val="23"/>
                <w:lang w:val="ru-RU"/>
              </w:rPr>
              <w:t>г. Астана</w:t>
            </w:r>
          </w:p>
        </w:tc>
      </w:tr>
      <w:tr w:rsidR="00E96D53" w:rsidRPr="00AF630E" w:rsidTr="007D6BFB">
        <w:trPr>
          <w:cantSplit/>
        </w:trPr>
        <w:tc>
          <w:tcPr>
            <w:tcW w:w="5159" w:type="dxa"/>
            <w:tcMar>
              <w:top w:w="65" w:type="dxa"/>
              <w:left w:w="65" w:type="dxa"/>
              <w:bottom w:w="65" w:type="dxa"/>
              <w:right w:w="65" w:type="dxa"/>
            </w:tcMar>
          </w:tcPr>
          <w:p w:rsidR="00E96D53" w:rsidRPr="00D17096" w:rsidRDefault="00E96D53" w:rsidP="000B72E5">
            <w:pPr>
              <w:rPr>
                <w:sz w:val="23"/>
                <w:szCs w:val="23"/>
                <w:lang w:val="ru-RU"/>
              </w:rPr>
            </w:pPr>
            <w:r w:rsidRPr="00D17096">
              <w:rPr>
                <w:sz w:val="23"/>
                <w:szCs w:val="23"/>
                <w:lang w:val="ru-RU"/>
              </w:rPr>
              <w:t>Жарнама алаңының</w:t>
            </w:r>
            <w:r w:rsidR="000B72E5">
              <w:rPr>
                <w:sz w:val="23"/>
                <w:szCs w:val="23"/>
                <w:lang w:val="ru-RU"/>
              </w:rPr>
              <w:t xml:space="preserve"> түрі:</w:t>
            </w:r>
          </w:p>
        </w:tc>
        <w:tc>
          <w:tcPr>
            <w:tcW w:w="4905" w:type="dxa"/>
            <w:tcMar>
              <w:top w:w="65" w:type="dxa"/>
              <w:left w:w="65" w:type="dxa"/>
              <w:bottom w:w="65" w:type="dxa"/>
              <w:right w:w="65" w:type="dxa"/>
            </w:tcMar>
          </w:tcPr>
          <w:p w:rsidR="00E96D53" w:rsidRPr="00D17096" w:rsidRDefault="000B72E5" w:rsidP="000B72E5">
            <w:pPr>
              <w:rPr>
                <w:sz w:val="23"/>
                <w:szCs w:val="23"/>
                <w:lang w:val="ru-RU"/>
              </w:rPr>
            </w:pPr>
            <w:r>
              <w:rPr>
                <w:sz w:val="23"/>
                <w:szCs w:val="23"/>
                <w:lang w:val="ru-RU"/>
              </w:rPr>
              <w:t>Вид рекламной площади:</w:t>
            </w:r>
          </w:p>
        </w:tc>
      </w:tr>
      <w:tr w:rsidR="00AF3254" w:rsidRPr="00D263F5" w:rsidTr="007D6BFB">
        <w:trPr>
          <w:cantSplit/>
        </w:trPr>
        <w:tc>
          <w:tcPr>
            <w:tcW w:w="5159" w:type="dxa"/>
            <w:tcMar>
              <w:top w:w="65" w:type="dxa"/>
              <w:left w:w="65" w:type="dxa"/>
              <w:bottom w:w="65" w:type="dxa"/>
              <w:right w:w="65" w:type="dxa"/>
            </w:tcMar>
          </w:tcPr>
          <w:p w:rsidR="00AF3254" w:rsidRPr="00C92E91" w:rsidRDefault="00AF3254" w:rsidP="00D72F4B">
            <w:pPr>
              <w:rPr>
                <w:sz w:val="23"/>
                <w:szCs w:val="23"/>
              </w:rPr>
            </w:pPr>
            <w:r w:rsidRPr="00C92E91">
              <w:rPr>
                <w:sz w:val="23"/>
                <w:szCs w:val="23"/>
              </w:rPr>
              <w:t xml:space="preserve">2. </w:t>
            </w:r>
            <w:r w:rsidRPr="00AF630E">
              <w:rPr>
                <w:sz w:val="23"/>
                <w:szCs w:val="23"/>
                <w:lang w:val="ru-RU"/>
              </w:rPr>
              <w:t>Қарап</w:t>
            </w:r>
            <w:r w:rsidRPr="00C92E91">
              <w:rPr>
                <w:sz w:val="23"/>
                <w:szCs w:val="23"/>
              </w:rPr>
              <w:t>-</w:t>
            </w:r>
            <w:r w:rsidRPr="00AF630E">
              <w:rPr>
                <w:sz w:val="23"/>
                <w:szCs w:val="23"/>
                <w:lang w:val="ru-RU"/>
              </w:rPr>
              <w:t>тексеру</w:t>
            </w:r>
            <w:r w:rsidRPr="00C92E91">
              <w:rPr>
                <w:sz w:val="23"/>
                <w:szCs w:val="23"/>
              </w:rPr>
              <w:t xml:space="preserve"> </w:t>
            </w:r>
            <w:r w:rsidRPr="00AF630E">
              <w:rPr>
                <w:sz w:val="23"/>
                <w:szCs w:val="23"/>
                <w:lang w:val="ru-RU"/>
              </w:rPr>
              <w:t>күніндегі</w:t>
            </w:r>
            <w:r w:rsidRPr="00C92E91">
              <w:rPr>
                <w:sz w:val="23"/>
                <w:szCs w:val="23"/>
              </w:rPr>
              <w:t xml:space="preserve"> </w:t>
            </w:r>
            <w:r w:rsidRPr="00AF630E">
              <w:rPr>
                <w:sz w:val="23"/>
                <w:szCs w:val="23"/>
                <w:lang w:val="ru-RU"/>
              </w:rPr>
              <w:t>жарнама</w:t>
            </w:r>
            <w:r w:rsidRPr="00C92E91">
              <w:rPr>
                <w:sz w:val="23"/>
                <w:szCs w:val="23"/>
              </w:rPr>
              <w:t xml:space="preserve"> </w:t>
            </w:r>
            <w:r w:rsidRPr="00AF630E">
              <w:rPr>
                <w:sz w:val="23"/>
                <w:szCs w:val="23"/>
                <w:lang w:val="ru-RU"/>
              </w:rPr>
              <w:t>алаңының</w:t>
            </w:r>
            <w:r w:rsidRPr="00C92E91">
              <w:rPr>
                <w:sz w:val="23"/>
                <w:szCs w:val="23"/>
              </w:rPr>
              <w:t xml:space="preserve"> </w:t>
            </w:r>
            <w:r w:rsidRPr="00AF630E">
              <w:rPr>
                <w:sz w:val="23"/>
                <w:szCs w:val="23"/>
                <w:lang w:val="ru-RU"/>
              </w:rPr>
              <w:t>жай</w:t>
            </w:r>
            <w:r w:rsidRPr="00C92E91">
              <w:rPr>
                <w:sz w:val="23"/>
                <w:szCs w:val="23"/>
              </w:rPr>
              <w:t>-</w:t>
            </w:r>
            <w:r w:rsidRPr="00AF630E">
              <w:rPr>
                <w:sz w:val="23"/>
                <w:szCs w:val="23"/>
                <w:lang w:val="ru-RU"/>
              </w:rPr>
              <w:t>күйі</w:t>
            </w:r>
            <w:r w:rsidRPr="00C92E91">
              <w:rPr>
                <w:sz w:val="23"/>
                <w:szCs w:val="23"/>
              </w:rPr>
              <w:t>:</w:t>
            </w:r>
          </w:p>
        </w:tc>
        <w:tc>
          <w:tcPr>
            <w:tcW w:w="4905"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2. Состояние рекламной площади на дату осмотра:</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3. Анықталған зақымдар / ақаулар / ерекшеліктер:</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3. Выявленные повреждения / дефекты / особенности:</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_</w:t>
            </w:r>
            <w:r w:rsidRPr="000B72E5">
              <w:rPr>
                <w:sz w:val="23"/>
                <w:szCs w:val="23"/>
                <w:shd w:val="clear" w:color="auto" w:fill="FFFFFF" w:themeFill="background1"/>
              </w:rPr>
              <w:t>____________________________________________________________________________________________________________________________________________________________________________________________________</w:t>
            </w:r>
            <w:r w:rsidRPr="00AF630E">
              <w:rPr>
                <w:sz w:val="23"/>
                <w:szCs w:val="23"/>
              </w:rPr>
              <w:t>______________________________________________________________________________________________________________________________</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4. Фотоға түсіру: жүргізіледі / жүргізілмейді.</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4. Фотофиксация: производится / не производится.</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Фотосуреттер саны: _______.</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Количество фотографий: _______.</w:t>
            </w:r>
          </w:p>
        </w:tc>
      </w:tr>
      <w:tr w:rsidR="00AF3254" w:rsidRPr="00D263F5"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Фотосуреттер осы Актіге қосымша болып табылады.</w:t>
            </w:r>
          </w:p>
        </w:tc>
        <w:tc>
          <w:tcPr>
            <w:tcW w:w="4905"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Фотографии являются приложением к настоящему Акту.</w:t>
            </w:r>
          </w:p>
        </w:tc>
      </w:tr>
      <w:tr w:rsidR="00AF3254" w:rsidRPr="00D263F5"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5. Осы Акт Жалға алушы жарнама алаңын пайдалана бастаған сәттегі оның жай-күйін тіркейді және жылжымайтын мүлікті қабылдау-беру актісі болып табылмайды.</w:t>
            </w:r>
          </w:p>
        </w:tc>
        <w:tc>
          <w:tcPr>
            <w:tcW w:w="4905"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5. Настоящий Акт фиксирует состояние рекламной площади на момент начала ее использования Арендатором и не является актом приема-передачи недвижимого имущества.</w:t>
            </w:r>
          </w:p>
        </w:tc>
      </w:tr>
      <w:tr w:rsidR="00AF3254" w:rsidRPr="00D263F5"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lastRenderedPageBreak/>
              <w:t>6. Акт бірдей заңдық күші бар екі данада, әр Тарапқа бір данадан жасалды.</w:t>
            </w:r>
          </w:p>
        </w:tc>
        <w:tc>
          <w:tcPr>
            <w:tcW w:w="4905"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6. Акт составлен в двух экземплярах, имеющих одинаковую юридическую силу, по одному для каждой из Сторон.</w:t>
            </w:r>
          </w:p>
        </w:tc>
      </w:tr>
      <w:tr w:rsidR="00DF231C" w:rsidRPr="00D263F5" w:rsidTr="007D6BFB">
        <w:trPr>
          <w:cantSplit/>
        </w:trPr>
        <w:tc>
          <w:tcPr>
            <w:tcW w:w="5159" w:type="dxa"/>
            <w:tcMar>
              <w:top w:w="65" w:type="dxa"/>
              <w:left w:w="65" w:type="dxa"/>
              <w:bottom w:w="65" w:type="dxa"/>
              <w:right w:w="65" w:type="dxa"/>
            </w:tcMar>
          </w:tcPr>
          <w:p w:rsidR="00DF231C" w:rsidRPr="00DF231C" w:rsidRDefault="00DF231C" w:rsidP="00D72F4B">
            <w:pPr>
              <w:jc w:val="center"/>
              <w:rPr>
                <w:b/>
                <w:sz w:val="23"/>
                <w:szCs w:val="23"/>
              </w:rPr>
            </w:pPr>
            <w:r w:rsidRPr="00DF231C">
              <w:rPr>
                <w:b/>
                <w:sz w:val="23"/>
                <w:szCs w:val="23"/>
              </w:rPr>
              <w:t>ЖАЛҒА БЕРУШІ</w:t>
            </w:r>
          </w:p>
          <w:p w:rsidR="00DF231C" w:rsidRDefault="00DF231C" w:rsidP="00D72F4B">
            <w:pPr>
              <w:rPr>
                <w:sz w:val="23"/>
                <w:szCs w:val="23"/>
              </w:rPr>
            </w:pPr>
            <w:r w:rsidRPr="002336E2">
              <w:rPr>
                <w:sz w:val="23"/>
                <w:szCs w:val="23"/>
              </w:rPr>
              <w:t>«C</w:t>
            </w:r>
            <w:r>
              <w:rPr>
                <w:sz w:val="23"/>
                <w:szCs w:val="23"/>
              </w:rPr>
              <w:t>ity Transportation Systems» ЖШС</w:t>
            </w:r>
          </w:p>
          <w:p w:rsidR="00DF231C" w:rsidRDefault="00DF231C" w:rsidP="00D72F4B">
            <w:pPr>
              <w:rPr>
                <w:sz w:val="23"/>
                <w:szCs w:val="23"/>
                <w:lang w:val="ru-RU"/>
              </w:rPr>
            </w:pPr>
            <w:r>
              <w:rPr>
                <w:sz w:val="23"/>
                <w:szCs w:val="23"/>
                <w:lang w:val="ru-RU"/>
              </w:rPr>
              <w:t>БСН: 110540005586</w:t>
            </w:r>
          </w:p>
          <w:p w:rsidR="00DF231C" w:rsidRDefault="00DF231C" w:rsidP="00D72F4B">
            <w:pPr>
              <w:rPr>
                <w:sz w:val="23"/>
                <w:szCs w:val="23"/>
                <w:lang w:val="ru-RU"/>
              </w:rPr>
            </w:pPr>
            <w:r w:rsidRPr="002336E2">
              <w:rPr>
                <w:sz w:val="23"/>
                <w:szCs w:val="23"/>
                <w:lang w:val="ru-RU"/>
              </w:rPr>
              <w:t>Мекенжайы: Астана қ., Алматы к</w:t>
            </w:r>
            <w:r w:rsidRPr="002336E2">
              <w:rPr>
                <w:sz w:val="23"/>
                <w:szCs w:val="23"/>
                <w:lang w:val="kk-KZ"/>
              </w:rPr>
              <w:t>-</w:t>
            </w:r>
            <w:r w:rsidRPr="002336E2">
              <w:rPr>
                <w:sz w:val="23"/>
                <w:szCs w:val="23"/>
                <w:lang w:val="ru-RU"/>
              </w:rPr>
              <w:t>сі 13, 44</w:t>
            </w:r>
            <w:r w:rsidRPr="002336E2">
              <w:rPr>
                <w:sz w:val="23"/>
                <w:szCs w:val="23"/>
                <w:lang w:val="kk-KZ"/>
              </w:rPr>
              <w:t xml:space="preserve"> т.е.ү-ж.</w:t>
            </w:r>
            <w:r w:rsidRPr="002336E2">
              <w:rPr>
                <w:sz w:val="23"/>
                <w:szCs w:val="23"/>
                <w:lang w:val="ru-RU"/>
              </w:rPr>
              <w:t xml:space="preserve"> </w:t>
            </w:r>
          </w:p>
          <w:p w:rsidR="00DF231C" w:rsidRDefault="00DF231C" w:rsidP="00D72F4B">
            <w:pPr>
              <w:rPr>
                <w:sz w:val="23"/>
                <w:szCs w:val="23"/>
                <w:lang w:val="kk-KZ"/>
              </w:rPr>
            </w:pPr>
          </w:p>
          <w:p w:rsidR="00E8099B" w:rsidRPr="002336E2" w:rsidRDefault="00E8099B" w:rsidP="00D72F4B">
            <w:pPr>
              <w:rPr>
                <w:sz w:val="23"/>
                <w:szCs w:val="23"/>
                <w:lang w:val="kk-KZ"/>
              </w:rPr>
            </w:pPr>
          </w:p>
          <w:p w:rsidR="00DF231C" w:rsidRPr="002336E2" w:rsidRDefault="00191BFC" w:rsidP="00D72F4B">
            <w:pPr>
              <w:rPr>
                <w:szCs w:val="23"/>
                <w:lang w:val="kk-KZ"/>
              </w:rPr>
            </w:pPr>
            <w:r>
              <w:rPr>
                <w:sz w:val="23"/>
                <w:szCs w:val="23"/>
                <w:lang w:val="kk-KZ"/>
              </w:rPr>
              <w:t>________________</w:t>
            </w:r>
            <w:r w:rsidR="00E8099B" w:rsidRPr="002336E2">
              <w:rPr>
                <w:sz w:val="23"/>
                <w:szCs w:val="23"/>
                <w:lang w:val="kk-KZ"/>
              </w:rPr>
              <w:t xml:space="preserve"> </w:t>
            </w:r>
            <w:r w:rsidR="00DF231C" w:rsidRPr="002336E2">
              <w:rPr>
                <w:sz w:val="23"/>
                <w:szCs w:val="23"/>
                <w:lang w:val="kk-KZ"/>
              </w:rPr>
              <w:br/>
            </w:r>
            <w:r w:rsidR="00DF231C" w:rsidRPr="00AF3254">
              <w:rPr>
                <w:szCs w:val="23"/>
                <w:lang w:val="kk-KZ"/>
              </w:rPr>
              <w:t xml:space="preserve">                </w:t>
            </w:r>
            <w:r w:rsidR="00DF231C" w:rsidRPr="00080C2E">
              <w:rPr>
                <w:szCs w:val="23"/>
                <w:lang w:val="kk-KZ"/>
              </w:rPr>
              <w:t>М.О.</w:t>
            </w:r>
          </w:p>
          <w:p w:rsidR="00DF231C" w:rsidRPr="002336E2" w:rsidRDefault="00DF231C" w:rsidP="00D72F4B">
            <w:pPr>
              <w:rPr>
                <w:sz w:val="23"/>
                <w:szCs w:val="23"/>
                <w:lang w:val="kk-KZ"/>
              </w:rPr>
            </w:pPr>
          </w:p>
          <w:p w:rsidR="00DF231C" w:rsidRPr="00DF231C" w:rsidRDefault="00DF231C" w:rsidP="00D72F4B">
            <w:pPr>
              <w:jc w:val="center"/>
              <w:rPr>
                <w:b/>
                <w:sz w:val="23"/>
                <w:szCs w:val="23"/>
                <w:lang w:val="kk-KZ"/>
              </w:rPr>
            </w:pPr>
            <w:r w:rsidRPr="00DF231C">
              <w:rPr>
                <w:b/>
                <w:sz w:val="23"/>
                <w:szCs w:val="23"/>
                <w:lang w:val="kk-KZ"/>
              </w:rPr>
              <w:t>ЖАЛҒА АЛУШЫ</w:t>
            </w:r>
          </w:p>
          <w:p w:rsidR="00DF231C" w:rsidRDefault="00DF231C" w:rsidP="00D72F4B">
            <w:pPr>
              <w:rPr>
                <w:sz w:val="23"/>
                <w:szCs w:val="23"/>
                <w:lang w:val="kk-KZ"/>
              </w:rPr>
            </w:pPr>
            <w:r w:rsidRPr="002336E2">
              <w:rPr>
                <w:sz w:val="23"/>
                <w:szCs w:val="23"/>
                <w:lang w:val="kk-KZ"/>
              </w:rPr>
              <w:t>ЖШС «</w:t>
            </w:r>
            <w:r w:rsidR="000B72E5">
              <w:rPr>
                <w:sz w:val="23"/>
                <w:szCs w:val="23"/>
                <w:lang w:val="kk-KZ"/>
              </w:rPr>
              <w:t>_____</w:t>
            </w:r>
            <w:r w:rsidRPr="002336E2">
              <w:rPr>
                <w:sz w:val="23"/>
                <w:szCs w:val="23"/>
                <w:lang w:val="kk-KZ"/>
              </w:rPr>
              <w:t>»</w:t>
            </w:r>
          </w:p>
          <w:p w:rsidR="00DF231C" w:rsidRDefault="000B72E5" w:rsidP="00D72F4B">
            <w:pPr>
              <w:rPr>
                <w:sz w:val="23"/>
                <w:szCs w:val="23"/>
                <w:lang w:val="kk-KZ"/>
              </w:rPr>
            </w:pPr>
            <w:r>
              <w:rPr>
                <w:sz w:val="23"/>
                <w:szCs w:val="23"/>
                <w:lang w:val="kk-KZ"/>
              </w:rPr>
              <w:t>БСН:</w:t>
            </w:r>
          </w:p>
          <w:p w:rsidR="00DF231C" w:rsidRDefault="000B72E5" w:rsidP="00D72F4B">
            <w:pPr>
              <w:rPr>
                <w:sz w:val="23"/>
                <w:szCs w:val="23"/>
                <w:lang w:val="kk-KZ"/>
              </w:rPr>
            </w:pPr>
            <w:r>
              <w:rPr>
                <w:sz w:val="23"/>
                <w:szCs w:val="23"/>
                <w:lang w:val="kk-KZ"/>
              </w:rPr>
              <w:t>Мекенжайы:</w:t>
            </w:r>
          </w:p>
          <w:p w:rsidR="00DF231C" w:rsidRPr="002336E2" w:rsidRDefault="00DF231C" w:rsidP="00D72F4B">
            <w:pPr>
              <w:rPr>
                <w:sz w:val="23"/>
                <w:szCs w:val="23"/>
                <w:lang w:val="kk-KZ"/>
              </w:rPr>
            </w:pPr>
            <w:r w:rsidRPr="002336E2">
              <w:rPr>
                <w:sz w:val="23"/>
                <w:szCs w:val="23"/>
                <w:lang w:val="kk-KZ"/>
              </w:rPr>
              <w:t>Директор</w:t>
            </w:r>
          </w:p>
          <w:p w:rsidR="00DF231C" w:rsidRPr="002336E2" w:rsidRDefault="00DF231C" w:rsidP="00D72F4B">
            <w:pPr>
              <w:rPr>
                <w:sz w:val="23"/>
                <w:szCs w:val="23"/>
                <w:lang w:val="kk-KZ"/>
              </w:rPr>
            </w:pPr>
          </w:p>
          <w:p w:rsidR="00DF231C" w:rsidRPr="002336E2" w:rsidRDefault="000B72E5" w:rsidP="00E8099B">
            <w:pPr>
              <w:rPr>
                <w:sz w:val="23"/>
                <w:szCs w:val="23"/>
                <w:lang w:val="kk-KZ"/>
              </w:rPr>
            </w:pPr>
            <w:r>
              <w:rPr>
                <w:sz w:val="23"/>
                <w:szCs w:val="23"/>
                <w:lang w:val="ru-RU"/>
              </w:rPr>
              <w:t>________________</w:t>
            </w:r>
            <w:r w:rsidR="00E8099B" w:rsidRPr="002336E2">
              <w:rPr>
                <w:sz w:val="23"/>
                <w:szCs w:val="23"/>
                <w:lang w:val="kk-KZ"/>
              </w:rPr>
              <w:t xml:space="preserve"> </w:t>
            </w:r>
            <w:r w:rsidR="00DF231C" w:rsidRPr="002336E2">
              <w:rPr>
                <w:sz w:val="23"/>
                <w:szCs w:val="23"/>
                <w:lang w:val="kk-KZ"/>
              </w:rPr>
              <w:br/>
            </w:r>
            <w:r w:rsidR="00DF231C" w:rsidRPr="002336E2">
              <w:rPr>
                <w:szCs w:val="23"/>
                <w:lang w:val="kk-KZ"/>
              </w:rPr>
              <w:t xml:space="preserve">                 М.О.</w:t>
            </w:r>
          </w:p>
        </w:tc>
        <w:tc>
          <w:tcPr>
            <w:tcW w:w="4905" w:type="dxa"/>
            <w:tcMar>
              <w:top w:w="65" w:type="dxa"/>
              <w:left w:w="65" w:type="dxa"/>
              <w:bottom w:w="65" w:type="dxa"/>
              <w:right w:w="65" w:type="dxa"/>
            </w:tcMar>
          </w:tcPr>
          <w:p w:rsidR="00DF231C" w:rsidRPr="00DF231C" w:rsidRDefault="00DF231C" w:rsidP="00D72F4B">
            <w:pPr>
              <w:jc w:val="center"/>
              <w:rPr>
                <w:b/>
                <w:sz w:val="23"/>
                <w:szCs w:val="23"/>
              </w:rPr>
            </w:pPr>
            <w:r w:rsidRPr="00DF231C">
              <w:rPr>
                <w:b/>
                <w:sz w:val="23"/>
                <w:szCs w:val="23"/>
              </w:rPr>
              <w:t>АРЕНДОДАТЕЛЬ</w:t>
            </w:r>
          </w:p>
          <w:p w:rsidR="00DF231C" w:rsidRDefault="00DF231C" w:rsidP="00D72F4B">
            <w:pPr>
              <w:rPr>
                <w:sz w:val="23"/>
                <w:szCs w:val="23"/>
              </w:rPr>
            </w:pPr>
            <w:r w:rsidRPr="002336E2">
              <w:rPr>
                <w:sz w:val="23"/>
                <w:szCs w:val="23"/>
              </w:rPr>
              <w:t>ТО</w:t>
            </w:r>
            <w:r>
              <w:rPr>
                <w:sz w:val="23"/>
                <w:szCs w:val="23"/>
              </w:rPr>
              <w:t>О «City Transportation Systems»</w:t>
            </w:r>
          </w:p>
          <w:p w:rsidR="00DF231C" w:rsidRPr="002336E2" w:rsidRDefault="00DF231C" w:rsidP="00D72F4B">
            <w:pPr>
              <w:rPr>
                <w:sz w:val="23"/>
                <w:szCs w:val="23"/>
                <w:lang w:val="ru-RU"/>
              </w:rPr>
            </w:pPr>
            <w:r w:rsidRPr="002336E2">
              <w:rPr>
                <w:sz w:val="23"/>
                <w:szCs w:val="23"/>
                <w:lang w:val="ru-RU"/>
              </w:rPr>
              <w:t>БИН: 110540005586</w:t>
            </w:r>
          </w:p>
          <w:p w:rsidR="00DF231C" w:rsidRPr="002336E2" w:rsidRDefault="00DF231C" w:rsidP="00D72F4B">
            <w:pPr>
              <w:rPr>
                <w:sz w:val="23"/>
                <w:szCs w:val="23"/>
                <w:lang w:val="ru-RU"/>
              </w:rPr>
            </w:pPr>
            <w:r w:rsidRPr="002336E2">
              <w:rPr>
                <w:sz w:val="23"/>
                <w:szCs w:val="23"/>
                <w:lang w:val="ru-RU"/>
              </w:rPr>
              <w:t>Адрес: г. Астана, ул. Алматы 13, н.п. 44</w:t>
            </w:r>
          </w:p>
          <w:p w:rsidR="00DF231C" w:rsidRDefault="00DF231C" w:rsidP="00D72F4B">
            <w:pPr>
              <w:rPr>
                <w:sz w:val="23"/>
                <w:szCs w:val="23"/>
                <w:lang w:val="ru-RU"/>
              </w:rPr>
            </w:pPr>
          </w:p>
          <w:p w:rsidR="00E8099B" w:rsidRPr="002336E2" w:rsidRDefault="00E8099B" w:rsidP="00D72F4B">
            <w:pPr>
              <w:rPr>
                <w:sz w:val="23"/>
                <w:szCs w:val="23"/>
                <w:lang w:val="ru-RU"/>
              </w:rPr>
            </w:pPr>
          </w:p>
          <w:p w:rsidR="00DF231C" w:rsidRPr="002336E2" w:rsidRDefault="00191BFC" w:rsidP="00D72F4B">
            <w:pPr>
              <w:rPr>
                <w:sz w:val="23"/>
                <w:szCs w:val="23"/>
                <w:lang w:val="ru-RU"/>
              </w:rPr>
            </w:pPr>
            <w:r>
              <w:rPr>
                <w:sz w:val="23"/>
                <w:szCs w:val="23"/>
                <w:lang w:val="ru-RU"/>
              </w:rPr>
              <w:t>_____________</w:t>
            </w:r>
            <w:r w:rsidR="00DF231C" w:rsidRPr="002336E2">
              <w:rPr>
                <w:sz w:val="23"/>
                <w:szCs w:val="23"/>
                <w:lang w:val="ru-RU"/>
              </w:rPr>
              <w:t xml:space="preserve"> </w:t>
            </w:r>
          </w:p>
          <w:p w:rsidR="00DF231C" w:rsidRPr="002336E2" w:rsidRDefault="00DF231C" w:rsidP="00D72F4B">
            <w:pPr>
              <w:rPr>
                <w:szCs w:val="23"/>
                <w:lang w:val="ru-RU"/>
              </w:rPr>
            </w:pPr>
            <w:r w:rsidRPr="002336E2">
              <w:rPr>
                <w:szCs w:val="23"/>
                <w:lang w:val="ru-RU"/>
              </w:rPr>
              <w:t xml:space="preserve">               М.П.</w:t>
            </w:r>
          </w:p>
          <w:p w:rsidR="00DF231C" w:rsidRPr="002336E2" w:rsidRDefault="00DF231C" w:rsidP="00D72F4B">
            <w:pPr>
              <w:rPr>
                <w:sz w:val="23"/>
                <w:szCs w:val="23"/>
                <w:lang w:val="ru-RU"/>
              </w:rPr>
            </w:pPr>
          </w:p>
          <w:p w:rsidR="00DF231C" w:rsidRPr="00DF231C" w:rsidRDefault="00DF231C" w:rsidP="00D72F4B">
            <w:pPr>
              <w:jc w:val="center"/>
              <w:rPr>
                <w:b/>
                <w:sz w:val="23"/>
                <w:szCs w:val="23"/>
                <w:lang w:val="ru-RU"/>
              </w:rPr>
            </w:pPr>
            <w:r w:rsidRPr="00DF231C">
              <w:rPr>
                <w:b/>
                <w:sz w:val="23"/>
                <w:szCs w:val="23"/>
                <w:lang w:val="ru-RU"/>
              </w:rPr>
              <w:t>АРЕНДАТОР</w:t>
            </w:r>
          </w:p>
          <w:p w:rsidR="00DF231C" w:rsidRDefault="00DF231C" w:rsidP="00D72F4B">
            <w:pPr>
              <w:rPr>
                <w:sz w:val="23"/>
                <w:szCs w:val="23"/>
                <w:lang w:val="ru-RU"/>
              </w:rPr>
            </w:pPr>
            <w:r w:rsidRPr="002336E2">
              <w:rPr>
                <w:sz w:val="23"/>
                <w:szCs w:val="23"/>
                <w:lang w:val="ru-RU"/>
              </w:rPr>
              <w:t>ТОО «</w:t>
            </w:r>
            <w:r w:rsidR="000B72E5">
              <w:rPr>
                <w:sz w:val="23"/>
                <w:szCs w:val="23"/>
                <w:lang w:val="ru-RU"/>
              </w:rPr>
              <w:t>____</w:t>
            </w:r>
            <w:r w:rsidRPr="002336E2">
              <w:rPr>
                <w:sz w:val="23"/>
                <w:szCs w:val="23"/>
                <w:lang w:val="ru-RU"/>
              </w:rPr>
              <w:t>»</w:t>
            </w:r>
          </w:p>
          <w:p w:rsidR="00DF231C" w:rsidRDefault="000B72E5" w:rsidP="00D72F4B">
            <w:pPr>
              <w:rPr>
                <w:sz w:val="23"/>
                <w:szCs w:val="23"/>
                <w:lang w:val="ru-RU"/>
              </w:rPr>
            </w:pPr>
            <w:r>
              <w:rPr>
                <w:sz w:val="23"/>
                <w:szCs w:val="23"/>
                <w:lang w:val="ru-RU"/>
              </w:rPr>
              <w:t>БИН:</w:t>
            </w:r>
          </w:p>
          <w:p w:rsidR="00DF231C" w:rsidRDefault="000B72E5" w:rsidP="00D72F4B">
            <w:pPr>
              <w:rPr>
                <w:sz w:val="23"/>
                <w:szCs w:val="23"/>
                <w:lang w:val="ru-RU"/>
              </w:rPr>
            </w:pPr>
            <w:r>
              <w:rPr>
                <w:sz w:val="23"/>
                <w:szCs w:val="23"/>
                <w:lang w:val="ru-RU"/>
              </w:rPr>
              <w:t>Адрес:</w:t>
            </w:r>
          </w:p>
          <w:p w:rsidR="00DF231C" w:rsidRPr="002336E2" w:rsidRDefault="00DF231C" w:rsidP="00D72F4B">
            <w:pPr>
              <w:rPr>
                <w:sz w:val="23"/>
                <w:szCs w:val="23"/>
                <w:lang w:val="ru-RU"/>
              </w:rPr>
            </w:pPr>
            <w:r w:rsidRPr="002336E2">
              <w:rPr>
                <w:sz w:val="23"/>
                <w:szCs w:val="23"/>
                <w:lang w:val="ru-RU"/>
              </w:rPr>
              <w:t>Директор</w:t>
            </w:r>
          </w:p>
          <w:p w:rsidR="00DF231C" w:rsidRPr="002336E2" w:rsidRDefault="00DF231C" w:rsidP="00D72F4B">
            <w:pPr>
              <w:rPr>
                <w:sz w:val="23"/>
                <w:szCs w:val="23"/>
                <w:lang w:val="ru-RU"/>
              </w:rPr>
            </w:pPr>
          </w:p>
          <w:p w:rsidR="00DF231C" w:rsidRPr="002336E2" w:rsidRDefault="000B72E5" w:rsidP="00E8099B">
            <w:pPr>
              <w:rPr>
                <w:sz w:val="23"/>
                <w:szCs w:val="23"/>
                <w:lang w:val="ru-RU"/>
              </w:rPr>
            </w:pPr>
            <w:r>
              <w:rPr>
                <w:sz w:val="23"/>
                <w:szCs w:val="23"/>
                <w:lang w:val="ru-RU"/>
              </w:rPr>
              <w:t>_____________</w:t>
            </w:r>
            <w:r w:rsidR="00E8099B" w:rsidRPr="002336E2">
              <w:rPr>
                <w:sz w:val="23"/>
                <w:szCs w:val="23"/>
                <w:lang w:val="ru-RU"/>
              </w:rPr>
              <w:t xml:space="preserve"> </w:t>
            </w:r>
            <w:r w:rsidR="00DF231C" w:rsidRPr="002336E2">
              <w:rPr>
                <w:sz w:val="23"/>
                <w:szCs w:val="23"/>
                <w:lang w:val="ru-RU"/>
              </w:rPr>
              <w:br/>
            </w:r>
            <w:r w:rsidR="00DF231C" w:rsidRPr="002336E2">
              <w:rPr>
                <w:szCs w:val="23"/>
                <w:lang w:val="ru-RU"/>
              </w:rPr>
              <w:t xml:space="preserve">                М.П.</w:t>
            </w:r>
          </w:p>
        </w:tc>
      </w:tr>
    </w:tbl>
    <w:p w:rsidR="00AF3254" w:rsidRDefault="00AF3254"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E96D53" w:rsidRDefault="00E96D53" w:rsidP="00D72F4B">
      <w:pPr>
        <w:spacing w:line="240" w:lineRule="auto"/>
        <w:rPr>
          <w:sz w:val="22"/>
          <w:lang w:val="ru-RU"/>
        </w:rPr>
      </w:pPr>
    </w:p>
    <w:p w:rsidR="00E96D53" w:rsidRDefault="00E96D53" w:rsidP="00D72F4B">
      <w:pPr>
        <w:spacing w:line="240" w:lineRule="auto"/>
        <w:rPr>
          <w:sz w:val="22"/>
          <w:lang w:val="ru-RU"/>
        </w:rPr>
      </w:pPr>
    </w:p>
    <w:p w:rsidR="00E96D53" w:rsidRDefault="00E96D53" w:rsidP="00D72F4B">
      <w:pPr>
        <w:spacing w:line="240" w:lineRule="auto"/>
        <w:rPr>
          <w:sz w:val="22"/>
          <w:lang w:val="ru-RU"/>
        </w:rPr>
      </w:pPr>
    </w:p>
    <w:p w:rsidR="00E96D53" w:rsidRDefault="00E96D53" w:rsidP="00D72F4B">
      <w:pPr>
        <w:spacing w:line="240" w:lineRule="auto"/>
        <w:rPr>
          <w:sz w:val="22"/>
          <w:lang w:val="ru-RU"/>
        </w:rPr>
      </w:pPr>
    </w:p>
    <w:p w:rsidR="00E96D53" w:rsidRDefault="00E96D53" w:rsidP="00D72F4B">
      <w:pPr>
        <w:spacing w:line="240" w:lineRule="auto"/>
        <w:rPr>
          <w:sz w:val="22"/>
          <w:lang w:val="ru-RU"/>
        </w:rPr>
      </w:pPr>
    </w:p>
    <w:p w:rsidR="00E96D53" w:rsidRDefault="00E96D53"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p w:rsidR="00DF231C" w:rsidRDefault="00DF231C" w:rsidP="00D72F4B">
      <w:pPr>
        <w:spacing w:line="240" w:lineRule="auto"/>
        <w:rPr>
          <w:sz w:val="22"/>
          <w:lang w:val="ru-RU"/>
        </w:rPr>
      </w:pPr>
    </w:p>
    <w:tbl>
      <w:tblPr>
        <w:tblStyle w:val="aff0"/>
        <w:tblW w:w="10064" w:type="dxa"/>
        <w:tblInd w:w="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59"/>
        <w:gridCol w:w="4905"/>
      </w:tblGrid>
      <w:tr w:rsidR="00AF3254" w:rsidRPr="00AF630E" w:rsidTr="007D6BFB">
        <w:trPr>
          <w:cantSplit/>
        </w:trPr>
        <w:tc>
          <w:tcPr>
            <w:tcW w:w="5159" w:type="dxa"/>
            <w:tcMar>
              <w:top w:w="65" w:type="dxa"/>
              <w:left w:w="65" w:type="dxa"/>
              <w:bottom w:w="65" w:type="dxa"/>
              <w:right w:w="65" w:type="dxa"/>
            </w:tcMar>
          </w:tcPr>
          <w:p w:rsidR="00AF3254" w:rsidRPr="00DF231C" w:rsidRDefault="00AF3254" w:rsidP="00D72F4B">
            <w:pPr>
              <w:jc w:val="right"/>
              <w:rPr>
                <w:i/>
                <w:sz w:val="23"/>
                <w:szCs w:val="23"/>
              </w:rPr>
            </w:pPr>
            <w:r w:rsidRPr="00DF231C">
              <w:rPr>
                <w:i/>
                <w:sz w:val="23"/>
                <w:szCs w:val="23"/>
              </w:rPr>
              <w:lastRenderedPageBreak/>
              <w:t>№ 3 қосымша</w:t>
            </w:r>
          </w:p>
        </w:tc>
        <w:tc>
          <w:tcPr>
            <w:tcW w:w="4905" w:type="dxa"/>
            <w:tcMar>
              <w:top w:w="65" w:type="dxa"/>
              <w:left w:w="65" w:type="dxa"/>
              <w:bottom w:w="65" w:type="dxa"/>
              <w:right w:w="65" w:type="dxa"/>
            </w:tcMar>
          </w:tcPr>
          <w:p w:rsidR="00AF3254" w:rsidRPr="00DF231C" w:rsidRDefault="00AF3254" w:rsidP="00D72F4B">
            <w:pPr>
              <w:jc w:val="right"/>
              <w:rPr>
                <w:i/>
                <w:sz w:val="23"/>
                <w:szCs w:val="23"/>
              </w:rPr>
            </w:pPr>
            <w:r w:rsidRPr="00DF231C">
              <w:rPr>
                <w:i/>
                <w:sz w:val="23"/>
                <w:szCs w:val="23"/>
              </w:rPr>
              <w:t>Приложение № 3</w:t>
            </w:r>
          </w:p>
        </w:tc>
      </w:tr>
      <w:tr w:rsidR="00AF3254" w:rsidRPr="00D263F5" w:rsidTr="007D6BFB">
        <w:trPr>
          <w:cantSplit/>
        </w:trPr>
        <w:tc>
          <w:tcPr>
            <w:tcW w:w="5159" w:type="dxa"/>
            <w:tcMar>
              <w:top w:w="65" w:type="dxa"/>
              <w:left w:w="65" w:type="dxa"/>
              <w:bottom w:w="65" w:type="dxa"/>
              <w:right w:w="65" w:type="dxa"/>
            </w:tcMar>
          </w:tcPr>
          <w:p w:rsidR="00AF3254" w:rsidRPr="00DF231C" w:rsidRDefault="00AF3254" w:rsidP="00D72F4B">
            <w:pPr>
              <w:jc w:val="center"/>
              <w:rPr>
                <w:b/>
                <w:sz w:val="23"/>
                <w:szCs w:val="23"/>
              </w:rPr>
            </w:pPr>
            <w:r w:rsidRPr="00DF231C">
              <w:rPr>
                <w:b/>
                <w:sz w:val="23"/>
                <w:szCs w:val="23"/>
                <w:lang w:val="ru-RU"/>
              </w:rPr>
              <w:t>Жарнама</w:t>
            </w:r>
            <w:r w:rsidRPr="00DF231C">
              <w:rPr>
                <w:b/>
                <w:sz w:val="23"/>
                <w:szCs w:val="23"/>
              </w:rPr>
              <w:t xml:space="preserve"> </w:t>
            </w:r>
            <w:r w:rsidRPr="00DF231C">
              <w:rPr>
                <w:b/>
                <w:sz w:val="23"/>
                <w:szCs w:val="23"/>
                <w:lang w:val="ru-RU"/>
              </w:rPr>
              <w:t>алаңын</w:t>
            </w:r>
            <w:r w:rsidRPr="00DF231C">
              <w:rPr>
                <w:b/>
                <w:sz w:val="23"/>
                <w:szCs w:val="23"/>
              </w:rPr>
              <w:t xml:space="preserve"> </w:t>
            </w:r>
            <w:r w:rsidRPr="00DF231C">
              <w:rPr>
                <w:b/>
                <w:sz w:val="23"/>
                <w:szCs w:val="23"/>
                <w:lang w:val="ru-RU"/>
              </w:rPr>
              <w:t>қабылдау</w:t>
            </w:r>
            <w:r w:rsidRPr="00DF231C">
              <w:rPr>
                <w:b/>
                <w:sz w:val="23"/>
                <w:szCs w:val="23"/>
              </w:rPr>
              <w:t xml:space="preserve"> </w:t>
            </w:r>
            <w:r w:rsidRPr="00DF231C">
              <w:rPr>
                <w:b/>
                <w:sz w:val="23"/>
                <w:szCs w:val="23"/>
                <w:lang w:val="ru-RU"/>
              </w:rPr>
              <w:t>кезіндегі</w:t>
            </w:r>
            <w:r w:rsidRPr="00DF231C">
              <w:rPr>
                <w:b/>
                <w:sz w:val="23"/>
                <w:szCs w:val="23"/>
              </w:rPr>
              <w:t xml:space="preserve"> </w:t>
            </w:r>
            <w:r w:rsidRPr="00DF231C">
              <w:rPr>
                <w:b/>
                <w:sz w:val="23"/>
                <w:szCs w:val="23"/>
                <w:lang w:val="ru-RU"/>
              </w:rPr>
              <w:t>қарап</w:t>
            </w:r>
            <w:r w:rsidRPr="00DF231C">
              <w:rPr>
                <w:b/>
                <w:sz w:val="23"/>
                <w:szCs w:val="23"/>
              </w:rPr>
              <w:t>-</w:t>
            </w:r>
            <w:r w:rsidRPr="00DF231C">
              <w:rPr>
                <w:b/>
                <w:sz w:val="23"/>
                <w:szCs w:val="23"/>
                <w:lang w:val="ru-RU"/>
              </w:rPr>
              <w:t>тексеру</w:t>
            </w:r>
            <w:r w:rsidRPr="00DF231C">
              <w:rPr>
                <w:b/>
                <w:sz w:val="23"/>
                <w:szCs w:val="23"/>
              </w:rPr>
              <w:t xml:space="preserve"> </w:t>
            </w:r>
            <w:r w:rsidRPr="00DF231C">
              <w:rPr>
                <w:b/>
                <w:sz w:val="23"/>
                <w:szCs w:val="23"/>
                <w:lang w:val="ru-RU"/>
              </w:rPr>
              <w:t>актісі</w:t>
            </w:r>
          </w:p>
        </w:tc>
        <w:tc>
          <w:tcPr>
            <w:tcW w:w="4905" w:type="dxa"/>
            <w:tcMar>
              <w:top w:w="65" w:type="dxa"/>
              <w:left w:w="65" w:type="dxa"/>
              <w:bottom w:w="65" w:type="dxa"/>
              <w:right w:w="65" w:type="dxa"/>
            </w:tcMar>
          </w:tcPr>
          <w:p w:rsidR="00AF3254" w:rsidRPr="00DF231C" w:rsidRDefault="00AF3254" w:rsidP="00D72F4B">
            <w:pPr>
              <w:jc w:val="center"/>
              <w:rPr>
                <w:b/>
                <w:sz w:val="23"/>
                <w:szCs w:val="23"/>
                <w:lang w:val="ru-RU"/>
              </w:rPr>
            </w:pPr>
            <w:r w:rsidRPr="00DF231C">
              <w:rPr>
                <w:b/>
                <w:sz w:val="23"/>
                <w:szCs w:val="23"/>
                <w:lang w:val="ru-RU"/>
              </w:rPr>
              <w:t>Акт осмотра рекламной площади при приеме</w:t>
            </w:r>
          </w:p>
        </w:tc>
      </w:tr>
      <w:tr w:rsidR="00AF3254" w:rsidRPr="00AF630E" w:rsidTr="007D6BFB">
        <w:trPr>
          <w:cantSplit/>
        </w:trPr>
        <w:tc>
          <w:tcPr>
            <w:tcW w:w="5159" w:type="dxa"/>
            <w:tcMar>
              <w:top w:w="65" w:type="dxa"/>
              <w:left w:w="65" w:type="dxa"/>
              <w:bottom w:w="65" w:type="dxa"/>
              <w:right w:w="65" w:type="dxa"/>
            </w:tcMar>
          </w:tcPr>
          <w:p w:rsidR="00AF3254" w:rsidRPr="00AF630E" w:rsidRDefault="00DF231C" w:rsidP="00D72F4B">
            <w:pPr>
              <w:jc w:val="center"/>
              <w:rPr>
                <w:sz w:val="23"/>
                <w:szCs w:val="23"/>
              </w:rPr>
            </w:pPr>
            <w:r>
              <w:rPr>
                <w:sz w:val="23"/>
                <w:szCs w:val="23"/>
              </w:rPr>
              <w:t xml:space="preserve">Астана қ. </w:t>
            </w:r>
            <w:r>
              <w:rPr>
                <w:sz w:val="23"/>
                <w:szCs w:val="23"/>
              </w:rPr>
              <w:tab/>
              <w:t xml:space="preserve">         </w:t>
            </w:r>
            <w:r w:rsidR="00AF3254" w:rsidRPr="00AF630E">
              <w:rPr>
                <w:sz w:val="23"/>
                <w:szCs w:val="23"/>
              </w:rPr>
              <w:t>2026 жылғы «___» __________</w:t>
            </w:r>
          </w:p>
        </w:tc>
        <w:tc>
          <w:tcPr>
            <w:tcW w:w="4905" w:type="dxa"/>
            <w:tcMar>
              <w:top w:w="65" w:type="dxa"/>
              <w:left w:w="65" w:type="dxa"/>
              <w:bottom w:w="65" w:type="dxa"/>
              <w:right w:w="65" w:type="dxa"/>
            </w:tcMar>
          </w:tcPr>
          <w:p w:rsidR="00AF3254" w:rsidRPr="00AF630E" w:rsidRDefault="00DF231C" w:rsidP="00D72F4B">
            <w:pPr>
              <w:jc w:val="center"/>
              <w:rPr>
                <w:sz w:val="23"/>
                <w:szCs w:val="23"/>
              </w:rPr>
            </w:pPr>
            <w:r>
              <w:rPr>
                <w:sz w:val="23"/>
                <w:szCs w:val="23"/>
              </w:rPr>
              <w:t xml:space="preserve">г. Астана </w:t>
            </w:r>
            <w:r>
              <w:rPr>
                <w:sz w:val="23"/>
                <w:szCs w:val="23"/>
              </w:rPr>
              <w:tab/>
            </w:r>
            <w:r>
              <w:rPr>
                <w:sz w:val="23"/>
                <w:szCs w:val="23"/>
                <w:lang w:val="kk-KZ"/>
              </w:rPr>
              <w:t xml:space="preserve">         </w:t>
            </w:r>
            <w:r w:rsidR="00AF3254" w:rsidRPr="00AF630E">
              <w:rPr>
                <w:sz w:val="23"/>
                <w:szCs w:val="23"/>
              </w:rPr>
              <w:t>«___» __________ 2026 года</w:t>
            </w:r>
          </w:p>
        </w:tc>
      </w:tr>
      <w:tr w:rsidR="00AF3254" w:rsidRPr="00D263F5" w:rsidTr="007D6BFB">
        <w:trPr>
          <w:cantSplit/>
        </w:trPr>
        <w:tc>
          <w:tcPr>
            <w:tcW w:w="5159" w:type="dxa"/>
            <w:tcMar>
              <w:top w:w="65" w:type="dxa"/>
              <w:left w:w="65" w:type="dxa"/>
              <w:bottom w:w="65" w:type="dxa"/>
              <w:right w:w="65" w:type="dxa"/>
            </w:tcMar>
          </w:tcPr>
          <w:p w:rsidR="00AF3254" w:rsidRPr="00C92E91" w:rsidRDefault="00AF3254" w:rsidP="00191BFC">
            <w:pPr>
              <w:ind w:firstLine="506"/>
              <w:jc w:val="both"/>
              <w:rPr>
                <w:sz w:val="23"/>
                <w:szCs w:val="23"/>
              </w:rPr>
            </w:pPr>
            <w:r w:rsidRPr="00AF630E">
              <w:rPr>
                <w:sz w:val="23"/>
                <w:szCs w:val="23"/>
                <w:lang w:val="ru-RU"/>
              </w:rPr>
              <w:t>Бұдан</w:t>
            </w:r>
            <w:r w:rsidRPr="00C92E91">
              <w:rPr>
                <w:sz w:val="23"/>
                <w:szCs w:val="23"/>
              </w:rPr>
              <w:t xml:space="preserve"> </w:t>
            </w:r>
            <w:r w:rsidRPr="00AF630E">
              <w:rPr>
                <w:sz w:val="23"/>
                <w:szCs w:val="23"/>
                <w:lang w:val="ru-RU"/>
              </w:rPr>
              <w:t>әрі</w:t>
            </w:r>
            <w:r w:rsidRPr="00C92E91">
              <w:rPr>
                <w:sz w:val="23"/>
                <w:szCs w:val="23"/>
              </w:rPr>
              <w:t xml:space="preserve"> «</w:t>
            </w:r>
            <w:r w:rsidRPr="00AF630E">
              <w:rPr>
                <w:sz w:val="23"/>
                <w:szCs w:val="23"/>
                <w:lang w:val="ru-RU"/>
              </w:rPr>
              <w:t>Жалға</w:t>
            </w:r>
            <w:r w:rsidRPr="00C92E91">
              <w:rPr>
                <w:sz w:val="23"/>
                <w:szCs w:val="23"/>
              </w:rPr>
              <w:t xml:space="preserve"> </w:t>
            </w:r>
            <w:r w:rsidRPr="00AF630E">
              <w:rPr>
                <w:sz w:val="23"/>
                <w:szCs w:val="23"/>
                <w:lang w:val="ru-RU"/>
              </w:rPr>
              <w:t>беруші</w:t>
            </w:r>
            <w:r w:rsidRPr="00C92E91">
              <w:rPr>
                <w:sz w:val="23"/>
                <w:szCs w:val="23"/>
              </w:rPr>
              <w:t xml:space="preserve">» </w:t>
            </w:r>
            <w:r w:rsidRPr="00AF630E">
              <w:rPr>
                <w:sz w:val="23"/>
                <w:szCs w:val="23"/>
                <w:lang w:val="ru-RU"/>
              </w:rPr>
              <w:t>деп</w:t>
            </w:r>
            <w:r w:rsidRPr="00C92E91">
              <w:rPr>
                <w:sz w:val="23"/>
                <w:szCs w:val="23"/>
              </w:rPr>
              <w:t xml:space="preserve"> </w:t>
            </w:r>
            <w:r w:rsidRPr="00AF630E">
              <w:rPr>
                <w:sz w:val="23"/>
                <w:szCs w:val="23"/>
                <w:lang w:val="ru-RU"/>
              </w:rPr>
              <w:t>аталатын</w:t>
            </w:r>
            <w:r w:rsidRPr="00C92E91">
              <w:rPr>
                <w:sz w:val="23"/>
                <w:szCs w:val="23"/>
              </w:rPr>
              <w:t xml:space="preserve"> «</w:t>
            </w:r>
            <w:r w:rsidRPr="00AF630E">
              <w:rPr>
                <w:sz w:val="23"/>
                <w:szCs w:val="23"/>
              </w:rPr>
              <w:t>City</w:t>
            </w:r>
            <w:r w:rsidRPr="00C92E91">
              <w:rPr>
                <w:sz w:val="23"/>
                <w:szCs w:val="23"/>
              </w:rPr>
              <w:t xml:space="preserve"> </w:t>
            </w:r>
            <w:r w:rsidRPr="00AF630E">
              <w:rPr>
                <w:sz w:val="23"/>
                <w:szCs w:val="23"/>
              </w:rPr>
              <w:t>Transportation</w:t>
            </w:r>
            <w:r w:rsidRPr="00C92E91">
              <w:rPr>
                <w:sz w:val="23"/>
                <w:szCs w:val="23"/>
              </w:rPr>
              <w:t xml:space="preserve"> </w:t>
            </w:r>
            <w:r w:rsidRPr="00AF630E">
              <w:rPr>
                <w:sz w:val="23"/>
                <w:szCs w:val="23"/>
              </w:rPr>
              <w:t>Systems</w:t>
            </w:r>
            <w:r w:rsidRPr="00C92E91">
              <w:rPr>
                <w:sz w:val="23"/>
                <w:szCs w:val="23"/>
              </w:rPr>
              <w:t xml:space="preserve">» </w:t>
            </w:r>
            <w:r w:rsidRPr="00AF630E">
              <w:rPr>
                <w:sz w:val="23"/>
                <w:szCs w:val="23"/>
                <w:lang w:val="ru-RU"/>
              </w:rPr>
              <w:t>ЖШС</w:t>
            </w:r>
            <w:r w:rsidRPr="00C92E91">
              <w:rPr>
                <w:sz w:val="23"/>
                <w:szCs w:val="23"/>
              </w:rPr>
              <w:t xml:space="preserve"> </w:t>
            </w:r>
            <w:r w:rsidRPr="00AF630E">
              <w:rPr>
                <w:sz w:val="23"/>
                <w:szCs w:val="23"/>
                <w:lang w:val="ru-RU"/>
              </w:rPr>
              <w:t>және</w:t>
            </w:r>
            <w:r w:rsidRPr="00C92E91">
              <w:rPr>
                <w:sz w:val="23"/>
                <w:szCs w:val="23"/>
              </w:rPr>
              <w:t xml:space="preserve"> </w:t>
            </w:r>
            <w:r w:rsidRPr="00AF630E">
              <w:rPr>
                <w:sz w:val="23"/>
                <w:szCs w:val="23"/>
                <w:lang w:val="ru-RU"/>
              </w:rPr>
              <w:t>бұдан</w:t>
            </w:r>
            <w:r w:rsidRPr="00C92E91">
              <w:rPr>
                <w:sz w:val="23"/>
                <w:szCs w:val="23"/>
              </w:rPr>
              <w:t xml:space="preserve"> </w:t>
            </w:r>
            <w:r w:rsidRPr="00AF630E">
              <w:rPr>
                <w:sz w:val="23"/>
                <w:szCs w:val="23"/>
                <w:lang w:val="ru-RU"/>
              </w:rPr>
              <w:t>әрі</w:t>
            </w:r>
            <w:r w:rsidRPr="00C92E91">
              <w:rPr>
                <w:sz w:val="23"/>
                <w:szCs w:val="23"/>
              </w:rPr>
              <w:t xml:space="preserve"> «</w:t>
            </w:r>
            <w:r w:rsidRPr="00AF630E">
              <w:rPr>
                <w:sz w:val="23"/>
                <w:szCs w:val="23"/>
                <w:lang w:val="ru-RU"/>
              </w:rPr>
              <w:t>Жалға</w:t>
            </w:r>
            <w:r w:rsidRPr="00C92E91">
              <w:rPr>
                <w:sz w:val="23"/>
                <w:szCs w:val="23"/>
              </w:rPr>
              <w:t xml:space="preserve"> </w:t>
            </w:r>
            <w:r w:rsidRPr="00AF630E">
              <w:rPr>
                <w:sz w:val="23"/>
                <w:szCs w:val="23"/>
                <w:lang w:val="ru-RU"/>
              </w:rPr>
              <w:t>алушы</w:t>
            </w:r>
            <w:r w:rsidRPr="00C92E91">
              <w:rPr>
                <w:sz w:val="23"/>
                <w:szCs w:val="23"/>
              </w:rPr>
              <w:t xml:space="preserve">» </w:t>
            </w:r>
            <w:r w:rsidRPr="00AF630E">
              <w:rPr>
                <w:sz w:val="23"/>
                <w:szCs w:val="23"/>
                <w:lang w:val="ru-RU"/>
              </w:rPr>
              <w:t>деп</w:t>
            </w:r>
            <w:r w:rsidRPr="00C92E91">
              <w:rPr>
                <w:sz w:val="23"/>
                <w:szCs w:val="23"/>
              </w:rPr>
              <w:t xml:space="preserve"> </w:t>
            </w:r>
            <w:r w:rsidRPr="00AF630E">
              <w:rPr>
                <w:sz w:val="23"/>
                <w:szCs w:val="23"/>
                <w:lang w:val="ru-RU"/>
              </w:rPr>
              <w:t>аталатын</w:t>
            </w:r>
            <w:r w:rsidRPr="00C92E91">
              <w:rPr>
                <w:sz w:val="23"/>
                <w:szCs w:val="23"/>
              </w:rPr>
              <w:t xml:space="preserve"> </w:t>
            </w:r>
            <w:r w:rsidR="00DF231C">
              <w:rPr>
                <w:sz w:val="23"/>
                <w:szCs w:val="23"/>
                <w:lang w:val="kk-KZ"/>
              </w:rPr>
              <w:t>«</w:t>
            </w:r>
            <w:r w:rsidR="00191BFC">
              <w:rPr>
                <w:sz w:val="23"/>
                <w:szCs w:val="23"/>
                <w:lang w:val="kk-KZ"/>
              </w:rPr>
              <w:t>______</w:t>
            </w:r>
            <w:r w:rsidR="00DF231C">
              <w:rPr>
                <w:sz w:val="23"/>
                <w:szCs w:val="23"/>
                <w:lang w:val="kk-KZ"/>
              </w:rPr>
              <w:t>» ЖШС</w:t>
            </w:r>
            <w:r w:rsidRPr="00C92E91">
              <w:rPr>
                <w:sz w:val="23"/>
                <w:szCs w:val="23"/>
              </w:rPr>
              <w:t xml:space="preserve"> 2026 </w:t>
            </w:r>
            <w:r w:rsidRPr="00AF630E">
              <w:rPr>
                <w:sz w:val="23"/>
                <w:szCs w:val="23"/>
                <w:lang w:val="ru-RU"/>
              </w:rPr>
              <w:t>жылғы</w:t>
            </w:r>
            <w:r w:rsidRPr="00C92E91">
              <w:rPr>
                <w:sz w:val="23"/>
                <w:szCs w:val="23"/>
              </w:rPr>
              <w:t xml:space="preserve"> «_» __________ № ___ </w:t>
            </w:r>
            <w:r w:rsidRPr="00AF630E">
              <w:rPr>
                <w:sz w:val="23"/>
                <w:szCs w:val="23"/>
                <w:lang w:val="ru-RU"/>
              </w:rPr>
              <w:t>шарт</w:t>
            </w:r>
            <w:r w:rsidRPr="00C92E91">
              <w:rPr>
                <w:sz w:val="23"/>
                <w:szCs w:val="23"/>
              </w:rPr>
              <w:t xml:space="preserve"> </w:t>
            </w:r>
            <w:r w:rsidRPr="00AF630E">
              <w:rPr>
                <w:sz w:val="23"/>
                <w:szCs w:val="23"/>
                <w:lang w:val="ru-RU"/>
              </w:rPr>
              <w:t>бойынша</w:t>
            </w:r>
            <w:r w:rsidRPr="00C92E91">
              <w:rPr>
                <w:sz w:val="23"/>
                <w:szCs w:val="23"/>
              </w:rPr>
              <w:t xml:space="preserve"> </w:t>
            </w:r>
            <w:r w:rsidRPr="00AF630E">
              <w:rPr>
                <w:sz w:val="23"/>
                <w:szCs w:val="23"/>
                <w:lang w:val="ru-RU"/>
              </w:rPr>
              <w:t>жарнама</w:t>
            </w:r>
            <w:r w:rsidRPr="00C92E91">
              <w:rPr>
                <w:sz w:val="23"/>
                <w:szCs w:val="23"/>
              </w:rPr>
              <w:t xml:space="preserve"> </w:t>
            </w:r>
            <w:r w:rsidRPr="00AF630E">
              <w:rPr>
                <w:sz w:val="23"/>
                <w:szCs w:val="23"/>
                <w:lang w:val="ru-RU"/>
              </w:rPr>
              <w:t>алаңын</w:t>
            </w:r>
            <w:r w:rsidRPr="00C92E91">
              <w:rPr>
                <w:sz w:val="23"/>
                <w:szCs w:val="23"/>
              </w:rPr>
              <w:t xml:space="preserve"> </w:t>
            </w:r>
            <w:r w:rsidRPr="00AF630E">
              <w:rPr>
                <w:sz w:val="23"/>
                <w:szCs w:val="23"/>
                <w:lang w:val="ru-RU"/>
              </w:rPr>
              <w:t>пайдалану</w:t>
            </w:r>
            <w:r w:rsidRPr="00C92E91">
              <w:rPr>
                <w:sz w:val="23"/>
                <w:szCs w:val="23"/>
              </w:rPr>
              <w:t xml:space="preserve"> </w:t>
            </w:r>
            <w:r w:rsidRPr="00AF630E">
              <w:rPr>
                <w:sz w:val="23"/>
                <w:szCs w:val="23"/>
                <w:lang w:val="ru-RU"/>
              </w:rPr>
              <w:t>тоқтатылғаннан</w:t>
            </w:r>
            <w:r w:rsidRPr="00C92E91">
              <w:rPr>
                <w:sz w:val="23"/>
                <w:szCs w:val="23"/>
              </w:rPr>
              <w:t xml:space="preserve"> </w:t>
            </w:r>
            <w:r w:rsidRPr="00AF630E">
              <w:rPr>
                <w:sz w:val="23"/>
                <w:szCs w:val="23"/>
                <w:lang w:val="ru-RU"/>
              </w:rPr>
              <w:t>кейін</w:t>
            </w:r>
            <w:r w:rsidRPr="00C92E91">
              <w:rPr>
                <w:sz w:val="23"/>
                <w:szCs w:val="23"/>
              </w:rPr>
              <w:t xml:space="preserve"> </w:t>
            </w:r>
            <w:r w:rsidRPr="00AF630E">
              <w:rPr>
                <w:sz w:val="23"/>
                <w:szCs w:val="23"/>
                <w:lang w:val="ru-RU"/>
              </w:rPr>
              <w:t>оны</w:t>
            </w:r>
            <w:r w:rsidRPr="00C92E91">
              <w:rPr>
                <w:sz w:val="23"/>
                <w:szCs w:val="23"/>
              </w:rPr>
              <w:t xml:space="preserve"> </w:t>
            </w:r>
            <w:r w:rsidRPr="00AF630E">
              <w:rPr>
                <w:sz w:val="23"/>
                <w:szCs w:val="23"/>
                <w:lang w:val="ru-RU"/>
              </w:rPr>
              <w:t>бірлесіп</w:t>
            </w:r>
            <w:r w:rsidRPr="00C92E91">
              <w:rPr>
                <w:sz w:val="23"/>
                <w:szCs w:val="23"/>
              </w:rPr>
              <w:t xml:space="preserve"> </w:t>
            </w:r>
            <w:r w:rsidRPr="00AF630E">
              <w:rPr>
                <w:sz w:val="23"/>
                <w:szCs w:val="23"/>
                <w:lang w:val="ru-RU"/>
              </w:rPr>
              <w:t>қарап</w:t>
            </w:r>
            <w:r w:rsidRPr="00C92E91">
              <w:rPr>
                <w:sz w:val="23"/>
                <w:szCs w:val="23"/>
              </w:rPr>
              <w:t>-</w:t>
            </w:r>
            <w:r w:rsidRPr="00AF630E">
              <w:rPr>
                <w:sz w:val="23"/>
                <w:szCs w:val="23"/>
                <w:lang w:val="ru-RU"/>
              </w:rPr>
              <w:t>тексерді</w:t>
            </w:r>
            <w:r w:rsidRPr="00C92E91">
              <w:rPr>
                <w:sz w:val="23"/>
                <w:szCs w:val="23"/>
              </w:rPr>
              <w:t>.</w:t>
            </w:r>
          </w:p>
        </w:tc>
        <w:tc>
          <w:tcPr>
            <w:tcW w:w="4905" w:type="dxa"/>
            <w:tcMar>
              <w:top w:w="65" w:type="dxa"/>
              <w:left w:w="65" w:type="dxa"/>
              <w:bottom w:w="65" w:type="dxa"/>
              <w:right w:w="65" w:type="dxa"/>
            </w:tcMar>
          </w:tcPr>
          <w:p w:rsidR="00AF3254" w:rsidRPr="00AF630E" w:rsidRDefault="00AF3254" w:rsidP="00191BFC">
            <w:pPr>
              <w:ind w:firstLine="506"/>
              <w:jc w:val="both"/>
              <w:rPr>
                <w:sz w:val="23"/>
                <w:szCs w:val="23"/>
                <w:lang w:val="ru-RU"/>
              </w:rPr>
            </w:pPr>
            <w:r w:rsidRPr="00AF630E">
              <w:rPr>
                <w:sz w:val="23"/>
                <w:szCs w:val="23"/>
                <w:lang w:val="ru-RU"/>
              </w:rPr>
              <w:t>ТОО «</w:t>
            </w:r>
            <w:r w:rsidRPr="00AF630E">
              <w:rPr>
                <w:sz w:val="23"/>
                <w:szCs w:val="23"/>
              </w:rPr>
              <w:t>City</w:t>
            </w:r>
            <w:r w:rsidRPr="00AF630E">
              <w:rPr>
                <w:sz w:val="23"/>
                <w:szCs w:val="23"/>
                <w:lang w:val="ru-RU"/>
              </w:rPr>
              <w:t xml:space="preserve"> </w:t>
            </w:r>
            <w:r w:rsidRPr="00AF630E">
              <w:rPr>
                <w:sz w:val="23"/>
                <w:szCs w:val="23"/>
              </w:rPr>
              <w:t>Transportation</w:t>
            </w:r>
            <w:r w:rsidRPr="00AF630E">
              <w:rPr>
                <w:sz w:val="23"/>
                <w:szCs w:val="23"/>
                <w:lang w:val="ru-RU"/>
              </w:rPr>
              <w:t xml:space="preserve"> </w:t>
            </w:r>
            <w:r w:rsidRPr="00AF630E">
              <w:rPr>
                <w:sz w:val="23"/>
                <w:szCs w:val="23"/>
              </w:rPr>
              <w:t>Systems</w:t>
            </w:r>
            <w:r w:rsidRPr="00AF630E">
              <w:rPr>
                <w:sz w:val="23"/>
                <w:szCs w:val="23"/>
                <w:lang w:val="ru-RU"/>
              </w:rPr>
              <w:t xml:space="preserve">», именуемое в дальнейшем «Арендодатель», и </w:t>
            </w:r>
            <w:r w:rsidR="00DF231C">
              <w:rPr>
                <w:sz w:val="23"/>
                <w:szCs w:val="23"/>
                <w:lang w:val="ru-RU"/>
              </w:rPr>
              <w:t>ТОО «</w:t>
            </w:r>
            <w:r w:rsidR="00191BFC">
              <w:rPr>
                <w:sz w:val="23"/>
                <w:szCs w:val="23"/>
                <w:lang w:val="ru-RU"/>
              </w:rPr>
              <w:t>______</w:t>
            </w:r>
            <w:r w:rsidR="00DF231C">
              <w:rPr>
                <w:sz w:val="23"/>
                <w:szCs w:val="23"/>
                <w:lang w:val="ru-RU"/>
              </w:rPr>
              <w:t>»</w:t>
            </w:r>
            <w:r w:rsidRPr="00AF630E">
              <w:rPr>
                <w:sz w:val="23"/>
                <w:szCs w:val="23"/>
                <w:lang w:val="ru-RU"/>
              </w:rPr>
              <w:t>, именуемое в дальнейшем «Арендатор», после прекращения использования рекламной площади по Договору № ___ от «_» __________ 2026 года провели ее совместный осмотр.</w:t>
            </w:r>
          </w:p>
        </w:tc>
      </w:tr>
      <w:tr w:rsidR="00E96D53" w:rsidRPr="00AB1DB9" w:rsidTr="007D6BFB">
        <w:trPr>
          <w:cantSplit/>
        </w:trPr>
        <w:tc>
          <w:tcPr>
            <w:tcW w:w="5159" w:type="dxa"/>
            <w:tcMar>
              <w:top w:w="65" w:type="dxa"/>
              <w:left w:w="65" w:type="dxa"/>
              <w:bottom w:w="65" w:type="dxa"/>
              <w:right w:w="65" w:type="dxa"/>
            </w:tcMar>
          </w:tcPr>
          <w:p w:rsidR="00E96D53" w:rsidRPr="00D464D3" w:rsidRDefault="00E96D53" w:rsidP="00E8099B">
            <w:pPr>
              <w:rPr>
                <w:sz w:val="23"/>
                <w:szCs w:val="23"/>
                <w:lang w:val="ru-RU"/>
              </w:rPr>
            </w:pPr>
            <w:r w:rsidRPr="00AF630E">
              <w:rPr>
                <w:sz w:val="23"/>
                <w:szCs w:val="23"/>
              </w:rPr>
              <w:t>1. Жарнама алаңы:</w:t>
            </w:r>
            <w:r>
              <w:rPr>
                <w:sz w:val="23"/>
                <w:szCs w:val="23"/>
                <w:lang w:val="ru-RU"/>
              </w:rPr>
              <w:t xml:space="preserve"> </w:t>
            </w:r>
          </w:p>
        </w:tc>
        <w:tc>
          <w:tcPr>
            <w:tcW w:w="4905" w:type="dxa"/>
            <w:tcMar>
              <w:top w:w="65" w:type="dxa"/>
              <w:left w:w="65" w:type="dxa"/>
              <w:bottom w:w="65" w:type="dxa"/>
              <w:right w:w="65" w:type="dxa"/>
            </w:tcMar>
          </w:tcPr>
          <w:p w:rsidR="00E96D53" w:rsidRPr="00D464D3" w:rsidRDefault="00E96D53" w:rsidP="00191BFC">
            <w:pPr>
              <w:rPr>
                <w:sz w:val="23"/>
                <w:szCs w:val="23"/>
                <w:lang w:val="ru-RU"/>
              </w:rPr>
            </w:pPr>
            <w:r w:rsidRPr="00D464D3">
              <w:rPr>
                <w:sz w:val="23"/>
                <w:szCs w:val="23"/>
                <w:lang w:val="ru-RU"/>
              </w:rPr>
              <w:t>1. Рекламная площадь:</w:t>
            </w:r>
          </w:p>
        </w:tc>
      </w:tr>
      <w:tr w:rsidR="00E96D53" w:rsidRPr="00AF630E" w:rsidTr="007D6BFB">
        <w:trPr>
          <w:cantSplit/>
        </w:trPr>
        <w:tc>
          <w:tcPr>
            <w:tcW w:w="5159" w:type="dxa"/>
            <w:tcMar>
              <w:top w:w="65" w:type="dxa"/>
              <w:left w:w="65" w:type="dxa"/>
              <w:bottom w:w="65" w:type="dxa"/>
              <w:right w:w="65" w:type="dxa"/>
            </w:tcMar>
          </w:tcPr>
          <w:p w:rsidR="00E96D53" w:rsidRPr="00AF630E" w:rsidRDefault="00191BFC" w:rsidP="00E96D53">
            <w:pPr>
              <w:rPr>
                <w:sz w:val="23"/>
                <w:szCs w:val="23"/>
              </w:rPr>
            </w:pPr>
            <w:r>
              <w:rPr>
                <w:sz w:val="23"/>
                <w:szCs w:val="23"/>
              </w:rPr>
              <w:t>Лот нөмірі:</w:t>
            </w:r>
          </w:p>
        </w:tc>
        <w:tc>
          <w:tcPr>
            <w:tcW w:w="4905" w:type="dxa"/>
            <w:tcMar>
              <w:top w:w="65" w:type="dxa"/>
              <w:left w:w="65" w:type="dxa"/>
              <w:bottom w:w="65" w:type="dxa"/>
              <w:right w:w="65" w:type="dxa"/>
            </w:tcMar>
          </w:tcPr>
          <w:p w:rsidR="00E96D53" w:rsidRPr="00AF630E" w:rsidRDefault="00191BFC" w:rsidP="00E96D53">
            <w:pPr>
              <w:rPr>
                <w:sz w:val="23"/>
                <w:szCs w:val="23"/>
              </w:rPr>
            </w:pPr>
            <w:r>
              <w:rPr>
                <w:sz w:val="23"/>
                <w:szCs w:val="23"/>
              </w:rPr>
              <w:t xml:space="preserve">Номер лота: </w:t>
            </w:r>
          </w:p>
        </w:tc>
      </w:tr>
      <w:tr w:rsidR="00E96D53" w:rsidRPr="00AF630E" w:rsidTr="007D6BFB">
        <w:trPr>
          <w:cantSplit/>
        </w:trPr>
        <w:tc>
          <w:tcPr>
            <w:tcW w:w="5159" w:type="dxa"/>
            <w:tcMar>
              <w:top w:w="65" w:type="dxa"/>
              <w:left w:w="65" w:type="dxa"/>
              <w:bottom w:w="65" w:type="dxa"/>
              <w:right w:w="65" w:type="dxa"/>
            </w:tcMar>
          </w:tcPr>
          <w:p w:rsidR="00E96D53" w:rsidRPr="00AF630E" w:rsidRDefault="00191BFC" w:rsidP="00191BFC">
            <w:pPr>
              <w:rPr>
                <w:sz w:val="23"/>
                <w:szCs w:val="23"/>
              </w:rPr>
            </w:pPr>
            <w:r>
              <w:rPr>
                <w:sz w:val="23"/>
                <w:szCs w:val="23"/>
              </w:rPr>
              <w:t>Нысан / станса / вагон:</w:t>
            </w:r>
          </w:p>
        </w:tc>
        <w:tc>
          <w:tcPr>
            <w:tcW w:w="4905" w:type="dxa"/>
            <w:tcMar>
              <w:top w:w="65" w:type="dxa"/>
              <w:left w:w="65" w:type="dxa"/>
              <w:bottom w:w="65" w:type="dxa"/>
              <w:right w:w="65" w:type="dxa"/>
            </w:tcMar>
          </w:tcPr>
          <w:p w:rsidR="00E96D53" w:rsidRPr="00D464D3" w:rsidRDefault="00191BFC" w:rsidP="00191BFC">
            <w:pPr>
              <w:rPr>
                <w:sz w:val="23"/>
                <w:szCs w:val="23"/>
                <w:lang w:val="ru-RU"/>
              </w:rPr>
            </w:pPr>
            <w:r>
              <w:rPr>
                <w:sz w:val="23"/>
                <w:szCs w:val="23"/>
              </w:rPr>
              <w:t>Объект / станция / вагон:</w:t>
            </w:r>
          </w:p>
        </w:tc>
      </w:tr>
      <w:tr w:rsidR="00E96D53" w:rsidRPr="00AF630E" w:rsidTr="007D6BFB">
        <w:trPr>
          <w:cantSplit/>
        </w:trPr>
        <w:tc>
          <w:tcPr>
            <w:tcW w:w="5159" w:type="dxa"/>
            <w:tcMar>
              <w:top w:w="65" w:type="dxa"/>
              <w:left w:w="65" w:type="dxa"/>
              <w:bottom w:w="65" w:type="dxa"/>
              <w:right w:w="65" w:type="dxa"/>
            </w:tcMar>
          </w:tcPr>
          <w:p w:rsidR="00E96D53" w:rsidRPr="00D464D3" w:rsidRDefault="00E96D53" w:rsidP="00E96D53">
            <w:pPr>
              <w:rPr>
                <w:sz w:val="23"/>
                <w:szCs w:val="23"/>
                <w:lang w:val="ru-RU"/>
              </w:rPr>
            </w:pPr>
            <w:r w:rsidRPr="00AF630E">
              <w:rPr>
                <w:sz w:val="23"/>
                <w:szCs w:val="23"/>
              </w:rPr>
              <w:t xml:space="preserve">Орналасқан жері: </w:t>
            </w:r>
            <w:r>
              <w:rPr>
                <w:sz w:val="23"/>
                <w:szCs w:val="23"/>
                <w:lang w:val="ru-RU"/>
              </w:rPr>
              <w:t>Астана</w:t>
            </w:r>
            <w:r>
              <w:rPr>
                <w:sz w:val="23"/>
                <w:szCs w:val="23"/>
              </w:rPr>
              <w:t xml:space="preserve"> </w:t>
            </w:r>
            <w:r>
              <w:rPr>
                <w:sz w:val="23"/>
                <w:szCs w:val="23"/>
                <w:lang w:val="kk-KZ"/>
              </w:rPr>
              <w:t>қ</w:t>
            </w:r>
            <w:r>
              <w:rPr>
                <w:sz w:val="23"/>
                <w:szCs w:val="23"/>
                <w:lang w:val="ru-RU"/>
              </w:rPr>
              <w:t>.</w:t>
            </w:r>
          </w:p>
        </w:tc>
        <w:tc>
          <w:tcPr>
            <w:tcW w:w="4905" w:type="dxa"/>
            <w:tcMar>
              <w:top w:w="65" w:type="dxa"/>
              <w:left w:w="65" w:type="dxa"/>
              <w:bottom w:w="65" w:type="dxa"/>
              <w:right w:w="65" w:type="dxa"/>
            </w:tcMar>
          </w:tcPr>
          <w:p w:rsidR="00E96D53" w:rsidRPr="00D464D3" w:rsidRDefault="00E96D53" w:rsidP="00E96D53">
            <w:pPr>
              <w:rPr>
                <w:sz w:val="23"/>
                <w:szCs w:val="23"/>
                <w:lang w:val="ru-RU"/>
              </w:rPr>
            </w:pPr>
            <w:r w:rsidRPr="00D464D3">
              <w:rPr>
                <w:sz w:val="23"/>
                <w:szCs w:val="23"/>
                <w:lang w:val="ru-RU"/>
              </w:rPr>
              <w:t xml:space="preserve">Месторасположение: </w:t>
            </w:r>
            <w:r>
              <w:rPr>
                <w:sz w:val="23"/>
                <w:szCs w:val="23"/>
                <w:lang w:val="ru-RU"/>
              </w:rPr>
              <w:t>г. Астана</w:t>
            </w:r>
          </w:p>
        </w:tc>
      </w:tr>
      <w:tr w:rsidR="00E96D53" w:rsidRPr="00AF630E" w:rsidTr="007D6BFB">
        <w:trPr>
          <w:cantSplit/>
        </w:trPr>
        <w:tc>
          <w:tcPr>
            <w:tcW w:w="5159" w:type="dxa"/>
            <w:tcMar>
              <w:top w:w="65" w:type="dxa"/>
              <w:left w:w="65" w:type="dxa"/>
              <w:bottom w:w="65" w:type="dxa"/>
              <w:right w:w="65" w:type="dxa"/>
            </w:tcMar>
          </w:tcPr>
          <w:p w:rsidR="00E96D53" w:rsidRPr="00D464D3" w:rsidRDefault="00E96D53" w:rsidP="00191BFC">
            <w:pPr>
              <w:rPr>
                <w:sz w:val="23"/>
                <w:szCs w:val="23"/>
                <w:lang w:val="ru-RU"/>
              </w:rPr>
            </w:pPr>
            <w:r w:rsidRPr="00D464D3">
              <w:rPr>
                <w:sz w:val="23"/>
                <w:szCs w:val="23"/>
                <w:lang w:val="ru-RU"/>
              </w:rPr>
              <w:t>Жарнама алаңының</w:t>
            </w:r>
            <w:r w:rsidR="00191BFC">
              <w:rPr>
                <w:sz w:val="23"/>
                <w:szCs w:val="23"/>
                <w:lang w:val="ru-RU"/>
              </w:rPr>
              <w:t xml:space="preserve"> түрі:</w:t>
            </w:r>
          </w:p>
        </w:tc>
        <w:tc>
          <w:tcPr>
            <w:tcW w:w="4905" w:type="dxa"/>
            <w:tcMar>
              <w:top w:w="65" w:type="dxa"/>
              <w:left w:w="65" w:type="dxa"/>
              <w:bottom w:w="65" w:type="dxa"/>
              <w:right w:w="65" w:type="dxa"/>
            </w:tcMar>
          </w:tcPr>
          <w:p w:rsidR="00E96D53" w:rsidRPr="00D464D3" w:rsidRDefault="00191BFC" w:rsidP="00191BFC">
            <w:pPr>
              <w:rPr>
                <w:sz w:val="23"/>
                <w:szCs w:val="23"/>
                <w:lang w:val="ru-RU"/>
              </w:rPr>
            </w:pPr>
            <w:r>
              <w:rPr>
                <w:sz w:val="23"/>
                <w:szCs w:val="23"/>
                <w:lang w:val="ru-RU"/>
              </w:rPr>
              <w:t>Вид рекламной площади:</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2. Жарнама материалдары:</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2. Рекламные материалы:</w:t>
            </w:r>
          </w:p>
        </w:tc>
      </w:tr>
      <w:tr w:rsidR="00AF3254" w:rsidRPr="00D263F5" w:rsidTr="007D6BFB">
        <w:trPr>
          <w:cantSplit/>
        </w:trPr>
        <w:tc>
          <w:tcPr>
            <w:tcW w:w="5159" w:type="dxa"/>
            <w:tcMar>
              <w:top w:w="65" w:type="dxa"/>
              <w:left w:w="65" w:type="dxa"/>
              <w:bottom w:w="65" w:type="dxa"/>
              <w:right w:w="65" w:type="dxa"/>
            </w:tcMar>
          </w:tcPr>
          <w:p w:rsidR="00AF3254" w:rsidRPr="00C92E91" w:rsidRDefault="00AF3254" w:rsidP="00D72F4B">
            <w:pPr>
              <w:rPr>
                <w:sz w:val="23"/>
                <w:szCs w:val="23"/>
              </w:rPr>
            </w:pPr>
            <w:r w:rsidRPr="00AF630E">
              <w:rPr>
                <w:sz w:val="23"/>
                <w:szCs w:val="23"/>
                <w:lang w:val="ru-RU"/>
              </w:rPr>
              <w:t>толық</w:t>
            </w:r>
            <w:r w:rsidRPr="00C92E91">
              <w:rPr>
                <w:sz w:val="23"/>
                <w:szCs w:val="23"/>
              </w:rPr>
              <w:t xml:space="preserve"> </w:t>
            </w:r>
            <w:r w:rsidRPr="00AF630E">
              <w:rPr>
                <w:sz w:val="23"/>
                <w:szCs w:val="23"/>
                <w:lang w:val="ru-RU"/>
              </w:rPr>
              <w:t>бөлшектелді</w:t>
            </w:r>
            <w:r w:rsidRPr="00C92E91">
              <w:rPr>
                <w:sz w:val="23"/>
                <w:szCs w:val="23"/>
              </w:rPr>
              <w:t xml:space="preserve"> / </w:t>
            </w:r>
            <w:r w:rsidRPr="00AF630E">
              <w:rPr>
                <w:sz w:val="23"/>
                <w:szCs w:val="23"/>
                <w:lang w:val="ru-RU"/>
              </w:rPr>
              <w:t>жарнама</w:t>
            </w:r>
            <w:r w:rsidRPr="00C92E91">
              <w:rPr>
                <w:sz w:val="23"/>
                <w:szCs w:val="23"/>
              </w:rPr>
              <w:t xml:space="preserve"> </w:t>
            </w:r>
            <w:r w:rsidRPr="00AF630E">
              <w:rPr>
                <w:sz w:val="23"/>
                <w:szCs w:val="23"/>
                <w:lang w:val="ru-RU"/>
              </w:rPr>
              <w:t>материалдарының</w:t>
            </w:r>
            <w:r w:rsidRPr="00C92E91">
              <w:rPr>
                <w:sz w:val="23"/>
                <w:szCs w:val="23"/>
              </w:rPr>
              <w:t xml:space="preserve"> </w:t>
            </w:r>
            <w:r w:rsidRPr="00AF630E">
              <w:rPr>
                <w:sz w:val="23"/>
                <w:szCs w:val="23"/>
                <w:lang w:val="ru-RU"/>
              </w:rPr>
              <w:t>қалдықтары</w:t>
            </w:r>
            <w:r w:rsidRPr="00C92E91">
              <w:rPr>
                <w:sz w:val="23"/>
                <w:szCs w:val="23"/>
              </w:rPr>
              <w:t xml:space="preserve"> </w:t>
            </w:r>
            <w:r w:rsidRPr="00AF630E">
              <w:rPr>
                <w:sz w:val="23"/>
                <w:szCs w:val="23"/>
                <w:lang w:val="ru-RU"/>
              </w:rPr>
              <w:t>бар</w:t>
            </w:r>
            <w:r w:rsidRPr="00C92E91">
              <w:rPr>
                <w:sz w:val="23"/>
                <w:szCs w:val="23"/>
              </w:rPr>
              <w:t>.</w:t>
            </w:r>
          </w:p>
        </w:tc>
        <w:tc>
          <w:tcPr>
            <w:tcW w:w="4905"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демонтированы полностью / имеются остатки рекламных материалов.</w:t>
            </w:r>
          </w:p>
        </w:tc>
      </w:tr>
      <w:tr w:rsidR="00AF3254" w:rsidRPr="00D263F5"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3. Бөлшектеуден кейінгі жарнама алаңының жай-күйі:</w:t>
            </w:r>
          </w:p>
        </w:tc>
        <w:tc>
          <w:tcPr>
            <w:tcW w:w="4905"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3. Состояние рекламной площади после демонтажа:</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AF3254" w:rsidRPr="00D263F5" w:rsidTr="007D6BFB">
        <w:trPr>
          <w:cantSplit/>
        </w:trPr>
        <w:tc>
          <w:tcPr>
            <w:tcW w:w="5159" w:type="dxa"/>
            <w:tcMar>
              <w:top w:w="65" w:type="dxa"/>
              <w:left w:w="65" w:type="dxa"/>
              <w:bottom w:w="65" w:type="dxa"/>
              <w:right w:w="65" w:type="dxa"/>
            </w:tcMar>
          </w:tcPr>
          <w:p w:rsidR="00AF3254" w:rsidRPr="00C92E91" w:rsidRDefault="00AF3254" w:rsidP="00D72F4B">
            <w:pPr>
              <w:rPr>
                <w:sz w:val="23"/>
                <w:szCs w:val="23"/>
              </w:rPr>
            </w:pPr>
            <w:r w:rsidRPr="00C92E91">
              <w:rPr>
                <w:sz w:val="23"/>
                <w:szCs w:val="23"/>
              </w:rPr>
              <w:t xml:space="preserve">4. </w:t>
            </w:r>
            <w:r w:rsidRPr="00AF630E">
              <w:rPr>
                <w:sz w:val="23"/>
                <w:szCs w:val="23"/>
                <w:lang w:val="ru-RU"/>
              </w:rPr>
              <w:t>Бастапқы</w:t>
            </w:r>
            <w:r w:rsidRPr="00C92E91">
              <w:rPr>
                <w:sz w:val="23"/>
                <w:szCs w:val="23"/>
              </w:rPr>
              <w:t xml:space="preserve"> </w:t>
            </w:r>
            <w:r w:rsidRPr="00AF630E">
              <w:rPr>
                <w:sz w:val="23"/>
                <w:szCs w:val="23"/>
                <w:lang w:val="ru-RU"/>
              </w:rPr>
              <w:t>қарап</w:t>
            </w:r>
            <w:r w:rsidRPr="00C92E91">
              <w:rPr>
                <w:sz w:val="23"/>
                <w:szCs w:val="23"/>
              </w:rPr>
              <w:t>-</w:t>
            </w:r>
            <w:r w:rsidRPr="00AF630E">
              <w:rPr>
                <w:sz w:val="23"/>
                <w:szCs w:val="23"/>
                <w:lang w:val="ru-RU"/>
              </w:rPr>
              <w:t>тексеру</w:t>
            </w:r>
            <w:r w:rsidRPr="00C92E91">
              <w:rPr>
                <w:sz w:val="23"/>
                <w:szCs w:val="23"/>
              </w:rPr>
              <w:t xml:space="preserve"> </w:t>
            </w:r>
            <w:r w:rsidRPr="00AF630E">
              <w:rPr>
                <w:sz w:val="23"/>
                <w:szCs w:val="23"/>
                <w:lang w:val="ru-RU"/>
              </w:rPr>
              <w:t>кезінде</w:t>
            </w:r>
            <w:r w:rsidRPr="00C92E91">
              <w:rPr>
                <w:sz w:val="23"/>
                <w:szCs w:val="23"/>
              </w:rPr>
              <w:t xml:space="preserve"> </w:t>
            </w:r>
            <w:r w:rsidRPr="00AF630E">
              <w:rPr>
                <w:sz w:val="23"/>
                <w:szCs w:val="23"/>
                <w:lang w:val="ru-RU"/>
              </w:rPr>
              <w:t>болмаған</w:t>
            </w:r>
            <w:r w:rsidRPr="00C92E91">
              <w:rPr>
                <w:sz w:val="23"/>
                <w:szCs w:val="23"/>
              </w:rPr>
              <w:t xml:space="preserve">, </w:t>
            </w:r>
            <w:r w:rsidRPr="00AF630E">
              <w:rPr>
                <w:sz w:val="23"/>
                <w:szCs w:val="23"/>
                <w:lang w:val="ru-RU"/>
              </w:rPr>
              <w:t>анықталған</w:t>
            </w:r>
            <w:r w:rsidRPr="00C92E91">
              <w:rPr>
                <w:sz w:val="23"/>
                <w:szCs w:val="23"/>
              </w:rPr>
              <w:t xml:space="preserve"> </w:t>
            </w:r>
            <w:r w:rsidRPr="00AF630E">
              <w:rPr>
                <w:sz w:val="23"/>
                <w:szCs w:val="23"/>
                <w:lang w:val="ru-RU"/>
              </w:rPr>
              <w:t>зақымдар</w:t>
            </w:r>
            <w:r w:rsidRPr="00C92E91">
              <w:rPr>
                <w:sz w:val="23"/>
                <w:szCs w:val="23"/>
              </w:rPr>
              <w:t>:</w:t>
            </w:r>
          </w:p>
        </w:tc>
        <w:tc>
          <w:tcPr>
            <w:tcW w:w="4905"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4. Выявленные повреждения, отсутствовавшие на момент первоначального осмотра:</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5. Қалпына келтіру жұмыстарының қажеттілігі:</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5. Необходимость восстановительных работ:</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бар / жоқ.</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имеется / отсутствует.</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Қажетті жұмыстардың тізбесі:</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Перечень необходимых работ:</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Жою мерзімі: ___________________________________________</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Срок устранения: ___________</w:t>
            </w:r>
            <w:r w:rsidR="00D72F4B">
              <w:rPr>
                <w:sz w:val="23"/>
                <w:szCs w:val="23"/>
              </w:rPr>
              <w:t>______________________________</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6. Фотоға түсіру: жүргізіледі / жүргізілмейді.</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6. Фотофиксация: производится / не производится.</w:t>
            </w:r>
          </w:p>
        </w:tc>
      </w:tr>
      <w:tr w:rsidR="00AF3254" w:rsidRPr="00AF630E"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Фотосуреттер саны: _______.</w:t>
            </w:r>
          </w:p>
        </w:tc>
        <w:tc>
          <w:tcPr>
            <w:tcW w:w="4905" w:type="dxa"/>
            <w:tcMar>
              <w:top w:w="65" w:type="dxa"/>
              <w:left w:w="65" w:type="dxa"/>
              <w:bottom w:w="65" w:type="dxa"/>
              <w:right w:w="65" w:type="dxa"/>
            </w:tcMar>
          </w:tcPr>
          <w:p w:rsidR="00AF3254" w:rsidRPr="00AF630E" w:rsidRDefault="00AF3254" w:rsidP="00D72F4B">
            <w:pPr>
              <w:rPr>
                <w:sz w:val="23"/>
                <w:szCs w:val="23"/>
              </w:rPr>
            </w:pPr>
            <w:r w:rsidRPr="00AF630E">
              <w:rPr>
                <w:sz w:val="23"/>
                <w:szCs w:val="23"/>
              </w:rPr>
              <w:t>Количество фотографий: _______.</w:t>
            </w:r>
          </w:p>
        </w:tc>
      </w:tr>
      <w:tr w:rsidR="00AF3254" w:rsidRPr="00D263F5" w:rsidTr="007D6BFB">
        <w:trPr>
          <w:cantSplit/>
        </w:trPr>
        <w:tc>
          <w:tcPr>
            <w:tcW w:w="5159" w:type="dxa"/>
            <w:tcMar>
              <w:top w:w="65" w:type="dxa"/>
              <w:left w:w="65" w:type="dxa"/>
              <w:bottom w:w="65" w:type="dxa"/>
              <w:right w:w="65" w:type="dxa"/>
            </w:tcMar>
          </w:tcPr>
          <w:p w:rsidR="00AF3254" w:rsidRPr="00C92E91" w:rsidRDefault="00AF3254" w:rsidP="00D72F4B">
            <w:pPr>
              <w:rPr>
                <w:sz w:val="23"/>
                <w:szCs w:val="23"/>
              </w:rPr>
            </w:pPr>
            <w:r w:rsidRPr="00C92E91">
              <w:rPr>
                <w:sz w:val="23"/>
                <w:szCs w:val="23"/>
              </w:rPr>
              <w:t xml:space="preserve">7. </w:t>
            </w:r>
            <w:r w:rsidRPr="00AF630E">
              <w:rPr>
                <w:sz w:val="23"/>
                <w:szCs w:val="23"/>
                <w:lang w:val="ru-RU"/>
              </w:rPr>
              <w:t>Ескертулер</w:t>
            </w:r>
            <w:r w:rsidRPr="00C92E91">
              <w:rPr>
                <w:sz w:val="23"/>
                <w:szCs w:val="23"/>
              </w:rPr>
              <w:t xml:space="preserve"> </w:t>
            </w:r>
            <w:r w:rsidRPr="00AF630E">
              <w:rPr>
                <w:sz w:val="23"/>
                <w:szCs w:val="23"/>
                <w:lang w:val="ru-RU"/>
              </w:rPr>
              <w:t>болмаған</w:t>
            </w:r>
            <w:r w:rsidRPr="00C92E91">
              <w:rPr>
                <w:sz w:val="23"/>
                <w:szCs w:val="23"/>
              </w:rPr>
              <w:t xml:space="preserve"> </w:t>
            </w:r>
            <w:r w:rsidRPr="00AF630E">
              <w:rPr>
                <w:sz w:val="23"/>
                <w:szCs w:val="23"/>
                <w:lang w:val="ru-RU"/>
              </w:rPr>
              <w:t>жағдайда</w:t>
            </w:r>
            <w:r w:rsidRPr="00C92E91">
              <w:rPr>
                <w:sz w:val="23"/>
                <w:szCs w:val="23"/>
              </w:rPr>
              <w:t xml:space="preserve"> </w:t>
            </w:r>
            <w:r w:rsidRPr="00AF630E">
              <w:rPr>
                <w:sz w:val="23"/>
                <w:szCs w:val="23"/>
                <w:lang w:val="ru-RU"/>
              </w:rPr>
              <w:t>Тараптар</w:t>
            </w:r>
            <w:r w:rsidRPr="00C92E91">
              <w:rPr>
                <w:sz w:val="23"/>
                <w:szCs w:val="23"/>
              </w:rPr>
              <w:t xml:space="preserve"> </w:t>
            </w:r>
            <w:r w:rsidRPr="00AF630E">
              <w:rPr>
                <w:sz w:val="23"/>
                <w:szCs w:val="23"/>
                <w:lang w:val="ru-RU"/>
              </w:rPr>
              <w:t>жарнама</w:t>
            </w:r>
            <w:r w:rsidRPr="00C92E91">
              <w:rPr>
                <w:sz w:val="23"/>
                <w:szCs w:val="23"/>
              </w:rPr>
              <w:t xml:space="preserve"> </w:t>
            </w:r>
            <w:r w:rsidRPr="00AF630E">
              <w:rPr>
                <w:sz w:val="23"/>
                <w:szCs w:val="23"/>
                <w:lang w:val="ru-RU"/>
              </w:rPr>
              <w:t>алаңының</w:t>
            </w:r>
            <w:r w:rsidRPr="00C92E91">
              <w:rPr>
                <w:sz w:val="23"/>
                <w:szCs w:val="23"/>
              </w:rPr>
              <w:t xml:space="preserve"> </w:t>
            </w:r>
            <w:r w:rsidRPr="00AF630E">
              <w:rPr>
                <w:sz w:val="23"/>
                <w:szCs w:val="23"/>
                <w:lang w:val="ru-RU"/>
              </w:rPr>
              <w:t>жай</w:t>
            </w:r>
            <w:r w:rsidRPr="00C92E91">
              <w:rPr>
                <w:sz w:val="23"/>
                <w:szCs w:val="23"/>
              </w:rPr>
              <w:t>-</w:t>
            </w:r>
            <w:r w:rsidRPr="00AF630E">
              <w:rPr>
                <w:sz w:val="23"/>
                <w:szCs w:val="23"/>
                <w:lang w:val="ru-RU"/>
              </w:rPr>
              <w:t>күйі</w:t>
            </w:r>
            <w:r w:rsidRPr="00C92E91">
              <w:rPr>
                <w:sz w:val="23"/>
                <w:szCs w:val="23"/>
              </w:rPr>
              <w:t xml:space="preserve"> </w:t>
            </w:r>
            <w:r w:rsidRPr="00AF630E">
              <w:rPr>
                <w:sz w:val="23"/>
                <w:szCs w:val="23"/>
                <w:lang w:val="ru-RU"/>
              </w:rPr>
              <w:t>қалыпты</w:t>
            </w:r>
            <w:r w:rsidRPr="00C92E91">
              <w:rPr>
                <w:sz w:val="23"/>
                <w:szCs w:val="23"/>
              </w:rPr>
              <w:t xml:space="preserve"> </w:t>
            </w:r>
            <w:r w:rsidRPr="00AF630E">
              <w:rPr>
                <w:sz w:val="23"/>
                <w:szCs w:val="23"/>
                <w:lang w:val="ru-RU"/>
              </w:rPr>
              <w:t>тозуды</w:t>
            </w:r>
            <w:r w:rsidRPr="00C92E91">
              <w:rPr>
                <w:sz w:val="23"/>
                <w:szCs w:val="23"/>
              </w:rPr>
              <w:t xml:space="preserve"> </w:t>
            </w:r>
            <w:r w:rsidRPr="00AF630E">
              <w:rPr>
                <w:sz w:val="23"/>
                <w:szCs w:val="23"/>
                <w:lang w:val="ru-RU"/>
              </w:rPr>
              <w:t>ескере</w:t>
            </w:r>
            <w:r w:rsidRPr="00C92E91">
              <w:rPr>
                <w:sz w:val="23"/>
                <w:szCs w:val="23"/>
              </w:rPr>
              <w:t xml:space="preserve"> </w:t>
            </w:r>
            <w:r w:rsidRPr="00AF630E">
              <w:rPr>
                <w:sz w:val="23"/>
                <w:szCs w:val="23"/>
                <w:lang w:val="ru-RU"/>
              </w:rPr>
              <w:t>отырып</w:t>
            </w:r>
            <w:r w:rsidRPr="00C92E91">
              <w:rPr>
                <w:sz w:val="23"/>
                <w:szCs w:val="23"/>
              </w:rPr>
              <w:t xml:space="preserve">, </w:t>
            </w:r>
            <w:r w:rsidRPr="00AF630E">
              <w:rPr>
                <w:sz w:val="23"/>
                <w:szCs w:val="23"/>
                <w:lang w:val="ru-RU"/>
              </w:rPr>
              <w:t>беру</w:t>
            </w:r>
            <w:r w:rsidRPr="00C92E91">
              <w:rPr>
                <w:sz w:val="23"/>
                <w:szCs w:val="23"/>
              </w:rPr>
              <w:t xml:space="preserve"> </w:t>
            </w:r>
            <w:r w:rsidRPr="00AF630E">
              <w:rPr>
                <w:sz w:val="23"/>
                <w:szCs w:val="23"/>
                <w:lang w:val="ru-RU"/>
              </w:rPr>
              <w:t>кезіндегі</w:t>
            </w:r>
            <w:r w:rsidRPr="00C92E91">
              <w:rPr>
                <w:sz w:val="23"/>
                <w:szCs w:val="23"/>
              </w:rPr>
              <w:t xml:space="preserve"> </w:t>
            </w:r>
            <w:r w:rsidRPr="00AF630E">
              <w:rPr>
                <w:sz w:val="23"/>
                <w:szCs w:val="23"/>
                <w:lang w:val="ru-RU"/>
              </w:rPr>
              <w:t>қарап</w:t>
            </w:r>
            <w:r w:rsidRPr="00C92E91">
              <w:rPr>
                <w:sz w:val="23"/>
                <w:szCs w:val="23"/>
              </w:rPr>
              <w:t>-</w:t>
            </w:r>
            <w:r w:rsidRPr="00AF630E">
              <w:rPr>
                <w:sz w:val="23"/>
                <w:szCs w:val="23"/>
                <w:lang w:val="ru-RU"/>
              </w:rPr>
              <w:t>тексеру</w:t>
            </w:r>
            <w:r w:rsidRPr="00C92E91">
              <w:rPr>
                <w:sz w:val="23"/>
                <w:szCs w:val="23"/>
              </w:rPr>
              <w:t xml:space="preserve"> </w:t>
            </w:r>
            <w:r w:rsidRPr="00AF630E">
              <w:rPr>
                <w:sz w:val="23"/>
                <w:szCs w:val="23"/>
                <w:lang w:val="ru-RU"/>
              </w:rPr>
              <w:t>актісінде</w:t>
            </w:r>
            <w:r w:rsidRPr="00C92E91">
              <w:rPr>
                <w:sz w:val="23"/>
                <w:szCs w:val="23"/>
              </w:rPr>
              <w:t xml:space="preserve"> </w:t>
            </w:r>
            <w:r w:rsidRPr="00AF630E">
              <w:rPr>
                <w:sz w:val="23"/>
                <w:szCs w:val="23"/>
                <w:lang w:val="ru-RU"/>
              </w:rPr>
              <w:t>тіркелген</w:t>
            </w:r>
            <w:r w:rsidRPr="00C92E91">
              <w:rPr>
                <w:sz w:val="23"/>
                <w:szCs w:val="23"/>
              </w:rPr>
              <w:t xml:space="preserve"> </w:t>
            </w:r>
            <w:r w:rsidRPr="00AF630E">
              <w:rPr>
                <w:sz w:val="23"/>
                <w:szCs w:val="23"/>
                <w:lang w:val="ru-RU"/>
              </w:rPr>
              <w:t>жай</w:t>
            </w:r>
            <w:r w:rsidRPr="00C92E91">
              <w:rPr>
                <w:sz w:val="23"/>
                <w:szCs w:val="23"/>
              </w:rPr>
              <w:t>-</w:t>
            </w:r>
            <w:r w:rsidRPr="00AF630E">
              <w:rPr>
                <w:sz w:val="23"/>
                <w:szCs w:val="23"/>
                <w:lang w:val="ru-RU"/>
              </w:rPr>
              <w:t>күйге</w:t>
            </w:r>
            <w:r w:rsidRPr="00C92E91">
              <w:rPr>
                <w:sz w:val="23"/>
                <w:szCs w:val="23"/>
              </w:rPr>
              <w:t xml:space="preserve"> </w:t>
            </w:r>
            <w:r w:rsidRPr="00AF630E">
              <w:rPr>
                <w:sz w:val="23"/>
                <w:szCs w:val="23"/>
                <w:lang w:val="ru-RU"/>
              </w:rPr>
              <w:t>сәйкес</w:t>
            </w:r>
            <w:r w:rsidRPr="00C92E91">
              <w:rPr>
                <w:sz w:val="23"/>
                <w:szCs w:val="23"/>
              </w:rPr>
              <w:t xml:space="preserve"> </w:t>
            </w:r>
            <w:r w:rsidRPr="00AF630E">
              <w:rPr>
                <w:sz w:val="23"/>
                <w:szCs w:val="23"/>
                <w:lang w:val="ru-RU"/>
              </w:rPr>
              <w:t>келетінін</w:t>
            </w:r>
            <w:r w:rsidRPr="00C92E91">
              <w:rPr>
                <w:sz w:val="23"/>
                <w:szCs w:val="23"/>
              </w:rPr>
              <w:t xml:space="preserve"> </w:t>
            </w:r>
            <w:r w:rsidRPr="00AF630E">
              <w:rPr>
                <w:sz w:val="23"/>
                <w:szCs w:val="23"/>
                <w:lang w:val="ru-RU"/>
              </w:rPr>
              <w:t>растайды</w:t>
            </w:r>
            <w:r w:rsidRPr="00C92E91">
              <w:rPr>
                <w:sz w:val="23"/>
                <w:szCs w:val="23"/>
              </w:rPr>
              <w:t>.</w:t>
            </w:r>
          </w:p>
        </w:tc>
        <w:tc>
          <w:tcPr>
            <w:tcW w:w="4905"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7. При отсутствии замечаний Стороны подтверждают, что состояние рекламной площади соответствует состоянию, зафиксированному в Акте осмотра при передаче, с учетом нормального износа.</w:t>
            </w:r>
          </w:p>
        </w:tc>
      </w:tr>
      <w:tr w:rsidR="00AF3254" w:rsidRPr="00D263F5"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8. Ескертулер болған жағдайда Жалға алушы оларды Жалға беруші белгілеген мерзімде жоюға не Жалға берушінің жарнама алаңын қалпына келтіруге жұмсаған шығыстарын өтеуге міндетті.</w:t>
            </w:r>
          </w:p>
        </w:tc>
        <w:tc>
          <w:tcPr>
            <w:tcW w:w="4905"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8. При наличии замечаний Арендатор обязан устранить их в установленный Арендодателем срок либо возместить расходы Арендодателя на восстановление рекламной площади.</w:t>
            </w:r>
          </w:p>
        </w:tc>
      </w:tr>
      <w:tr w:rsidR="00AF3254" w:rsidRPr="00D263F5"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9. Осы Акт бірдей заңдық күші бар екі данада, Тараптардың әрқайсысына бір данадан жасалды.</w:t>
            </w:r>
          </w:p>
        </w:tc>
        <w:tc>
          <w:tcPr>
            <w:tcW w:w="4905" w:type="dxa"/>
            <w:tcMar>
              <w:top w:w="65" w:type="dxa"/>
              <w:left w:w="65" w:type="dxa"/>
              <w:bottom w:w="65" w:type="dxa"/>
              <w:right w:w="65" w:type="dxa"/>
            </w:tcMar>
          </w:tcPr>
          <w:p w:rsidR="00AF3254" w:rsidRPr="00AF630E" w:rsidRDefault="00AF3254" w:rsidP="00D72F4B">
            <w:pPr>
              <w:rPr>
                <w:sz w:val="23"/>
                <w:szCs w:val="23"/>
                <w:lang w:val="ru-RU"/>
              </w:rPr>
            </w:pPr>
            <w:r w:rsidRPr="00AF630E">
              <w:rPr>
                <w:sz w:val="23"/>
                <w:szCs w:val="23"/>
                <w:lang w:val="ru-RU"/>
              </w:rPr>
              <w:t>9. Настоящий Акт составлен в двух экземплярах, имеющих одинаковую юридическую силу, по одному для каждой из Сторон.</w:t>
            </w:r>
          </w:p>
        </w:tc>
      </w:tr>
      <w:tr w:rsidR="00DF231C" w:rsidRPr="00D263F5" w:rsidTr="007D6BFB">
        <w:trPr>
          <w:cantSplit/>
        </w:trPr>
        <w:tc>
          <w:tcPr>
            <w:tcW w:w="5159" w:type="dxa"/>
            <w:tcMar>
              <w:top w:w="65" w:type="dxa"/>
              <w:left w:w="65" w:type="dxa"/>
              <w:bottom w:w="65" w:type="dxa"/>
              <w:right w:w="65" w:type="dxa"/>
            </w:tcMar>
          </w:tcPr>
          <w:p w:rsidR="00DF231C" w:rsidRPr="00DF231C" w:rsidRDefault="00DF231C" w:rsidP="00D72F4B">
            <w:pPr>
              <w:jc w:val="center"/>
              <w:rPr>
                <w:b/>
                <w:sz w:val="23"/>
                <w:szCs w:val="23"/>
              </w:rPr>
            </w:pPr>
            <w:r w:rsidRPr="00DF231C">
              <w:rPr>
                <w:b/>
                <w:sz w:val="23"/>
                <w:szCs w:val="23"/>
              </w:rPr>
              <w:t>ЖАЛҒА БЕРУШІ</w:t>
            </w:r>
          </w:p>
          <w:p w:rsidR="00DF231C" w:rsidRDefault="00DF231C" w:rsidP="00D72F4B">
            <w:pPr>
              <w:rPr>
                <w:sz w:val="23"/>
                <w:szCs w:val="23"/>
              </w:rPr>
            </w:pPr>
            <w:r w:rsidRPr="002336E2">
              <w:rPr>
                <w:sz w:val="23"/>
                <w:szCs w:val="23"/>
              </w:rPr>
              <w:t>«C</w:t>
            </w:r>
            <w:r>
              <w:rPr>
                <w:sz w:val="23"/>
                <w:szCs w:val="23"/>
              </w:rPr>
              <w:t>ity Transportation Systems» ЖШС</w:t>
            </w:r>
          </w:p>
          <w:p w:rsidR="00DF231C" w:rsidRDefault="00DF231C" w:rsidP="00D72F4B">
            <w:pPr>
              <w:rPr>
                <w:sz w:val="23"/>
                <w:szCs w:val="23"/>
                <w:lang w:val="ru-RU"/>
              </w:rPr>
            </w:pPr>
            <w:r>
              <w:rPr>
                <w:sz w:val="23"/>
                <w:szCs w:val="23"/>
                <w:lang w:val="ru-RU"/>
              </w:rPr>
              <w:t>БСН: 110540005586</w:t>
            </w:r>
          </w:p>
          <w:p w:rsidR="00DF231C" w:rsidRDefault="00DF231C" w:rsidP="00D72F4B">
            <w:pPr>
              <w:rPr>
                <w:sz w:val="23"/>
                <w:szCs w:val="23"/>
                <w:lang w:val="ru-RU"/>
              </w:rPr>
            </w:pPr>
            <w:r w:rsidRPr="002336E2">
              <w:rPr>
                <w:sz w:val="23"/>
                <w:szCs w:val="23"/>
                <w:lang w:val="ru-RU"/>
              </w:rPr>
              <w:t>Мекенжайы: Астана қ., Алматы к</w:t>
            </w:r>
            <w:r w:rsidRPr="002336E2">
              <w:rPr>
                <w:sz w:val="23"/>
                <w:szCs w:val="23"/>
                <w:lang w:val="kk-KZ"/>
              </w:rPr>
              <w:t>-</w:t>
            </w:r>
            <w:r w:rsidRPr="002336E2">
              <w:rPr>
                <w:sz w:val="23"/>
                <w:szCs w:val="23"/>
                <w:lang w:val="ru-RU"/>
              </w:rPr>
              <w:t>сі 13, 44</w:t>
            </w:r>
            <w:r w:rsidRPr="002336E2">
              <w:rPr>
                <w:sz w:val="23"/>
                <w:szCs w:val="23"/>
                <w:lang w:val="kk-KZ"/>
              </w:rPr>
              <w:t xml:space="preserve"> т.е.ү-ж.</w:t>
            </w:r>
            <w:r w:rsidRPr="002336E2">
              <w:rPr>
                <w:sz w:val="23"/>
                <w:szCs w:val="23"/>
                <w:lang w:val="ru-RU"/>
              </w:rPr>
              <w:t xml:space="preserve"> </w:t>
            </w:r>
          </w:p>
          <w:p w:rsidR="00DF231C" w:rsidRDefault="00DF231C" w:rsidP="00D72F4B">
            <w:pPr>
              <w:rPr>
                <w:sz w:val="23"/>
                <w:szCs w:val="23"/>
                <w:lang w:val="kk-KZ"/>
              </w:rPr>
            </w:pPr>
          </w:p>
          <w:p w:rsidR="00E8099B" w:rsidRPr="002336E2" w:rsidRDefault="00E8099B" w:rsidP="00D72F4B">
            <w:pPr>
              <w:rPr>
                <w:sz w:val="23"/>
                <w:szCs w:val="23"/>
                <w:lang w:val="kk-KZ"/>
              </w:rPr>
            </w:pPr>
          </w:p>
          <w:p w:rsidR="00DF231C" w:rsidRPr="002336E2" w:rsidRDefault="00191BFC" w:rsidP="00D72F4B">
            <w:pPr>
              <w:rPr>
                <w:szCs w:val="23"/>
                <w:lang w:val="kk-KZ"/>
              </w:rPr>
            </w:pPr>
            <w:r>
              <w:rPr>
                <w:sz w:val="23"/>
                <w:szCs w:val="23"/>
                <w:lang w:val="kk-KZ"/>
              </w:rPr>
              <w:t>________________</w:t>
            </w:r>
            <w:r w:rsidR="00E8099B" w:rsidRPr="002336E2">
              <w:rPr>
                <w:sz w:val="23"/>
                <w:szCs w:val="23"/>
                <w:lang w:val="kk-KZ"/>
              </w:rPr>
              <w:t xml:space="preserve"> </w:t>
            </w:r>
            <w:r w:rsidR="00DF231C" w:rsidRPr="002336E2">
              <w:rPr>
                <w:sz w:val="23"/>
                <w:szCs w:val="23"/>
                <w:lang w:val="kk-KZ"/>
              </w:rPr>
              <w:br/>
            </w:r>
            <w:r w:rsidR="00DF231C" w:rsidRPr="00AF3254">
              <w:rPr>
                <w:szCs w:val="23"/>
                <w:lang w:val="kk-KZ"/>
              </w:rPr>
              <w:t xml:space="preserve">                </w:t>
            </w:r>
            <w:r w:rsidR="00DF231C" w:rsidRPr="00080C2E">
              <w:rPr>
                <w:szCs w:val="23"/>
                <w:lang w:val="kk-KZ"/>
              </w:rPr>
              <w:t>М.О.</w:t>
            </w:r>
          </w:p>
          <w:p w:rsidR="00DF231C" w:rsidRPr="002336E2" w:rsidRDefault="00DF231C" w:rsidP="00D72F4B">
            <w:pPr>
              <w:rPr>
                <w:sz w:val="23"/>
                <w:szCs w:val="23"/>
                <w:lang w:val="kk-KZ"/>
              </w:rPr>
            </w:pPr>
          </w:p>
          <w:p w:rsidR="00DF231C" w:rsidRPr="00DF231C" w:rsidRDefault="00DF231C" w:rsidP="00D72F4B">
            <w:pPr>
              <w:jc w:val="center"/>
              <w:rPr>
                <w:b/>
                <w:sz w:val="23"/>
                <w:szCs w:val="23"/>
                <w:lang w:val="kk-KZ"/>
              </w:rPr>
            </w:pPr>
            <w:r w:rsidRPr="00DF231C">
              <w:rPr>
                <w:b/>
                <w:sz w:val="23"/>
                <w:szCs w:val="23"/>
                <w:lang w:val="kk-KZ"/>
              </w:rPr>
              <w:t>ЖАЛҒА АЛУШЫ</w:t>
            </w:r>
          </w:p>
          <w:p w:rsidR="00DF231C" w:rsidRDefault="00DF231C" w:rsidP="00D72F4B">
            <w:pPr>
              <w:rPr>
                <w:sz w:val="23"/>
                <w:szCs w:val="23"/>
                <w:lang w:val="kk-KZ"/>
              </w:rPr>
            </w:pPr>
            <w:r w:rsidRPr="002336E2">
              <w:rPr>
                <w:sz w:val="23"/>
                <w:szCs w:val="23"/>
                <w:lang w:val="kk-KZ"/>
              </w:rPr>
              <w:t>ЖШС «</w:t>
            </w:r>
            <w:r w:rsidR="00191BFC">
              <w:rPr>
                <w:sz w:val="23"/>
                <w:szCs w:val="23"/>
                <w:lang w:val="kk-KZ"/>
              </w:rPr>
              <w:t>_____</w:t>
            </w:r>
            <w:r w:rsidRPr="002336E2">
              <w:rPr>
                <w:sz w:val="23"/>
                <w:szCs w:val="23"/>
                <w:lang w:val="kk-KZ"/>
              </w:rPr>
              <w:t>»</w:t>
            </w:r>
          </w:p>
          <w:p w:rsidR="00DF231C" w:rsidRDefault="00191BFC" w:rsidP="00D72F4B">
            <w:pPr>
              <w:rPr>
                <w:sz w:val="23"/>
                <w:szCs w:val="23"/>
                <w:lang w:val="kk-KZ"/>
              </w:rPr>
            </w:pPr>
            <w:r>
              <w:rPr>
                <w:sz w:val="23"/>
                <w:szCs w:val="23"/>
                <w:lang w:val="kk-KZ"/>
              </w:rPr>
              <w:t>БСН:</w:t>
            </w:r>
          </w:p>
          <w:p w:rsidR="00DF231C" w:rsidRDefault="00191BFC" w:rsidP="00D72F4B">
            <w:pPr>
              <w:rPr>
                <w:sz w:val="23"/>
                <w:szCs w:val="23"/>
                <w:lang w:val="kk-KZ"/>
              </w:rPr>
            </w:pPr>
            <w:r>
              <w:rPr>
                <w:sz w:val="23"/>
                <w:szCs w:val="23"/>
                <w:lang w:val="kk-KZ"/>
              </w:rPr>
              <w:t>Мекенжайы:</w:t>
            </w:r>
          </w:p>
          <w:p w:rsidR="00DF231C" w:rsidRPr="002336E2" w:rsidRDefault="00DF231C" w:rsidP="00D72F4B">
            <w:pPr>
              <w:rPr>
                <w:sz w:val="23"/>
                <w:szCs w:val="23"/>
                <w:lang w:val="kk-KZ"/>
              </w:rPr>
            </w:pPr>
            <w:r w:rsidRPr="002336E2">
              <w:rPr>
                <w:sz w:val="23"/>
                <w:szCs w:val="23"/>
                <w:lang w:val="kk-KZ"/>
              </w:rPr>
              <w:t>Директор</w:t>
            </w:r>
          </w:p>
          <w:p w:rsidR="00DF231C" w:rsidRPr="002336E2" w:rsidRDefault="00DF231C" w:rsidP="00D72F4B">
            <w:pPr>
              <w:rPr>
                <w:sz w:val="23"/>
                <w:szCs w:val="23"/>
                <w:lang w:val="kk-KZ"/>
              </w:rPr>
            </w:pPr>
          </w:p>
          <w:p w:rsidR="00DF231C" w:rsidRPr="002336E2" w:rsidRDefault="00191BFC" w:rsidP="00E8099B">
            <w:pPr>
              <w:rPr>
                <w:sz w:val="23"/>
                <w:szCs w:val="23"/>
                <w:lang w:val="kk-KZ"/>
              </w:rPr>
            </w:pPr>
            <w:r>
              <w:rPr>
                <w:sz w:val="23"/>
                <w:szCs w:val="23"/>
                <w:lang w:val="ru-RU"/>
              </w:rPr>
              <w:t>________________</w:t>
            </w:r>
            <w:r w:rsidR="00E8099B" w:rsidRPr="002336E2">
              <w:rPr>
                <w:sz w:val="23"/>
                <w:szCs w:val="23"/>
                <w:lang w:val="kk-KZ"/>
              </w:rPr>
              <w:t xml:space="preserve"> </w:t>
            </w:r>
            <w:r w:rsidR="00DF231C" w:rsidRPr="002336E2">
              <w:rPr>
                <w:sz w:val="23"/>
                <w:szCs w:val="23"/>
                <w:lang w:val="kk-KZ"/>
              </w:rPr>
              <w:br/>
            </w:r>
            <w:r w:rsidR="00DF231C" w:rsidRPr="002336E2">
              <w:rPr>
                <w:szCs w:val="23"/>
                <w:lang w:val="kk-KZ"/>
              </w:rPr>
              <w:t xml:space="preserve">                 М.О.</w:t>
            </w:r>
          </w:p>
        </w:tc>
        <w:tc>
          <w:tcPr>
            <w:tcW w:w="4905" w:type="dxa"/>
            <w:tcMar>
              <w:top w:w="65" w:type="dxa"/>
              <w:left w:w="65" w:type="dxa"/>
              <w:bottom w:w="65" w:type="dxa"/>
              <w:right w:w="65" w:type="dxa"/>
            </w:tcMar>
          </w:tcPr>
          <w:p w:rsidR="00DF231C" w:rsidRPr="00DF231C" w:rsidRDefault="00DF231C" w:rsidP="00D72F4B">
            <w:pPr>
              <w:jc w:val="center"/>
              <w:rPr>
                <w:b/>
                <w:sz w:val="23"/>
                <w:szCs w:val="23"/>
              </w:rPr>
            </w:pPr>
            <w:r w:rsidRPr="00DF231C">
              <w:rPr>
                <w:b/>
                <w:sz w:val="23"/>
                <w:szCs w:val="23"/>
              </w:rPr>
              <w:t>АРЕНДОДАТЕЛЬ</w:t>
            </w:r>
          </w:p>
          <w:p w:rsidR="00DF231C" w:rsidRDefault="00DF231C" w:rsidP="00D72F4B">
            <w:pPr>
              <w:rPr>
                <w:sz w:val="23"/>
                <w:szCs w:val="23"/>
              </w:rPr>
            </w:pPr>
            <w:r w:rsidRPr="002336E2">
              <w:rPr>
                <w:sz w:val="23"/>
                <w:szCs w:val="23"/>
              </w:rPr>
              <w:t>ТО</w:t>
            </w:r>
            <w:r>
              <w:rPr>
                <w:sz w:val="23"/>
                <w:szCs w:val="23"/>
              </w:rPr>
              <w:t>О «City Transportation Systems»</w:t>
            </w:r>
          </w:p>
          <w:p w:rsidR="00DF231C" w:rsidRPr="002336E2" w:rsidRDefault="00DF231C" w:rsidP="00D72F4B">
            <w:pPr>
              <w:rPr>
                <w:sz w:val="23"/>
                <w:szCs w:val="23"/>
                <w:lang w:val="ru-RU"/>
              </w:rPr>
            </w:pPr>
            <w:r w:rsidRPr="002336E2">
              <w:rPr>
                <w:sz w:val="23"/>
                <w:szCs w:val="23"/>
                <w:lang w:val="ru-RU"/>
              </w:rPr>
              <w:t>БИН: 110540005586</w:t>
            </w:r>
          </w:p>
          <w:p w:rsidR="00DF231C" w:rsidRPr="002336E2" w:rsidRDefault="00DF231C" w:rsidP="00D72F4B">
            <w:pPr>
              <w:rPr>
                <w:sz w:val="23"/>
                <w:szCs w:val="23"/>
                <w:lang w:val="ru-RU"/>
              </w:rPr>
            </w:pPr>
            <w:r w:rsidRPr="002336E2">
              <w:rPr>
                <w:sz w:val="23"/>
                <w:szCs w:val="23"/>
                <w:lang w:val="ru-RU"/>
              </w:rPr>
              <w:t>Адрес: г. Астана, ул. Алматы 13, н.п. 44</w:t>
            </w:r>
          </w:p>
          <w:p w:rsidR="00DF231C" w:rsidRDefault="00DF231C" w:rsidP="00D72F4B">
            <w:pPr>
              <w:rPr>
                <w:sz w:val="23"/>
                <w:szCs w:val="23"/>
                <w:lang w:val="ru-RU"/>
              </w:rPr>
            </w:pPr>
          </w:p>
          <w:p w:rsidR="00E8099B" w:rsidRPr="002336E2" w:rsidRDefault="00E8099B" w:rsidP="00D72F4B">
            <w:pPr>
              <w:rPr>
                <w:sz w:val="23"/>
                <w:szCs w:val="23"/>
                <w:lang w:val="ru-RU"/>
              </w:rPr>
            </w:pPr>
          </w:p>
          <w:p w:rsidR="00DF231C" w:rsidRPr="002336E2" w:rsidRDefault="00191BFC" w:rsidP="00D72F4B">
            <w:pPr>
              <w:rPr>
                <w:sz w:val="23"/>
                <w:szCs w:val="23"/>
                <w:lang w:val="ru-RU"/>
              </w:rPr>
            </w:pPr>
            <w:r>
              <w:rPr>
                <w:sz w:val="23"/>
                <w:szCs w:val="23"/>
                <w:lang w:val="ru-RU"/>
              </w:rPr>
              <w:t>_____________</w:t>
            </w:r>
            <w:r w:rsidR="00DF231C" w:rsidRPr="002336E2">
              <w:rPr>
                <w:sz w:val="23"/>
                <w:szCs w:val="23"/>
                <w:lang w:val="ru-RU"/>
              </w:rPr>
              <w:t xml:space="preserve"> </w:t>
            </w:r>
          </w:p>
          <w:p w:rsidR="00DF231C" w:rsidRPr="002336E2" w:rsidRDefault="00DF231C" w:rsidP="00D72F4B">
            <w:pPr>
              <w:rPr>
                <w:szCs w:val="23"/>
                <w:lang w:val="ru-RU"/>
              </w:rPr>
            </w:pPr>
            <w:r w:rsidRPr="002336E2">
              <w:rPr>
                <w:szCs w:val="23"/>
                <w:lang w:val="ru-RU"/>
              </w:rPr>
              <w:t xml:space="preserve">               М.П.</w:t>
            </w:r>
          </w:p>
          <w:p w:rsidR="00DF231C" w:rsidRPr="002336E2" w:rsidRDefault="00DF231C" w:rsidP="00D72F4B">
            <w:pPr>
              <w:rPr>
                <w:sz w:val="23"/>
                <w:szCs w:val="23"/>
                <w:lang w:val="ru-RU"/>
              </w:rPr>
            </w:pPr>
          </w:p>
          <w:p w:rsidR="00DF231C" w:rsidRPr="00DF231C" w:rsidRDefault="00DF231C" w:rsidP="00D72F4B">
            <w:pPr>
              <w:jc w:val="center"/>
              <w:rPr>
                <w:b/>
                <w:sz w:val="23"/>
                <w:szCs w:val="23"/>
                <w:lang w:val="ru-RU"/>
              </w:rPr>
            </w:pPr>
            <w:r w:rsidRPr="00DF231C">
              <w:rPr>
                <w:b/>
                <w:sz w:val="23"/>
                <w:szCs w:val="23"/>
                <w:lang w:val="ru-RU"/>
              </w:rPr>
              <w:t>АРЕНДАТОР</w:t>
            </w:r>
          </w:p>
          <w:p w:rsidR="00DF231C" w:rsidRDefault="00DF231C" w:rsidP="00D72F4B">
            <w:pPr>
              <w:rPr>
                <w:sz w:val="23"/>
                <w:szCs w:val="23"/>
                <w:lang w:val="ru-RU"/>
              </w:rPr>
            </w:pPr>
            <w:r w:rsidRPr="002336E2">
              <w:rPr>
                <w:sz w:val="23"/>
                <w:szCs w:val="23"/>
                <w:lang w:val="ru-RU"/>
              </w:rPr>
              <w:t>ТОО «</w:t>
            </w:r>
            <w:r w:rsidR="00191BFC">
              <w:rPr>
                <w:sz w:val="23"/>
                <w:szCs w:val="23"/>
                <w:lang w:val="ru-RU"/>
              </w:rPr>
              <w:t>______</w:t>
            </w:r>
            <w:r w:rsidRPr="002336E2">
              <w:rPr>
                <w:sz w:val="23"/>
                <w:szCs w:val="23"/>
                <w:lang w:val="ru-RU"/>
              </w:rPr>
              <w:t>»</w:t>
            </w:r>
          </w:p>
          <w:p w:rsidR="00DF231C" w:rsidRDefault="00191BFC" w:rsidP="00D72F4B">
            <w:pPr>
              <w:rPr>
                <w:sz w:val="23"/>
                <w:szCs w:val="23"/>
                <w:lang w:val="ru-RU"/>
              </w:rPr>
            </w:pPr>
            <w:r>
              <w:rPr>
                <w:sz w:val="23"/>
                <w:szCs w:val="23"/>
                <w:lang w:val="ru-RU"/>
              </w:rPr>
              <w:t>БИН:</w:t>
            </w:r>
          </w:p>
          <w:p w:rsidR="00DF231C" w:rsidRDefault="00191BFC" w:rsidP="00D72F4B">
            <w:pPr>
              <w:rPr>
                <w:sz w:val="23"/>
                <w:szCs w:val="23"/>
                <w:lang w:val="ru-RU"/>
              </w:rPr>
            </w:pPr>
            <w:r>
              <w:rPr>
                <w:sz w:val="23"/>
                <w:szCs w:val="23"/>
                <w:lang w:val="ru-RU"/>
              </w:rPr>
              <w:t>Адрес:</w:t>
            </w:r>
          </w:p>
          <w:p w:rsidR="00DF231C" w:rsidRPr="002336E2" w:rsidRDefault="00DF231C" w:rsidP="00D72F4B">
            <w:pPr>
              <w:rPr>
                <w:sz w:val="23"/>
                <w:szCs w:val="23"/>
                <w:lang w:val="ru-RU"/>
              </w:rPr>
            </w:pPr>
            <w:r w:rsidRPr="002336E2">
              <w:rPr>
                <w:sz w:val="23"/>
                <w:szCs w:val="23"/>
                <w:lang w:val="ru-RU"/>
              </w:rPr>
              <w:t>Директор</w:t>
            </w:r>
          </w:p>
          <w:p w:rsidR="00DF231C" w:rsidRPr="002336E2" w:rsidRDefault="00DF231C" w:rsidP="00D72F4B">
            <w:pPr>
              <w:rPr>
                <w:sz w:val="23"/>
                <w:szCs w:val="23"/>
                <w:lang w:val="ru-RU"/>
              </w:rPr>
            </w:pPr>
          </w:p>
          <w:p w:rsidR="00DF231C" w:rsidRPr="002336E2" w:rsidRDefault="00191BFC" w:rsidP="00E8099B">
            <w:pPr>
              <w:rPr>
                <w:sz w:val="23"/>
                <w:szCs w:val="23"/>
                <w:lang w:val="ru-RU"/>
              </w:rPr>
            </w:pPr>
            <w:r>
              <w:rPr>
                <w:sz w:val="23"/>
                <w:szCs w:val="23"/>
                <w:lang w:val="ru-RU"/>
              </w:rPr>
              <w:t>_____________</w:t>
            </w:r>
            <w:r w:rsidR="00E8099B" w:rsidRPr="002336E2">
              <w:rPr>
                <w:sz w:val="23"/>
                <w:szCs w:val="23"/>
                <w:lang w:val="ru-RU"/>
              </w:rPr>
              <w:t xml:space="preserve"> </w:t>
            </w:r>
            <w:r w:rsidR="00DF231C" w:rsidRPr="002336E2">
              <w:rPr>
                <w:sz w:val="23"/>
                <w:szCs w:val="23"/>
                <w:lang w:val="ru-RU"/>
              </w:rPr>
              <w:br/>
            </w:r>
            <w:r w:rsidR="00DF231C" w:rsidRPr="002336E2">
              <w:rPr>
                <w:szCs w:val="23"/>
                <w:lang w:val="ru-RU"/>
              </w:rPr>
              <w:t xml:space="preserve">                М.П.</w:t>
            </w:r>
          </w:p>
        </w:tc>
      </w:tr>
      <w:tr w:rsidR="00AF3254" w:rsidRPr="00D263F5" w:rsidTr="007D6BFB">
        <w:trPr>
          <w:cantSplit/>
        </w:trPr>
        <w:tc>
          <w:tcPr>
            <w:tcW w:w="5159" w:type="dxa"/>
            <w:tcMar>
              <w:top w:w="65" w:type="dxa"/>
              <w:left w:w="65" w:type="dxa"/>
              <w:bottom w:w="65" w:type="dxa"/>
              <w:right w:w="65" w:type="dxa"/>
            </w:tcMar>
          </w:tcPr>
          <w:p w:rsidR="00AF3254" w:rsidRPr="00AF630E" w:rsidRDefault="00AF3254" w:rsidP="00D72F4B">
            <w:pPr>
              <w:rPr>
                <w:sz w:val="23"/>
                <w:szCs w:val="23"/>
                <w:lang w:val="ru-RU"/>
              </w:rPr>
            </w:pPr>
          </w:p>
        </w:tc>
        <w:tc>
          <w:tcPr>
            <w:tcW w:w="4905" w:type="dxa"/>
            <w:tcMar>
              <w:top w:w="65" w:type="dxa"/>
              <w:left w:w="65" w:type="dxa"/>
              <w:bottom w:w="65" w:type="dxa"/>
              <w:right w:w="65" w:type="dxa"/>
            </w:tcMar>
          </w:tcPr>
          <w:p w:rsidR="00AF3254" w:rsidRPr="00AF630E" w:rsidRDefault="00AF3254" w:rsidP="00D72F4B">
            <w:pPr>
              <w:rPr>
                <w:sz w:val="23"/>
                <w:szCs w:val="23"/>
                <w:lang w:val="ru-RU"/>
              </w:rPr>
            </w:pPr>
          </w:p>
        </w:tc>
      </w:tr>
    </w:tbl>
    <w:p w:rsidR="00AF3254" w:rsidRPr="007738AC" w:rsidRDefault="00AF3254" w:rsidP="00D72F4B">
      <w:pPr>
        <w:spacing w:line="240" w:lineRule="auto"/>
        <w:rPr>
          <w:sz w:val="22"/>
          <w:lang w:val="ru-RU"/>
        </w:rPr>
      </w:pPr>
    </w:p>
    <w:p w:rsidR="00AF3254" w:rsidRPr="007738AC" w:rsidRDefault="00AF3254" w:rsidP="00D72F4B">
      <w:pPr>
        <w:spacing w:line="240" w:lineRule="auto"/>
        <w:rPr>
          <w:sz w:val="22"/>
          <w:lang w:val="ru-RU"/>
        </w:rPr>
      </w:pPr>
    </w:p>
    <w:sectPr w:rsidR="00AF3254" w:rsidRPr="007738AC" w:rsidSect="008B2B09">
      <w:footerReference w:type="default" r:id="rId8"/>
      <w:pgSz w:w="11906" w:h="16838"/>
      <w:pgMar w:top="1134" w:right="794" w:bottom="993"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166" w:rsidRDefault="00EF4166" w:rsidP="008B2B09">
      <w:pPr>
        <w:spacing w:line="240" w:lineRule="auto"/>
      </w:pPr>
      <w:r>
        <w:separator/>
      </w:r>
    </w:p>
  </w:endnote>
  <w:endnote w:type="continuationSeparator" w:id="0">
    <w:p w:rsidR="00EF4166" w:rsidRDefault="00EF4166" w:rsidP="008B2B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5427339"/>
      <w:docPartObj>
        <w:docPartGallery w:val="Page Numbers (Bottom of Page)"/>
        <w:docPartUnique/>
      </w:docPartObj>
    </w:sdtPr>
    <w:sdtEndPr/>
    <w:sdtContent>
      <w:p w:rsidR="00215738" w:rsidRDefault="00215738">
        <w:pPr>
          <w:pStyle w:val="a7"/>
          <w:jc w:val="right"/>
        </w:pPr>
        <w:r>
          <w:fldChar w:fldCharType="begin"/>
        </w:r>
        <w:r>
          <w:instrText>PAGE   \* MERGEFORMAT</w:instrText>
        </w:r>
        <w:r>
          <w:fldChar w:fldCharType="separate"/>
        </w:r>
        <w:r w:rsidR="00D263F5" w:rsidRPr="00D263F5">
          <w:rPr>
            <w:noProof/>
            <w:lang w:val="ru-RU"/>
          </w:rPr>
          <w:t>20</w:t>
        </w:r>
        <w:r>
          <w:fldChar w:fldCharType="end"/>
        </w:r>
      </w:p>
    </w:sdtContent>
  </w:sdt>
  <w:p w:rsidR="00215738" w:rsidRDefault="0021573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166" w:rsidRDefault="00EF4166" w:rsidP="008B2B09">
      <w:pPr>
        <w:spacing w:line="240" w:lineRule="auto"/>
      </w:pPr>
      <w:r>
        <w:separator/>
      </w:r>
    </w:p>
  </w:footnote>
  <w:footnote w:type="continuationSeparator" w:id="0">
    <w:p w:rsidR="00EF4166" w:rsidRDefault="00EF4166" w:rsidP="008B2B0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9153A57"/>
    <w:multiLevelType w:val="hybridMultilevel"/>
    <w:tmpl w:val="980CA2F6"/>
    <w:lvl w:ilvl="0" w:tplc="0419000F">
      <w:start w:val="1"/>
      <w:numFmt w:val="decimal"/>
      <w:lvlText w:val="%1."/>
      <w:lvlJc w:val="left"/>
      <w:pPr>
        <w:ind w:left="1049" w:hanging="360"/>
      </w:pPr>
    </w:lvl>
    <w:lvl w:ilvl="1" w:tplc="04190019" w:tentative="1">
      <w:start w:val="1"/>
      <w:numFmt w:val="lowerLetter"/>
      <w:lvlText w:val="%2."/>
      <w:lvlJc w:val="left"/>
      <w:pPr>
        <w:ind w:left="1769" w:hanging="360"/>
      </w:pPr>
    </w:lvl>
    <w:lvl w:ilvl="2" w:tplc="0419001B" w:tentative="1">
      <w:start w:val="1"/>
      <w:numFmt w:val="lowerRoman"/>
      <w:lvlText w:val="%3."/>
      <w:lvlJc w:val="right"/>
      <w:pPr>
        <w:ind w:left="2489" w:hanging="180"/>
      </w:pPr>
    </w:lvl>
    <w:lvl w:ilvl="3" w:tplc="0419000F" w:tentative="1">
      <w:start w:val="1"/>
      <w:numFmt w:val="decimal"/>
      <w:lvlText w:val="%4."/>
      <w:lvlJc w:val="left"/>
      <w:pPr>
        <w:ind w:left="3209" w:hanging="360"/>
      </w:pPr>
    </w:lvl>
    <w:lvl w:ilvl="4" w:tplc="04190019" w:tentative="1">
      <w:start w:val="1"/>
      <w:numFmt w:val="lowerLetter"/>
      <w:lvlText w:val="%5."/>
      <w:lvlJc w:val="left"/>
      <w:pPr>
        <w:ind w:left="3929" w:hanging="360"/>
      </w:pPr>
    </w:lvl>
    <w:lvl w:ilvl="5" w:tplc="0419001B" w:tentative="1">
      <w:start w:val="1"/>
      <w:numFmt w:val="lowerRoman"/>
      <w:lvlText w:val="%6."/>
      <w:lvlJc w:val="right"/>
      <w:pPr>
        <w:ind w:left="4649" w:hanging="180"/>
      </w:pPr>
    </w:lvl>
    <w:lvl w:ilvl="6" w:tplc="0419000F" w:tentative="1">
      <w:start w:val="1"/>
      <w:numFmt w:val="decimal"/>
      <w:lvlText w:val="%7."/>
      <w:lvlJc w:val="left"/>
      <w:pPr>
        <w:ind w:left="5369" w:hanging="360"/>
      </w:pPr>
    </w:lvl>
    <w:lvl w:ilvl="7" w:tplc="04190019" w:tentative="1">
      <w:start w:val="1"/>
      <w:numFmt w:val="lowerLetter"/>
      <w:lvlText w:val="%8."/>
      <w:lvlJc w:val="left"/>
      <w:pPr>
        <w:ind w:left="6089" w:hanging="360"/>
      </w:pPr>
    </w:lvl>
    <w:lvl w:ilvl="8" w:tplc="0419001B" w:tentative="1">
      <w:start w:val="1"/>
      <w:numFmt w:val="lowerRoman"/>
      <w:lvlText w:val="%9."/>
      <w:lvlJc w:val="right"/>
      <w:pPr>
        <w:ind w:left="6809" w:hanging="180"/>
      </w:pPr>
    </w:lvl>
  </w:abstractNum>
  <w:abstractNum w:abstractNumId="10" w15:restartNumberingAfterBreak="0">
    <w:nsid w:val="56291EE7"/>
    <w:multiLevelType w:val="hybridMultilevel"/>
    <w:tmpl w:val="703ABE38"/>
    <w:lvl w:ilvl="0" w:tplc="0419000F">
      <w:start w:val="1"/>
      <w:numFmt w:val="decimal"/>
      <w:lvlText w:val="%1."/>
      <w:lvlJc w:val="left"/>
      <w:pPr>
        <w:ind w:left="1049" w:hanging="360"/>
      </w:pPr>
    </w:lvl>
    <w:lvl w:ilvl="1" w:tplc="04190019" w:tentative="1">
      <w:start w:val="1"/>
      <w:numFmt w:val="lowerLetter"/>
      <w:lvlText w:val="%2."/>
      <w:lvlJc w:val="left"/>
      <w:pPr>
        <w:ind w:left="1769" w:hanging="360"/>
      </w:pPr>
    </w:lvl>
    <w:lvl w:ilvl="2" w:tplc="0419001B" w:tentative="1">
      <w:start w:val="1"/>
      <w:numFmt w:val="lowerRoman"/>
      <w:lvlText w:val="%3."/>
      <w:lvlJc w:val="right"/>
      <w:pPr>
        <w:ind w:left="2489" w:hanging="180"/>
      </w:pPr>
    </w:lvl>
    <w:lvl w:ilvl="3" w:tplc="0419000F" w:tentative="1">
      <w:start w:val="1"/>
      <w:numFmt w:val="decimal"/>
      <w:lvlText w:val="%4."/>
      <w:lvlJc w:val="left"/>
      <w:pPr>
        <w:ind w:left="3209" w:hanging="360"/>
      </w:pPr>
    </w:lvl>
    <w:lvl w:ilvl="4" w:tplc="04190019" w:tentative="1">
      <w:start w:val="1"/>
      <w:numFmt w:val="lowerLetter"/>
      <w:lvlText w:val="%5."/>
      <w:lvlJc w:val="left"/>
      <w:pPr>
        <w:ind w:left="3929" w:hanging="360"/>
      </w:pPr>
    </w:lvl>
    <w:lvl w:ilvl="5" w:tplc="0419001B" w:tentative="1">
      <w:start w:val="1"/>
      <w:numFmt w:val="lowerRoman"/>
      <w:lvlText w:val="%6."/>
      <w:lvlJc w:val="right"/>
      <w:pPr>
        <w:ind w:left="4649" w:hanging="180"/>
      </w:pPr>
    </w:lvl>
    <w:lvl w:ilvl="6" w:tplc="0419000F" w:tentative="1">
      <w:start w:val="1"/>
      <w:numFmt w:val="decimal"/>
      <w:lvlText w:val="%7."/>
      <w:lvlJc w:val="left"/>
      <w:pPr>
        <w:ind w:left="5369" w:hanging="360"/>
      </w:pPr>
    </w:lvl>
    <w:lvl w:ilvl="7" w:tplc="04190019" w:tentative="1">
      <w:start w:val="1"/>
      <w:numFmt w:val="lowerLetter"/>
      <w:lvlText w:val="%8."/>
      <w:lvlJc w:val="left"/>
      <w:pPr>
        <w:ind w:left="6089" w:hanging="360"/>
      </w:pPr>
    </w:lvl>
    <w:lvl w:ilvl="8" w:tplc="0419001B" w:tentative="1">
      <w:start w:val="1"/>
      <w:numFmt w:val="lowerRoman"/>
      <w:lvlText w:val="%9."/>
      <w:lvlJc w:val="right"/>
      <w:pPr>
        <w:ind w:left="6809"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3E86"/>
    <w:rsid w:val="00034616"/>
    <w:rsid w:val="0006063C"/>
    <w:rsid w:val="00080C2E"/>
    <w:rsid w:val="00081E2B"/>
    <w:rsid w:val="000B72E5"/>
    <w:rsid w:val="0015074B"/>
    <w:rsid w:val="00191BFC"/>
    <w:rsid w:val="00215738"/>
    <w:rsid w:val="0022238F"/>
    <w:rsid w:val="002336E2"/>
    <w:rsid w:val="00236CA2"/>
    <w:rsid w:val="0029639D"/>
    <w:rsid w:val="002F189F"/>
    <w:rsid w:val="00326F90"/>
    <w:rsid w:val="003626A0"/>
    <w:rsid w:val="004F598A"/>
    <w:rsid w:val="00555C4A"/>
    <w:rsid w:val="005B0B01"/>
    <w:rsid w:val="005E6F77"/>
    <w:rsid w:val="006C34E2"/>
    <w:rsid w:val="0077076B"/>
    <w:rsid w:val="007738AC"/>
    <w:rsid w:val="007D6BFB"/>
    <w:rsid w:val="008A314B"/>
    <w:rsid w:val="008B2B09"/>
    <w:rsid w:val="009342EC"/>
    <w:rsid w:val="00A51F44"/>
    <w:rsid w:val="00A92EAF"/>
    <w:rsid w:val="00AA1D8D"/>
    <w:rsid w:val="00AB1DB9"/>
    <w:rsid w:val="00AC6EF4"/>
    <w:rsid w:val="00AF3254"/>
    <w:rsid w:val="00AF4CEA"/>
    <w:rsid w:val="00AF630E"/>
    <w:rsid w:val="00B47730"/>
    <w:rsid w:val="00BD3507"/>
    <w:rsid w:val="00C1209B"/>
    <w:rsid w:val="00C92E91"/>
    <w:rsid w:val="00CB0664"/>
    <w:rsid w:val="00D263F5"/>
    <w:rsid w:val="00D72F4B"/>
    <w:rsid w:val="00DF231C"/>
    <w:rsid w:val="00E134FE"/>
    <w:rsid w:val="00E8099B"/>
    <w:rsid w:val="00E96D53"/>
    <w:rsid w:val="00EF4166"/>
    <w:rsid w:val="00FB0D43"/>
    <w:rsid w:val="00FC693F"/>
    <w:rsid w:val="00FF6F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B027B7"/>
  <w14:defaultImageDpi w14:val="300"/>
  <w15:docId w15:val="{92D19E67-2BB5-4F69-816B-530FAA434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pPr>
    <w:rPr>
      <w:rFonts w:ascii="Times New Roman" w:hAnsi="Times New Roman"/>
      <w:sz w:val="1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semiHidden/>
    <w:unhideWhenUsed/>
    <w:rsid w:val="002F189F"/>
    <w:pPr>
      <w:spacing w:before="100" w:beforeAutospacing="1" w:after="100" w:afterAutospacing="1" w:line="240" w:lineRule="auto"/>
    </w:pPr>
    <w:rPr>
      <w:rFonts w:eastAsia="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65136">
      <w:bodyDiv w:val="1"/>
      <w:marLeft w:val="0"/>
      <w:marRight w:val="0"/>
      <w:marTop w:val="0"/>
      <w:marBottom w:val="0"/>
      <w:divBdr>
        <w:top w:val="none" w:sz="0" w:space="0" w:color="auto"/>
        <w:left w:val="none" w:sz="0" w:space="0" w:color="auto"/>
        <w:bottom w:val="none" w:sz="0" w:space="0" w:color="auto"/>
        <w:right w:val="none" w:sz="0" w:space="0" w:color="auto"/>
      </w:divBdr>
    </w:div>
    <w:div w:id="1374190331">
      <w:bodyDiv w:val="1"/>
      <w:marLeft w:val="0"/>
      <w:marRight w:val="0"/>
      <w:marTop w:val="0"/>
      <w:marBottom w:val="0"/>
      <w:divBdr>
        <w:top w:val="none" w:sz="0" w:space="0" w:color="auto"/>
        <w:left w:val="none" w:sz="0" w:space="0" w:color="auto"/>
        <w:bottom w:val="none" w:sz="0" w:space="0" w:color="auto"/>
        <w:right w:val="none" w:sz="0" w:space="0" w:color="auto"/>
      </w:divBdr>
    </w:div>
    <w:div w:id="1640115206">
      <w:bodyDiv w:val="1"/>
      <w:marLeft w:val="0"/>
      <w:marRight w:val="0"/>
      <w:marTop w:val="0"/>
      <w:marBottom w:val="0"/>
      <w:divBdr>
        <w:top w:val="none" w:sz="0" w:space="0" w:color="auto"/>
        <w:left w:val="none" w:sz="0" w:space="0" w:color="auto"/>
        <w:bottom w:val="none" w:sz="0" w:space="0" w:color="auto"/>
        <w:right w:val="none" w:sz="0" w:space="0" w:color="auto"/>
      </w:divBdr>
      <w:divsChild>
        <w:div w:id="2020152254">
          <w:marLeft w:val="0"/>
          <w:marRight w:val="0"/>
          <w:marTop w:val="0"/>
          <w:marBottom w:val="0"/>
          <w:divBdr>
            <w:top w:val="none" w:sz="0" w:space="0" w:color="auto"/>
            <w:left w:val="none" w:sz="0" w:space="0" w:color="auto"/>
            <w:bottom w:val="none" w:sz="0" w:space="0" w:color="auto"/>
            <w:right w:val="none" w:sz="0" w:space="0" w:color="auto"/>
          </w:divBdr>
          <w:divsChild>
            <w:div w:id="3093494">
              <w:marLeft w:val="0"/>
              <w:marRight w:val="0"/>
              <w:marTop w:val="0"/>
              <w:marBottom w:val="0"/>
              <w:divBdr>
                <w:top w:val="none" w:sz="0" w:space="0" w:color="auto"/>
                <w:left w:val="none" w:sz="0" w:space="0" w:color="auto"/>
                <w:bottom w:val="none" w:sz="0" w:space="0" w:color="auto"/>
                <w:right w:val="none" w:sz="0" w:space="0" w:color="auto"/>
              </w:divBdr>
            </w:div>
          </w:divsChild>
        </w:div>
        <w:div w:id="1929925909">
          <w:marLeft w:val="0"/>
          <w:marRight w:val="0"/>
          <w:marTop w:val="0"/>
          <w:marBottom w:val="0"/>
          <w:divBdr>
            <w:top w:val="none" w:sz="0" w:space="0" w:color="auto"/>
            <w:left w:val="none" w:sz="0" w:space="0" w:color="auto"/>
            <w:bottom w:val="none" w:sz="0" w:space="0" w:color="auto"/>
            <w:right w:val="none" w:sz="0" w:space="0" w:color="auto"/>
          </w:divBdr>
          <w:divsChild>
            <w:div w:id="1797986412">
              <w:marLeft w:val="0"/>
              <w:marRight w:val="0"/>
              <w:marTop w:val="0"/>
              <w:marBottom w:val="0"/>
              <w:divBdr>
                <w:top w:val="none" w:sz="0" w:space="0" w:color="auto"/>
                <w:left w:val="none" w:sz="0" w:space="0" w:color="auto"/>
                <w:bottom w:val="none" w:sz="0" w:space="0" w:color="auto"/>
                <w:right w:val="none" w:sz="0" w:space="0" w:color="auto"/>
              </w:divBdr>
            </w:div>
          </w:divsChild>
        </w:div>
        <w:div w:id="1870290258">
          <w:marLeft w:val="0"/>
          <w:marRight w:val="0"/>
          <w:marTop w:val="0"/>
          <w:marBottom w:val="0"/>
          <w:divBdr>
            <w:top w:val="none" w:sz="0" w:space="0" w:color="auto"/>
            <w:left w:val="none" w:sz="0" w:space="0" w:color="auto"/>
            <w:bottom w:val="none" w:sz="0" w:space="0" w:color="auto"/>
            <w:right w:val="none" w:sz="0" w:space="0" w:color="auto"/>
          </w:divBdr>
          <w:divsChild>
            <w:div w:id="719204482">
              <w:marLeft w:val="0"/>
              <w:marRight w:val="0"/>
              <w:marTop w:val="0"/>
              <w:marBottom w:val="0"/>
              <w:divBdr>
                <w:top w:val="none" w:sz="0" w:space="0" w:color="auto"/>
                <w:left w:val="none" w:sz="0" w:space="0" w:color="auto"/>
                <w:bottom w:val="none" w:sz="0" w:space="0" w:color="auto"/>
                <w:right w:val="none" w:sz="0" w:space="0" w:color="auto"/>
              </w:divBdr>
            </w:div>
          </w:divsChild>
        </w:div>
        <w:div w:id="1701665650">
          <w:marLeft w:val="0"/>
          <w:marRight w:val="0"/>
          <w:marTop w:val="0"/>
          <w:marBottom w:val="0"/>
          <w:divBdr>
            <w:top w:val="none" w:sz="0" w:space="0" w:color="auto"/>
            <w:left w:val="none" w:sz="0" w:space="0" w:color="auto"/>
            <w:bottom w:val="none" w:sz="0" w:space="0" w:color="auto"/>
            <w:right w:val="none" w:sz="0" w:space="0" w:color="auto"/>
          </w:divBdr>
          <w:divsChild>
            <w:div w:id="926841370">
              <w:marLeft w:val="0"/>
              <w:marRight w:val="0"/>
              <w:marTop w:val="0"/>
              <w:marBottom w:val="0"/>
              <w:divBdr>
                <w:top w:val="none" w:sz="0" w:space="0" w:color="auto"/>
                <w:left w:val="none" w:sz="0" w:space="0" w:color="auto"/>
                <w:bottom w:val="none" w:sz="0" w:space="0" w:color="auto"/>
                <w:right w:val="none" w:sz="0" w:space="0" w:color="auto"/>
              </w:divBdr>
            </w:div>
          </w:divsChild>
        </w:div>
        <w:div w:id="1641029957">
          <w:marLeft w:val="0"/>
          <w:marRight w:val="0"/>
          <w:marTop w:val="0"/>
          <w:marBottom w:val="0"/>
          <w:divBdr>
            <w:top w:val="none" w:sz="0" w:space="0" w:color="auto"/>
            <w:left w:val="none" w:sz="0" w:space="0" w:color="auto"/>
            <w:bottom w:val="none" w:sz="0" w:space="0" w:color="auto"/>
            <w:right w:val="none" w:sz="0" w:space="0" w:color="auto"/>
          </w:divBdr>
          <w:divsChild>
            <w:div w:id="11223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7506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D6A4B-4B9C-4E9C-80E7-980045745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22</Pages>
  <Words>9304</Words>
  <Characters>53038</Characters>
  <Application>Microsoft Office Word</Application>
  <DocSecurity>0</DocSecurity>
  <Lines>441</Lines>
  <Paragraphs>124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62218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Бекдербек Бакиров</cp:lastModifiedBy>
  <cp:revision>8</cp:revision>
  <dcterms:created xsi:type="dcterms:W3CDTF">2026-11-06T04:25:00Z</dcterms:created>
  <dcterms:modified xsi:type="dcterms:W3CDTF">2026-11-06T06:30:00Z</dcterms:modified>
  <cp:category/>
</cp:coreProperties>
</file>